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Bichon Groom</w:t>
      </w:r>
    </w:p>
    <w:p>
      <w:r>
        <w:rPr>
          <w:sz w:val="22"/>
        </w:rPr>
        <w:t xml:space="preserve">OK. Welcome to the second session of debris, the breed grooming summit today. And I want to do a thank you to Tammy because 23 hours ago when I found out that Helen was not going to be here because she's not, she's battling a respiratory infection. Hey, Tammy. That will change. And I'm a little crazy, so I said yes without looking at my schedule. So I have her dogs waiting for me. Alright, so I appreciate it. And so Tammy's going to demonstrate a bishan all yours. </w:t>
        <w:br/>
      </w:r>
    </w:p>
    <w:p>
      <w:r>
        <w:rPr>
          <w:sz w:val="22"/>
        </w:rPr>
        <w:t xml:space="preserve">Shoes, but I can show you however might be. Sean, this is benjamin B, Sean, he's getting up there. He's probably about 10, and I prepped him today with our Taro detox shampoo and then results, rinse, and then I'm going to use a couple other products. One of the products that I use for maintenance is called Shazam. I don't know if you can see that it is a stain lightener and you apply it after the bath before the blow dry. That helps lighten the stain and prevent new strains and then I'm going to use. And that's number one all system I'm going to use number all systems spray, 3D volumizing spray and I actually water it down and put it in a mister. </w:t>
        <w:br/>
      </w:r>
    </w:p>
    <w:p>
      <w:r>
        <w:rPr>
          <w:sz w:val="22"/>
        </w:rPr>
        <w:t xml:space="preserve">The other thing that used to put him is one of these great blow dry brushes. I forced our hand stand our ham, and then I get the little leftover curlies on the ears and around the feet with these. I'm really liking that right actually. So he is growing back out and should be shown after having an Asian fusion trim. So we have this all this terror to work with. </w:t>
        <w:br/>
      </w:r>
    </w:p>
    <w:p>
      <w:r>
        <w:rPr>
          <w:sz w:val="22"/>
        </w:rPr>
        <w:t xml:space="preserve">I did cheat a little and I started working on this side. So you can see. Where we're going? With this trim when I do agree to propel trim. I always like to read the breed standard and one other words in the breed standard provision is powderpuff. So we want to go for that and we don't want to make. Angles parse lines. Everything is blended, everything is soft. </w:t>
        <w:br/>
      </w:r>
    </w:p>
    <w:p>
      <w:r>
        <w:rPr>
          <w:sz w:val="22"/>
        </w:rPr>
        <w:t xml:space="preserve">I hand scissor him, but I do set certain areas with the home and that's where I begin. So first thing, of course you do your prep. So his pads are done, his nails are done. Does Sammy is done. You want to make sure that you bring your Fanny up far enough under here that you don't have any extra hair. Hanging down, running the underlying. And then probation once because they have. A child that's carried over their back. I just scissor around the rectum versus using footwork there, and it looks a lot better. It's not quite so startling when they're walking away from you. And then? After I get all that cracked brushed Combs. </w:t>
        <w:br/>
      </w:r>
    </w:p>
    <w:p>
      <w:r>
        <w:rPr>
          <w:sz w:val="22"/>
        </w:rPr>
        <w:t xml:space="preserve">Everything done. Then I begin with. I like to use my number for this just to do this light and easy to do, and I'd like to begin with shortening. Setting this area here over the loin. Sort of in front of the hip bones. Right here I sat with my comb. My touch, my comb. And for him, he's getting older. He is starting to get thinner. And he also has quite a lot of structural things that we're trying to correct. If he was a wet or shaved now you would be able to see that he is very high in the rear, kind of runs downhill and he's a little kind of fiddle fronted or bowlegged in the front where his feet are going out, but his elbows are feet are pointing out, his elbows are out. </w:t>
        <w:br/>
      </w:r>
    </w:p>
    <w:p>
      <w:r>
        <w:rPr>
          <w:sz w:val="22"/>
        </w:rPr>
        <w:t xml:space="preserve">So we are going to try and correct that with this room. He was just a little rescue dog and he just turned into this nicest dog and so I've ended up using him in competitions and things even though he's not, you know, so quality, he enjoys it and I think that. That's the most important thing. So I'm just setting this area here and I'm being careful to stay on the plane of his top line and not go down into it. </w:t>
        <w:br/>
      </w:r>
    </w:p>
    <w:p>
      <w:r>
        <w:rPr>
          <w:sz w:val="22"/>
        </w:rPr>
        <w:t xml:space="preserve">So I don't know. How visible this is, but I'm going to maintain a parallel with the table when I do this. You were just gonna go straight? Straight off. And then once I kind of set that length. I am going to work on the front and the back of the dog him so I used an icon right here for him again because he's spinning. When he was younger I used to use 0 come. And then floor. Well, actually the front and the back of the dog and set that because we want that stored. So I'm taking a two come. And I am doing almost like a really huge shape underneath here so that he doesn't have a double chin. </w:t>
        <w:br/>
      </w:r>
    </w:p>
    <w:p>
      <w:r>
        <w:rPr>
          <w:sz w:val="22"/>
        </w:rPr>
        <w:t xml:space="preserve">You want to go to the Adams apple. And then, Umm, the thing that I'm considering that I'm doing a long haircut, I am again going to stay on this straight line here and not wrap around. And I'm going to come straight down because we don't want any extra hair on the chest. What our goal for the chest is it's to lift some fronts and not have any extra. They're on. And then for him. I'm going to go ahead and set the shoulder to save time. </w:t>
        <w:br/>
      </w:r>
    </w:p>
    <w:p>
      <w:r>
        <w:rPr>
          <w:sz w:val="22"/>
        </w:rPr>
        <w:t xml:space="preserve">With an E come. So all this is doing is just sort of giving me a starting point. And I'm gonna scissor. The rest of this room. And when you're setting the product, you want to find where the leg ends. And that of where you want to start with top of your list, so you want to make sure you get in there. And get that set. So I have that, then I'd like to go back. And do the rear. Now I'm going to use that. I like to paint. Where the leg bends in the back. And work up from that. </w:t>
        <w:br/>
      </w:r>
    </w:p>
    <w:p>
      <w:r>
        <w:rPr>
          <w:sz w:val="22"/>
        </w:rPr>
        <w:t xml:space="preserve">And I come out in a straight line. And here, right there, this is buffone long. We're going to come straight up so we don't have any prior extra hair. Hanging off the booty. And you can. Also sort of start to skim off and shape your angulation. Like this? so. Now we have set our link here, we've set our link here, we've set our link here. So the next thing I will typically do. Is the top line. And I work off reference points on the dog, so. We have our breastbone here, our shoulder bone here, kind of shoulder and point of round right here. So Abby Shan. Those are the ones you see are going to need to be shortened up. </w:t>
        <w:br/>
      </w:r>
    </w:p>
    <w:p>
      <w:r>
        <w:rPr>
          <w:sz w:val="22"/>
        </w:rPr>
        <w:t xml:space="preserve">He's also had very short legged in the front so we are also going to take off a ton of here to make them look like he actually has legs. Very much. And then the main thing with the crust is you can start it. Where the leg hair ends here. But I prefer ambitions to go a couple inches behind that. I think it helps elongate their neck. And shorten their back. And that looks pretty good so. I am gonna. Start with new top line and I like to rough them in with regular shares and. I'm gonna miss him a little. This is my water with just a little bit of that texturizer in it sort of helps hold the hair in place while you're working on. </w:t>
        <w:br/>
      </w:r>
    </w:p>
    <w:p>
      <w:r>
        <w:rPr>
          <w:sz w:val="22"/>
        </w:rPr>
        <w:t xml:space="preserve">And you can do this haircut. Exactly the same, but shorter for pets. You could do a 0 come or even A1 home. All over on the body. And just use different attachment Combs to set your link. Versus cancer. Hold on if you don't have time in the salon. And you're not probably not going to get a ton. Of pets with this much hair and so on. And if you do, they're probably gonna be Madden. So I'm going to start going in his Crest about here. And I'm going to see how much of him I can bring from behind so you guys can kind of see it. </w:t>
        <w:br/>
      </w:r>
    </w:p>
    <w:p>
      <w:r>
        <w:rPr>
          <w:sz w:val="22"/>
        </w:rPr>
        <w:t xml:space="preserve">What I'm doing? ok so. I am just going to scissor very carefully around his rectum to get all the extra hair. Out of the way. It's very challenging to do it from this angle. I'm sure it's entertaining for you guys to watch though. Ok. And then I'm going to clear off the back of the tail whatever. Drops clear up nice and clean. No hair hanging out front, no hair hanging off the back. And then? I'm going to start. On his angulation. In the rear. When I get to this pin bone. </w:t>
        <w:br/>
      </w:r>
    </w:p>
    <w:p>
      <w:r>
        <w:rPr>
          <w:sz w:val="22"/>
        </w:rPr>
        <w:t xml:space="preserve">I'm going to start rounding that up into the top benjamin. You're still operative. Was taking a minute to get some of that tail hair out of the way. So again, i'm working sort of in a. Square or rectangular plane. So I'm just working on this plane right here. And not wrapping around yet. We're going to get rid of some of this bulk. Here it's not. Chunky will get that out of the way. So you can see the. Rear angulation starting to take shape. And then on the rear second. The job stay. On the rear leg. You want this foot to look like it's moving forward, so you are going to do a round play. </w:t>
        <w:br/>
      </w:r>
    </w:p>
    <w:p>
      <w:r>
        <w:rPr>
          <w:sz w:val="22"/>
        </w:rPr>
        <w:t xml:space="preserve">Picking up. Probably less than you think you will. Need to take off? And I always try and set my feet before it begins to learn away. And you can set up but before you set there were angulation, but for me i prefer to. Get that regulation started. And then on the back of the foot you want to take out any extra herb. Remember buddy? What are you doing? Stay with me. You're talking to her here. You can tell he's not a fan of anything to do with his speed. </w:t>
        <w:br/>
      </w:r>
    </w:p>
    <w:p>
      <w:r>
        <w:rPr>
          <w:sz w:val="22"/>
        </w:rPr>
        <w:t xml:space="preserve">Ok, we got a question. Why does the beach on trim seem to be so difficult to execute? What are we missing when doing this? Dog for probably six or seven years now, I still feel like I struggle with this haircut, to be honest with you. I think it's because it's intimidating. Because it really needs to be all one piece and these fluid. There's a lot of cancers ring, so if you're new to that. </w:t>
        <w:br/>
      </w:r>
    </w:p>
    <w:p>
      <w:r>
        <w:rPr>
          <w:sz w:val="22"/>
        </w:rPr>
        <w:t xml:space="preserve">I also think it's intimidating because it is really hard. For example, for Benjamin having not perfect confirmation, his ear set is completely different from one ear to the other, so doing a head piece is really challenging. I would say umm. I think Prep is the hugest piece. If you do not, you're never going to get a nice head if you're dealing with a lot of curls and things like that. So start there and just do that thing. What do they say? One bite at a time? Feature elephant. One bite at a time? Having a plan to execute it? Anything even like? Write out your steps. </w:t>
        <w:br/>
      </w:r>
    </w:p>
    <w:p>
      <w:r>
        <w:rPr>
          <w:sz w:val="22"/>
        </w:rPr>
        <w:t xml:space="preserve">So for me, like I said, i set the top line here, the front and the back of the dog. And then just continue to kind of work my steps from there. But I think the biggest part of it is it is an all one piece haircut and there's not. It has to be seamless. And dogs know they're in constant motion. So scissoring. Erin says she feels like she's mixing in parts of the poodle trim. </w:t>
        <w:br/>
      </w:r>
    </w:p>
    <w:p>
      <w:r>
        <w:rPr>
          <w:sz w:val="22"/>
        </w:rPr>
        <w:t xml:space="preserve">It's very easy to do. So think of it like this, like for abuse, Sean, it's going to be you shape for poodle. It's going to be almost like an apron shape, so a poodle. A modern puzzle that has much more harder angles than a vision. A vision should look like a little. Powerpuff marshmallow. And then? umm. I am sitting up. Anything still hanging down here? I'm going to set the inside of this flag. </w:t>
        <w:br/>
      </w:r>
    </w:p>
    <w:p>
      <w:r>
        <w:rPr>
          <w:sz w:val="22"/>
        </w:rPr>
        <w:t xml:space="preserve">While I'm here, I'm going to touch up this other side. And you can even. Sometimes I like to use my long curbs. And very carefully. They're quite a way to pass, so you're almost wrapping into here. You got any really careful. Of that area. So I've got that. In fact, Alex said. And then I have my link set here leaves of my attachment home. And I'm gonna start. Working on this plane of the dog. Right here yeah. </w:t>
        <w:br/>
      </w:r>
    </w:p>
    <w:p>
      <w:r>
        <w:rPr>
          <w:sz w:val="22"/>
        </w:rPr>
        <w:t xml:space="preserve">Rapid and so it's a new shape, A. Event is tight of a haircut at the pool and I think it's easier to retire haircut. As far as. The style votes. It takes me a lot more concentration to leave him. Still around it, I guess. If that makes sense because i am a pool. Like I've been way more poodles and then if you see as I'm coming down here, I'm almost kind of wrapping into the foot so that it is beveled up, but it looks like he was like a blown up stuffed animal. </w:t>
        <w:br/>
      </w:r>
    </w:p>
    <w:p>
      <w:r>
        <w:rPr>
          <w:sz w:val="22"/>
        </w:rPr>
        <w:t xml:space="preserve">Not any tight foot or sharp angles. So I started that. I'm gonna. Send them over here. See where we're at? I should have wrapped his tail, you guys, I'm sorry. You probably see better at this show. So I'm gonna work on this hawk and. I want to leave enough hair here to accentuate his reregulation. And make it look like he's moving forward. And then I like to save. This front, the stifle. Until the end because it will help me decide how much care I need here to shorten them up. So just working on this plane 10. I'm going to decide. First let's do the primer. And I like. My long curse for this. And I just wrap around. </w:t>
        <w:br/>
      </w:r>
    </w:p>
    <w:p>
      <w:r>
        <w:rPr>
          <w:sz w:val="22"/>
        </w:rPr>
        <w:t xml:space="preserve">I just set my lane. So all I'm doing. It's sort of blending and finishing everything and then. Sometimes it's easier. To do curves actually with straight shares. So now I have an idea. Of where I'm going to set the top of this leg because I marked it what we want to do when we're setting the front. So we want to work up to the point of chest, and if it's not where you want it, pretend it's where you want it and scissor to that point. </w:t>
        <w:br/>
      </w:r>
    </w:p>
    <w:p>
      <w:r>
        <w:rPr>
          <w:sz w:val="22"/>
        </w:rPr>
        <w:t xml:space="preserve">So for him, it's right here. And that way he doesn't look like he's running. Downhill as much? And this throat area can be as short. As probably a four or so for mostly shuns whatever they need for their bottom type. You can see where his leg is starting now. And then before I go to scissor the body, what I'm going to do is decide. Where I want his touch up and anyway. Miss Dennis. </w:t>
        <w:br/>
      </w:r>
    </w:p>
    <w:p>
      <w:r>
        <w:rPr>
          <w:sz w:val="22"/>
        </w:rPr>
        <w:t xml:space="preserve">So nice, Benjamin. So we're going to go to the shortest point here. And the point of run. And we're going to estimate about. 1/3 so you'll have 2/3 in the front and 1/3 in the back. I'm going to mark that spot. So that when I'm so there in the other line, I don't go too far into the tunnel. And the other thing I did before we started was. Sleep time. You have such short legs. </w:t>
        <w:br/>
      </w:r>
    </w:p>
    <w:p>
      <w:r>
        <w:rPr>
          <w:sz w:val="22"/>
        </w:rPr>
        <w:t xml:space="preserve">I went with two come. Right underneath here. And what I'm going to do is I'm going to. Scissor up. Into a round body. Good boy. And the closer you can get them standing in a stack, the better results you're going to get to. Benjamin was a client dog and she he was so naughty when I first started grooming him that I called him the monkey because he would literally climb the. Grooming arm or anything else you could get him little paws on. </w:t>
        <w:br/>
      </w:r>
    </w:p>
    <w:p>
      <w:r>
        <w:rPr>
          <w:sz w:val="22"/>
        </w:rPr>
        <w:t xml:space="preserve">Ok, so he's starting to have longer legs in the front now. Give softening mix with chunkers then. I have that set. I'm going to work out of this plane and I'm going to connect his shoulder and his neck. The other difference between the vision and the poodle that you want to tight neck on the sides of your poodles and. Really define it. It's just not that way. I'm going to Shawn. I think comedy technique specific part of it as well and I would say that's a weak area for me. </w:t>
        <w:br/>
      </w:r>
    </w:p>
    <w:p>
      <w:r>
        <w:rPr>
          <w:sz w:val="22"/>
        </w:rPr>
        <w:t xml:space="preserve">I didn't learn how to come properly until late in my career. Sorry, my head was in the way. Feel like I signed up for yoga class. So now that I have my links that where I want. Just going to blend a little. Each of them have a straight underline. The gifted slight touch up nothing there's nothing extreme on that haircut. Which I think is what makes it harder. Ok, so we're starting to take shape here. </w:t>
        <w:br/>
      </w:r>
    </w:p>
    <w:p>
      <w:r>
        <w:rPr>
          <w:sz w:val="22"/>
        </w:rPr>
        <w:t xml:space="preserve">We just have to print that. And then we'll go back and do this knee area last. Ok. I struggled with getting his front feet. Symmetrical and. Looking like they're pointing forward because he's structured. Alright, tell me forgot to change the pad. So you don't when you're shooting the path, you don't want to go too crazy with it, or it'll start to affect the shape of your foot when you notice. Different dogs I like to do different things. Some dogs I like to comb the hair down and sister. </w:t>
        <w:br/>
      </w:r>
    </w:p>
    <w:p>
      <w:r>
        <w:rPr>
          <w:sz w:val="22"/>
        </w:rPr>
        <w:t xml:space="preserve">The other dogs I like to comb and hair up. Miss depends on the texture. And the structure everyone. And I'm just battling slightly. Not too much if you read the Greek standard. The legs are supposed to be called columns in the front, and they're not supposed to have. Like an angulation on the back. So I'm very conservative when I turn there. I like it just up off the ground. </w:t>
        <w:br/>
      </w:r>
    </w:p>
    <w:p>
      <w:r>
        <w:rPr>
          <w:sz w:val="22"/>
        </w:rPr>
        <w:t xml:space="preserve">So I'm coming. I'm sticking to come in. Coming up in one swoop. So they can pull out and sticky areas. And then I'm going to come. Out so the hair is positioned to. And you want to put your come in and put it straight out. So for me. On this dog. Because of his structural issues, it's really important that he is standing up straight. In a somewhat natural position. When I start to. Scissor this leg, otherwise I end up getting weird that it's. Weird things happening. What I'm going to do is I'm going to follow this shoulder. </w:t>
        <w:br/>
      </w:r>
    </w:p>
    <w:p>
      <w:r>
        <w:rPr>
          <w:sz w:val="22"/>
        </w:rPr>
        <w:t xml:space="preserve">Go right down to where I sensor. Running into that. We'll set that outside. And inside. And then we'll do the front and the back. See if I can everybody. Thank you. So I wanted him standing with his. We're directly underneath him for this part it's. This area right here is a trouble spot for him. When I got him and I was researching. Pretty standard. One of the show people that mentored me was saying that once they get their haircut set. They typically. Well, do it every week. They will just. Each week so they don't ever have to reset it because it's such a pain. Do that. </w:t>
        <w:br/>
      </w:r>
    </w:p>
    <w:p>
      <w:r>
        <w:rPr>
          <w:sz w:val="22"/>
        </w:rPr>
        <w:t xml:space="preserve">Again, I think. Because it's a one piece haircut. Want to moving parts? But we can't hurt. Or challenging, depending on how you look at it. Ok, so now is a point there. I'm going to set english. So I've seen umm. And then a few ways I've seen where it's almost a straight line. I prefer a little angulation. But I'm pretty conservative about it. So what you want to do is. If you imagine this is a 30 degree angle and this is a 60 degree angle, that is where you want the longest part of your hair. And if anybody has any questions just type it in the chat and then will ask me or if you want to see a different view. </w:t>
        <w:br/>
      </w:r>
    </w:p>
    <w:p>
      <w:r>
        <w:rPr>
          <w:sz w:val="22"/>
        </w:rPr>
        <w:t xml:space="preserve">Sorry, it's hard to do this with. Not getting in the way. I apologize if my head. You can see just a little bit of angulation there. That's my preference. Ok, that could be a little bit tighter, but I want time for the head because that is generally the hardest part and he. Is ready to lay down. Ok. So one of the first things I do is I like to clean the lips. This is 30. The purpose for that is normally. To show off my pigment like if you have a showdown. Unfortunately it's not that great but I like to do it for currently. When I am going to Nicholas practicals. </w:t>
        <w:br/>
      </w:r>
    </w:p>
    <w:p>
      <w:r>
        <w:rPr>
          <w:sz w:val="22"/>
        </w:rPr>
        <w:t xml:space="preserve">So I think the head is one of the things people struggle the most with. And definitely ask you what, I'm going to just create a Clipper line right across here just to kind of mark the slide. I am using a 30. Obviously it's going to depend on your dog and never used to that or not, and then I'm going to very carefully rip off his eyelashes. And make a little space. I'm going to go a little bit farther to get rid of some of those chairs staining. </w:t>
        <w:br/>
      </w:r>
    </w:p>
    <w:p>
      <w:r>
        <w:rPr>
          <w:sz w:val="22"/>
        </w:rPr>
        <w:t xml:space="preserve">Search my docs back to RAW recently and I forgot that seems to cover the tubes and things. So we've just cleaned up the area above the eye to the outside the little. Just a little bit past. If he was very quick coating, you could also trim just a little on the bottom lash piece thin coated there so he doesn't really need that. Some bishops have really nothing there. Ok, so I'm going to start. About his eyes umm. And I'm going to set a foundation and then once I have my foundation. </w:t>
        <w:br/>
      </w:r>
    </w:p>
    <w:p>
      <w:r>
        <w:rPr>
          <w:sz w:val="22"/>
        </w:rPr>
        <w:t xml:space="preserve">I'm going to work up from there, so I'm going to take my shears and I'm going to lay them. Out at about a 45 degree angle. And start working on his advisor. The one thing you should never have on a Bichon unless the client asks for it is surprised eyebrows. You should have a little bubble hanging over. I'm gonna have to do this kind of quick so I can get all of the steps in umm. I do have a client coming at eleven thirty so. You can see we're starting kind of a U shape here. </w:t>
        <w:br/>
      </w:r>
    </w:p>
    <w:p>
      <w:r>
        <w:rPr>
          <w:sz w:val="22"/>
        </w:rPr>
        <w:t xml:space="preserve">We're going right to the corner of the eye. And when you come up, you have a start of a bubble. I didn't make a super big one for him because I don't want to cut his hair again. So once I have that area started. I like to start with Chen. His is growing out from Asian fusion. I've seen Bishan with your luncheons and the short chains. Really depends on the dog and your style preference on him. I'd like to scissor level. With the Adams album. That makes sense. And then once I do that, I'm going to start working up into the air and work up to accomplish this top knot. </w:t>
        <w:br/>
      </w:r>
    </w:p>
    <w:p>
      <w:r>
        <w:rPr>
          <w:sz w:val="22"/>
        </w:rPr>
        <w:t xml:space="preserve">I've already done some work on the sides of this past to kind of set that. So that's not in my way. He has. Really wonky ears, so getting his head symmetrical is nearly impossible for me. So what I have found is it's acceptable to have like almost a gumdrop shaped Bichon head? And that's kind of what I go for him. He needs that little bit of extra length on his ears to kind of hold them down, keep them from popping up. It's also acceptable to do a really round beach on head. </w:t>
        <w:br/>
      </w:r>
    </w:p>
    <w:p>
      <w:r>
        <w:rPr>
          <w:sz w:val="22"/>
        </w:rPr>
        <w:t xml:space="preserve">So either way, I think it just really depends on the structure. Of the dam. Their hair type and whether or not they're. It's easier with pumping cardio around head. Ok. Second I have my lane set. Want to make sure everything is combed? We want this all to be one piece. While I'm here and I see this, I'm gonna take that off. When you do the crust. You don't want anything sticking out when I turn my head. So this area here is always a public spot for me. </w:t>
        <w:br/>
      </w:r>
    </w:p>
    <w:p>
      <w:r>
        <w:rPr>
          <w:sz w:val="22"/>
        </w:rPr>
        <w:t xml:space="preserve">Trying to get this to blend nicely. Have definition, but still be one piece. The fifteenth my dollar. I know where his ears are if you don't know the dog, definitely. Make sure you know. Where that area is, especially if you're new. Newer groomer. And I again kind of work on planes, so I'll do this plane and round it up into here. And then I'll go this direction. And start rounding it up. The main thing is don't lift the ear. That was a habit that was really hard for me brave. You can see starting to get a nice sort of gumdrop head shape flat on the bottom. And rounded. And you just want to be really careful not to separate out that ear and you can, you know, push the ear forward and check for. </w:t>
        <w:br/>
      </w:r>
    </w:p>
    <w:p>
      <w:r>
        <w:rPr>
          <w:sz w:val="22"/>
        </w:rPr>
        <w:t xml:space="preserve">Hair sticking out from under the ear. You can use your lead. And do it that way you can you can use your fingers. He's not a fan when I do that, so I don't want to do it too much. And then I'm going to. Start going to meeting. You want a little cut out? So they can see. So this area right here you want to make sure that you can see. Their eye from the side view. Your eyes are. And their little black nose should be the centerpiece of the topknot and should be. </w:t>
        <w:br/>
      </w:r>
    </w:p>
    <w:p>
      <w:r>
        <w:rPr>
          <w:sz w:val="22"/>
        </w:rPr>
        <w:t xml:space="preserve">You should be able to see that. And you can do some people do the angry Bishan where they come up to receive angle and the dogs look angry. That's fun. I don't know if it meets great standards, but it's fun. Going to do as much of his with him laying down as possible since he is an old man. And if I just scissor straight across, usually that gives me a good start to my ear. And it is good if you are able to scissor up, you want to make sure that you scissor up on the other side versus coming at it from the other angle. </w:t>
        <w:br/>
      </w:r>
    </w:p>
    <w:p>
      <w:r>
        <w:rPr>
          <w:sz w:val="22"/>
        </w:rPr>
        <w:t xml:space="preserve">It will make a difference in your finish. And this error is growing out for me too short so. We are not going to pick out it too much. You can see there's a I don't know if you. It's he's so fluorescent, I don't know if you can see that he has a separation. Permanence, previous agent fusion. Between his ear and his cheek. So I'm working on correcting that. So once you have your sides set. The talks kind of almost falls into place and just need the meeting up. </w:t>
        <w:br/>
      </w:r>
    </w:p>
    <w:p>
      <w:r>
        <w:rPr>
          <w:sz w:val="22"/>
        </w:rPr>
        <w:t xml:space="preserve">And you can use product. For sure you can use a thickening product. You can use. Hairspray you can use. I just use a little bit of scissoring spray. If I had thought to grab it, I would probably spray a little bit of thick and thicker into this. To help me somewhere at some teeth thinning no. See the shapes turning? And we're all here. Ok, so now we just need to touch up this crust and. I hear, said Harris, back with the elbow. I'm starting the crust like right about here. </w:t>
        <w:br/>
      </w:r>
    </w:p>
    <w:p>
      <w:r>
        <w:rPr>
          <w:sz w:val="22"/>
        </w:rPr>
        <w:t xml:space="preserve">I would prefer that it could go up in a straight line, but again, he's growing out. A poodle top knot or pool press goes like almost straight up into the top knot of each shot is more of a more supportive 5 degree angle. There's and they're standard, it says. They're supposed to be sturdy. And then the total standard income processes we're supposed to be elegant, so. That gives you an idea. Does anyone have any questions or wanna see a different angle? I don't see any, but Anita thinks you guys are lovely. He's so relaxed. Say it again. Anita thinks you guys are lovely and that Benjamin is so relaxed. </w:t>
        <w:br/>
      </w:r>
    </w:p>
    <w:p>
      <w:r>
        <w:rPr>
          <w:sz w:val="22"/>
        </w:rPr>
        <w:t xml:space="preserve">Well, yeah, he's at home. If he was at a grooming competition, he would be doing the directly on the other. Ask Brittany. So I'm just. Normally what I would do we're almost out of time, but normally what I would do is i would then call him up. Missed him with my. Peter Water or a text trader? Call Mama. And go over the whole dog. With Chunkers or fans to get that nice soft look. I would blend any areas. That we're still not seamless. You just work your way through the hold on. Until it's perfect, or would you like me until it's as good as it's going to go? Down we're not done yet. </w:t>
        <w:br/>
      </w:r>
    </w:p>
    <w:p>
      <w:r>
        <w:rPr>
          <w:sz w:val="22"/>
        </w:rPr>
        <w:t xml:space="preserve">You got your union, Rick. Ok. Getting him to stand as sometimes the hardest part. And there is. Your vision. Very nice. All right. So everyone has any questions, we have a couple of minutes yet. So we will be back in a half hour with, melissa katie dinner. She has two workshops. One is on feline Physiology and anatomy, the second one is on canine Physiology and anatomy. I mean we need to know structure of the animals that we are working on. So I don't see any more questions. If you have questions you are watching this. You could always tag Tammy. And the private Facebook group, if you have a summit membership or if they don't have a membership Tammy, how will they get ahold of you to ask a question? How many the best thing and can you maybe check this in the chat? I should just text me 2-5-3 Hold on, hold on. </w:t>
        <w:br/>
      </w:r>
    </w:p>
    <w:p>
      <w:r>
        <w:rPr>
          <w:sz w:val="22"/>
        </w:rPr>
        <w:t xml:space="preserve">Actually say because the text doesn't relate over to the OK so the best way to reach me right now I'm on a Facebook break is you can find me on Facebook and message me and I will get the message it's Tammy T AMI Warren Brock V like in Victor ORNB as in Boy ROCK Or you can just text me 2-5-3 5-1-4-5-1-4-1 All right. Very good. Thank you very much. Tammy and I said we will be back in a half hour with melissa. </w:t>
        <w:br/>
      </w:r>
    </w:p>
    <w:p>
      <w:r>
        <w:rPr>
          <w:sz w:val="22"/>
        </w:rPr>
        <w:t xml:space="preserve">So depending on your time zone, we will be at the top of the hour. For the opportunity.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