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8A584" w14:textId="77777777" w:rsidR="00B30E2D" w:rsidRDefault="00000000">
      <w:pPr>
        <w:pStyle w:val="Title"/>
      </w:pPr>
      <w:r>
        <w:t>Black Russian Terrier</w:t>
      </w:r>
    </w:p>
    <w:p w14:paraId="10B29F62" w14:textId="77777777" w:rsidR="00B30E2D" w:rsidRDefault="00000000">
      <w:r>
        <w:t xml:space="preserve">Yeah, sure, why not. All right. Welcome to day two of the positive educational training grooming summit. So this come on changes today. Couple it's like everything. With Chris Anthony, she's going to do her Russian, black Russian terrier. So who's Scott Wasserman now is sick? so. Terry is going to take over half his workshop and Helen, who's feeling much better, is taking over this in half of his workshop, so. And is Helen still doing carries today? Could that recording is still has to, has to because he doesn't have the carry today. Ok, we'll get the carry recording to me at some point. ok anyway. Go for it hello so for a second there, it really sounded like Mary was going to say something about a Martian terrier and I. </w:t>
      </w:r>
      <w:r>
        <w:br/>
      </w:r>
    </w:p>
    <w:p w14:paraId="2F9931B1" w14:textId="77777777" w:rsidR="00B30E2D" w:rsidRDefault="00000000">
      <w:r>
        <w:t xml:space="preserve">They're so huge and gorgeous and intimidating, I thought that might even be appropriate. These are some big dogs. If you thought doodles could be time-consuming, let me introduce you to the Black Russian Terrier. So today we're going to go over some basics about their breed in general because they're not super well known, and look at their structure. So the AKC lists their breed characteristics as intelligent, calm and powerful. What they left off was stubborn. Hard headed. And a bit goofy. So these guys were developed in the forties and the fifties by the Red Star state kennels in the USSR. </w:t>
      </w:r>
      <w:r>
        <w:br/>
      </w:r>
    </w:p>
    <w:p w14:paraId="23142AE5" w14:textId="77777777" w:rsidR="00B30E2D" w:rsidRDefault="00000000">
      <w:r>
        <w:t xml:space="preserve">Yes, they were developed by the government. As a working slash military dog, yeah military they were designed with purpose. They wanted something that would be good in the cold and extreme temperatures not visible in the dark. And suitable for water work and rescue and very strong. They started with a giant schnauzer. They then crossed in Airdales. Well, a giant schnauzer crossed with an Airedale. Then they crossed that with Rottweiler and eventually added in Newfie. Unlike the Frankenstein body structures in many doodles, when doing all of these crosses, they took both structure and purpose of the dogs into account and we're specifically working towards creating a breed standard that was recognized in 83 So that is 30 to 40 years of work and dedication to start from what is essentially a mutt. </w:t>
      </w:r>
      <w:r>
        <w:br/>
      </w:r>
    </w:p>
    <w:p w14:paraId="57BE53A1" w14:textId="77777777" w:rsidR="00B30E2D" w:rsidRDefault="00000000">
      <w:r>
        <w:t xml:space="preserve">To get its own recognized breed. So we can totally take a look at doodles in another 10 years. But I'm not holding my breath. Breeders from Russia tend to like their dogs a little sharp in terms of temperament. But in the states. We usually go for a little bit more of a gentle giant. The other thing I wanted to talk about is the tails. In my videos, I only work with Black Russians that have docked tails just because that's how it happened. One of the things I absolutely recommend when you're learning a new breed. Trim or looking to brush up on something is to go into YouTube and look up that breed and Westminster. </w:t>
      </w:r>
      <w:r>
        <w:br/>
      </w:r>
    </w:p>
    <w:p w14:paraId="3B9B296C" w14:textId="77777777" w:rsidR="00B30E2D" w:rsidRDefault="00000000">
      <w:r>
        <w:lastRenderedPageBreak/>
        <w:t xml:space="preserve">Because they're going to have the breed judging for different years. And one of the things you're going to see with the BART's is a lot of them in the ring now have these really long curly looks like almost a monkey tail because it's long. The reason for that is in Europe they do not allow any cropping or docking to be shown that is now a no go. So if. The dog is from. Across the pond or they want to or have been showing them across the pond. </w:t>
      </w:r>
      <w:r>
        <w:br/>
      </w:r>
    </w:p>
    <w:p w14:paraId="4A90D738" w14:textId="77777777" w:rsidR="00B30E2D" w:rsidRDefault="00000000">
      <w:r>
        <w:t xml:space="preserve">They're going to have the long tails. So today we're going to be seeing three different black Russian Terriers in varying degrees of trim. Are varying degrees of different trims. Let me see. If I can do the share screen. I have too many windows open. Sorry, Mary, I swear I had this open. Here we go. Share screen did not start yet, correct? no. Try this again. Alternate ways to do everything because there we go. Sarah, can you see it now? Yes, I can. There we go alright. We have our stars of the show, Atos, Max and Ozzy. Now when I talk about temperament, this is a new client of mine. And if you notice. </w:t>
      </w:r>
      <w:r>
        <w:br/>
      </w:r>
    </w:p>
    <w:p w14:paraId="319D6805" w14:textId="77777777" w:rsidR="00B30E2D" w:rsidRDefault="00000000">
      <w:r>
        <w:t xml:space="preserve">He's a little shorter around the head and face than the other Black Russians I already showed, and then the ones you'll see later coming up in the movie. Because he is recovering from a shave down. A lot of times, because their coat is a lot to handle, owners don't know how to keep it maintained and brushed out and grooming shops. Either don't know what to do with them or they don't get them until they're past the point of saving, so they get a nose to tail shave. It's kind of like the whole doodle quandary only. These guys actually do have a breed cut, unlike doodles. So this guy. </w:t>
      </w:r>
      <w:r>
        <w:br/>
      </w:r>
    </w:p>
    <w:p w14:paraId="7EAC5823" w14:textId="77777777" w:rsidR="00B30E2D" w:rsidRDefault="00000000">
      <w:r>
        <w:t xml:space="preserve">He was so sweet. I took him off the grooming loop to finish something like right around his head, like last finishing touches before I let him off the table and he shifted in his back. Legs kind of slid off. As you can see, he wasn't very far from the ground, so he just sat there like, hi, you didn't let me off the table yet. I should stay here, right? So when I say they do have a super goofy temperament. They can be super sweet and super goofy. And this guy? You notice there's a table propped up next to this table. </w:t>
      </w:r>
      <w:r>
        <w:br/>
      </w:r>
    </w:p>
    <w:p w14:paraId="34BE2C21" w14:textId="77777777" w:rsidR="00B30E2D" w:rsidRDefault="00000000">
      <w:r>
        <w:t xml:space="preserve">This is Ozzy before he got shaved down. I brought the table outside and propped it up and said, Ozzie, don't worry, you're going to get on the table in a minute. And he heard on the table, so he got on the table. Very literally. That one is a super big laugh dog. And whoop, whoop, whoop. There's not a swoop button. I wanted to pause in front of the lap dog because. She does not realize how big she is. And this is what I mean by breeders in the US breed for temperament. </w:t>
      </w:r>
      <w:r>
        <w:br/>
      </w:r>
    </w:p>
    <w:p w14:paraId="7EAFB9BD" w14:textId="77777777" w:rsidR="00B30E2D" w:rsidRDefault="00000000">
      <w:r>
        <w:t xml:space="preserve">And soundness, but a lot of temperament because yeah, she just wants to be by Daddy and on his lap. Now this is Ozzy. Without any of his hair. And the reason we're starting with. A naked black Russian terrier. It actually is for a purpose. Oh, he is a little bit overweight and the reason they shaved him down is he is a retired show dog. But now Mom has grandkids </w:t>
      </w:r>
      <w:r>
        <w:lastRenderedPageBreak/>
        <w:t xml:space="preserve">and that's a lot of code to keep up with. So you know what he's done. He's not showing. Keep him short, keep him naked. A lot of big dogs we think of is a lot of fluff. </w:t>
      </w:r>
      <w:r>
        <w:br/>
      </w:r>
    </w:p>
    <w:p w14:paraId="36757A00" w14:textId="77777777" w:rsidR="00B30E2D" w:rsidRDefault="00000000">
      <w:r>
        <w:t xml:space="preserve">But these are big, powerful dogs. And while he's got a could lose. Two or three pounds. He's not massively overweight. He's still a super big boy who knows he gets scritches and treats after grooming and that's all. He wants that and to absolutely knock me over because he can. But structurally, they're still strong, sturdy, sturdy dogs. So, alright, let's get into the spa treatment. Hello Atos. And let me tell you. Do you mind? chris. Yes, no volume. </w:t>
      </w:r>
      <w:r>
        <w:br/>
      </w:r>
    </w:p>
    <w:p w14:paraId="53D63308" w14:textId="77777777" w:rsidR="00B30E2D" w:rsidRDefault="00000000">
      <w:r>
        <w:t xml:space="preserve">What was that? There's no volume. There's no volume, OK. I'm just hearing the volume then I'll go on and tell you what other Christ is saying? And I'll just mute it. So Atos. Gets a. Modified show trim his mom keeps him on the shorter side. So, but there are a couple things that are different from. The full breed standard. I will go as low as A1 guide on him while keeping that look. </w:t>
      </w:r>
      <w:r>
        <w:br/>
      </w:r>
    </w:p>
    <w:p w14:paraId="5B709C5C" w14:textId="77777777" w:rsidR="00B30E2D" w:rsidRDefault="00000000">
      <w:r>
        <w:t xml:space="preserve">So the things to keep in mind when grooming these guys is. As you can see me on the video about to point out. You're going to do. It's like a couple big Paisley pieces. So the chest going up there is like a nice big swoop of Paisley piece and then very similar on the leg. And that's this is also when you find knots that you miss always, but you see you can there's another Paisley. Decoration hidden right in the leg, so if you keep those shapes in mind, you can see where they fit on the body and kind of. Keep that in your head as you're grooming them. </w:t>
      </w:r>
      <w:r>
        <w:br/>
      </w:r>
    </w:p>
    <w:p w14:paraId="0A2B6931" w14:textId="77777777" w:rsidR="00B30E2D" w:rsidRDefault="00000000">
      <w:r>
        <w:t xml:space="preserve">One of the other things that you can keep in your head as you're grooming them is. The cut is. Very similar to and I'm trying to. I'll listen to myself and see if I remember what I'm saying. The trim is very similar to. Like a Wheaton and a bijon in a lot of ways but. The places that differ on this trim than the breed standard. Is he's got a lot less coat on, like the back of the neck. And he's got less coat there. On the shoulders because. If you can tell by my. You can't hear it. But they like him to look muscly. </w:t>
      </w:r>
      <w:r>
        <w:br/>
      </w:r>
    </w:p>
    <w:p w14:paraId="3E6F2244" w14:textId="77777777" w:rsidR="00B30E2D" w:rsidRDefault="00000000">
      <w:r>
        <w:t xml:space="preserve">They got big shoulders, so they want him to look like a big muscle man with like his chest poofed out. For shows, you never touch the beard. Never trimmed. You touch it, but no, you never trim it at all. 4 pets you can at Honor request. That's one of those things that's super personal. She definitely likes him trimmed in the beard. A lot of pet parents like it trimmed in the beard because. It's just collects so much water, but it's a huge part of the look is that big face. </w:t>
      </w:r>
      <w:r>
        <w:br/>
      </w:r>
    </w:p>
    <w:p w14:paraId="48825DA6" w14:textId="77777777" w:rsidR="00B30E2D" w:rsidRDefault="00000000">
      <w:r>
        <w:t xml:space="preserve">So have a very clear conversation with your pet parents before you trim anything up on the beard because. A lot of them still really like that look so. We're going to speed something up shortly. What I'm doing on Atos is right now. What did I do that is equivalent to a zero in the </w:t>
      </w:r>
      <w:r>
        <w:lastRenderedPageBreak/>
        <w:t xml:space="preserve">VAC system? So I'm using the Clipper to set the pattern on the body. Like I said, a zero is pretty short for these guys. I've gone a little bit shorter during the summer with him because. They he go swimming in lakes. They're very active dogs. As we mentioned, there is newfie in their background. So some of them really do like the water. </w:t>
      </w:r>
      <w:r>
        <w:br/>
      </w:r>
    </w:p>
    <w:p w14:paraId="4C4F8611" w14:textId="77777777" w:rsidR="00B30E2D" w:rsidRDefault="00000000">
      <w:r>
        <w:t xml:space="preserve">Now, when you're going over with a Clipper, remember they like that powerful spring of rib. So as I'm going down that way. I'm just kind of skimming. I'm using that to set the length on the back, and for anything on the sides and ribs, I'm skimming it and one of the reasons I do like using the back system is I can. I can really see exactly what I'm doing because the hair is not. Just falling off or getting in the way? So I see exactly what the cut is and it kind of pulls it out to the right length. </w:t>
      </w:r>
      <w:r>
        <w:br/>
      </w:r>
    </w:p>
    <w:p w14:paraId="21D70F12" w14:textId="77777777" w:rsidR="00B30E2D" w:rsidRDefault="00000000">
      <w:r>
        <w:t xml:space="preserve">Now that hair in front. You don't want to trim that a lot. You want that to come down nicely and be filled out. Like I said, since he's a bit shorter, it would normally be a little bigger right there in front of the foot. But that's a part of that Paisley pattern on the back leg. And as you can see on the. </w:t>
      </w:r>
      <w:r>
        <w:br/>
      </w:r>
    </w:p>
    <w:p w14:paraId="5269F7A9" w14:textId="77777777" w:rsidR="00B30E2D" w:rsidRDefault="00000000">
      <w:r>
        <w:t xml:space="preserve">That part I'm just skimming. I'm taking it right up against on the back. And the parts I want it short and. This is a great dog to hand scissor on and we're going to see a lot of that later. But there is a lot you can do. Just skimming with your Clipper to set the pattern. And reduce the amount of hands as ring you have to do. So there's the back. And that was getting old. Let's hurry up, because that's me in the back now, the biggest and most time consuming part of actually grooming this guy. </w:t>
      </w:r>
      <w:r>
        <w:br/>
      </w:r>
    </w:p>
    <w:p w14:paraId="464EEB3B" w14:textId="77777777" w:rsidR="00B30E2D" w:rsidRDefault="00000000">
      <w:r>
        <w:t xml:space="preserve">Is the prep. As much as this is a lot to groom and to scissor. They have a wonderful coat, but they do have some undercoat, so you gotta really make sure it is. Clean and matte free so it has a nice body to it. And like I said, they do not up. They take a fair amount of prep time just to make sure everything is set and ready and. Now it is time to scissor and we're going to have some close up parts. You see my most important grooming tool there. They require caffeine. Alright, so for the front legs and we're going to have some more close-ups on this later. </w:t>
      </w:r>
      <w:r>
        <w:br/>
      </w:r>
    </w:p>
    <w:p w14:paraId="5CA3124B" w14:textId="77777777" w:rsidR="00B30E2D" w:rsidRDefault="00000000">
      <w:r>
        <w:t xml:space="preserve">And as much. As good a job as you think you do when you prep these guys. I found I am always going to find a knot somewhere. All right. So column legs my trick for these. The first couple times you do this, I recommend using a longer guard comb than you want to because this is going to do a fair amount of skimming. But so this is the pet version of the column legs, and I have the same guard comma used on the body. </w:t>
      </w:r>
      <w:r>
        <w:br/>
      </w:r>
    </w:p>
    <w:p w14:paraId="7701BB9B" w14:textId="77777777" w:rsidR="00B30E2D" w:rsidRDefault="00000000">
      <w:r>
        <w:lastRenderedPageBreak/>
        <w:t xml:space="preserve">Now what really helps make the column is that hair that falls in front, because then you don't have. The foot it looks like a column. So what I do is I take that straight down the back of the leg. And the inside. And then I'm more skim on the outside. So it's going straight down South that already took off a fair amount of hair. And I just scissor around that to shape. And we've speed up again, in case you think I just deserve that fantastically. We're a little bit faster. I use my straights a lot on these guys. </w:t>
      </w:r>
      <w:r>
        <w:br/>
      </w:r>
    </w:p>
    <w:p w14:paraId="18872CE3" w14:textId="77777777" w:rsidR="00B30E2D" w:rsidRDefault="00000000">
      <w:r>
        <w:t xml:space="preserve">And this is probably the only dog I use my 9 inch curves on. The reason I use straights probably more than curves on these dogs is. Whenever you use a curve, you're locked into that angle. That's all on the curve. Versus when you're using a straight, you can use whatever angle you want. You're putting in the angle. Is it going to take longer? Yes is it going to be the absolute angle you want? yes. That's also why I like the swivels. As you can see I can just get in and make sure that angle is exactly where I want it. </w:t>
      </w:r>
      <w:r>
        <w:br/>
      </w:r>
    </w:p>
    <w:p w14:paraId="14D1B272" w14:textId="77777777" w:rsidR="00B30E2D" w:rsidRDefault="00000000">
      <w:r>
        <w:t xml:space="preserve">Keeping my wrists nice and straight. Chunkers are always. Your best friend. Because they have a nice, really thick coat. Now, like I said, if it was show, there would be a little more hair right there. But we were still giving something there. So he's not like completely slab sided? Or flat. There he gets a little bulk but. He is a pet who is a family dog. Who goes in lakes? So we want something that's very. Maintainable for the family. So even though they were developed as. Military dogs and working dogs and guard dogs. </w:t>
      </w:r>
      <w:r>
        <w:br/>
      </w:r>
    </w:p>
    <w:p w14:paraId="4BB778CF" w14:textId="77777777" w:rsidR="00B30E2D" w:rsidRDefault="00000000">
      <w:r>
        <w:t xml:space="preserve">They can be, can be excellent family dogs. I've groomed one or two that. I am hundred percent % someones toddler walked up to them and. You know. Stuck it. He stuck his face. Right there in the. In the crib, because he wouldn't do anything. The kid could stick his hands in his nose and face and look for his eyeballs, and the worst he would do is go like that if he accidentally caught a finger to the eye. Be like what? So as you can see the legs starting to shape, you're going to see the. </w:t>
      </w:r>
      <w:r>
        <w:br/>
      </w:r>
    </w:p>
    <w:p w14:paraId="58A27C48" w14:textId="77777777" w:rsidR="00B30E2D" w:rsidRDefault="00000000">
      <w:r>
        <w:t xml:space="preserve">Similarities to the BIJON and the wheat and trim. It's definitely. A little bit of a variation of the long legged terrier trim. And just bulkier in some places. I swear Melissa Verplanck's book the theory of five is still an amazing resource. Resource resource book more caffeine loading. Because once you see the way. In one thing you can see the way in all things, and once you see how dogs are put together well and get one or two breed trims down, you can start to see how that really does and can apply to other breed trims. </w:t>
      </w:r>
      <w:r>
        <w:br/>
      </w:r>
    </w:p>
    <w:p w14:paraId="6C86C340" w14:textId="77777777" w:rsidR="00B30E2D" w:rsidRDefault="00000000">
      <w:r>
        <w:t xml:space="preserve">So we're going to get our clearly defined column legs in the front and. Doing a good job shaving out the paw pads can definitely save you time in rounding the foot if you get that just right. And I always use my tremor to save a little time there. It can totally feel like showing a horse when you're working with these guys and when you're trying to do their nails and feet because. That's about 100 pounds of dog. Who may or may not want you to do </w:t>
      </w:r>
      <w:r>
        <w:lastRenderedPageBreak/>
        <w:t xml:space="preserve">his toenails. And the honestly, the only times I've had. Brt's really give me problems is when they didn't want their toenails done because they don't even have to be mean about it, they just have to be insistent. </w:t>
      </w:r>
      <w:r>
        <w:br/>
      </w:r>
    </w:p>
    <w:p w14:paraId="08FD5A13" w14:textId="77777777" w:rsidR="00B30E2D" w:rsidRDefault="00000000">
      <w:r>
        <w:t xml:space="preserve">So you see how we took a lot of hair off with the Clippers, so we really just need to do a little shaping and neatening. To make that nice column leg in the front. You do want that differentiation in the chest going in there. Because remember, they are big strong men with their chests poofed out like so. Like they have just come from the gym and feel swole. And now that's going to be in my head, and I'm going to giggle every time I groom them. </w:t>
      </w:r>
      <w:r>
        <w:br/>
      </w:r>
    </w:p>
    <w:p w14:paraId="7A754D10" w14:textId="77777777" w:rsidR="00B30E2D" w:rsidRDefault="00000000">
      <w:r>
        <w:t xml:space="preserve">I'm going to go, are you swole? And what I'm pointing out there is, you know when you're shaving a poodle's neck and you get that. Bone in the chest. That is where the hair hangs off of. That is an important structural piece for a lot of grooms. And remember, he's a pet trim, so he's not. They want him more maintainable so he's not as big there as usual. Now we still got a little bit, a little bit of a Crest. Similar similarly to Abidjan. But as we'll see also later on, that blends into the shaved part of the neck. </w:t>
      </w:r>
      <w:r>
        <w:br/>
      </w:r>
    </w:p>
    <w:p w14:paraId="011A4791" w14:textId="77777777" w:rsidR="00B30E2D" w:rsidRDefault="00000000">
      <w:r>
        <w:t xml:space="preserve">The ears get shaved with A10 or A7 And I just edge that up. To make it look nice and neat and crisp. And yes. Yes, I still use my 9 inch shears. On ears. Because those are the ones I know and I. Absolutely nowhere. Every part of that shear is. Now the inside of their ears can be very hairy. Instead of plucking, you want to shave that bit out with your with your trimmer to keep it clear and keep it clean. Or you can just scissor the outside. And blend that bit on now they have. </w:t>
      </w:r>
      <w:r>
        <w:br/>
      </w:r>
    </w:p>
    <w:p w14:paraId="683836C0" w14:textId="77777777" w:rsidR="00B30E2D" w:rsidRDefault="00000000">
      <w:r>
        <w:t xml:space="preserve">But sometimes it's called a crown on the top of the head, which is a little flat spot right there that I'm working on. It's about the size of a blade. It's a little bit bigger than a blade I was taught to do, just like a 3A3 blade, like a three or four, like right there on the head. But I have my scissors in my hand, and I've always been doing it with my scissors just because for me that's easier. But you can do that little spot. With your. With your steers, you can do it with your Clipper. And that gives even more of a differentiation between where that falls starts and the Crest on the neck starts. </w:t>
      </w:r>
      <w:r>
        <w:br/>
      </w:r>
    </w:p>
    <w:p w14:paraId="4F9962FB" w14:textId="77777777" w:rsidR="00B30E2D" w:rsidRDefault="00000000">
      <w:r>
        <w:t xml:space="preserve">It's not a very big Crest. And honestly, when learning the trim the BRT people don't necessarily call it that. But because we're pet groomers and we do many different breeds. That's how I'm used to thinking of it in different breeds, so that's what I refer to it as and. So the ears are shaved with the seven or A10 If you use A7 definitely use A10 underneath. And on the inside of the ears. </w:t>
      </w:r>
      <w:r>
        <w:br/>
      </w:r>
    </w:p>
    <w:p w14:paraId="4A770675" w14:textId="77777777" w:rsidR="00B30E2D" w:rsidRDefault="00000000">
      <w:r>
        <w:lastRenderedPageBreak/>
        <w:t xml:space="preserve">What am I saying so I can at least hear it? So I you can see I have a little more blending to do to blend that into the body. That top part of the neck and. Scissor up that side. Let's see how our speeded. Part went, yeah, he they tend to have ticklish to pose. The person who taught me the trim. Was very keen to point out that. </w:t>
      </w:r>
      <w:r>
        <w:br/>
      </w:r>
    </w:p>
    <w:p w14:paraId="533F9716" w14:textId="77777777" w:rsidR="00B30E2D" w:rsidRDefault="00000000">
      <w:r>
        <w:t xml:space="preserve">You don't want to dig in there with the blade, they have webbed toes. She uses blunt, blunt tip shears to go in there to trim between the paw pads. I never advise doing that because as professional groomers, we're aware that a lot of breeds have those webby toes and you don't dig in there hard with Clippers, you go in there gently. So she's used to doing it one way because she was a show person, and that's how she did we do it. You're used to doing it another. So I go, OK, OK, and shave them out with a 30 because. I have run into. Dogs that their owners went. </w:t>
      </w:r>
      <w:r>
        <w:br/>
      </w:r>
    </w:p>
    <w:p w14:paraId="49940600" w14:textId="77777777" w:rsidR="00B30E2D" w:rsidRDefault="00000000">
      <w:r>
        <w:t xml:space="preserve">I think there's something wrong with them. I need to take them to the vet because they're limping so terribly and they had one of those big sticker balls. In their paw pad because their feet are so big and you know those stickers are like this big around. But their feet are legit so big. That the stickers just absolutely fit in the paw pad. Now I have a close up somewhere of me doing the back and because I wanted to show you. The pattern on the back? Much more coffee. I didn't even pack enough for this class because. Just looking at these big guys is exhausting so. </w:t>
      </w:r>
      <w:r>
        <w:br/>
      </w:r>
    </w:p>
    <w:p w14:paraId="4EB71420" w14:textId="77777777" w:rsidR="00B30E2D" w:rsidRDefault="00000000">
      <w:r>
        <w:t xml:space="preserve">Remember I said I got some more blending on that Crest? Now the neck is shaved also with either A10 or A7 Kind of, depending on their coat. I normally just do a 10. And keeping the ear well out of the way. We're gonna blend in. The shaved bit of the neck. A little bit to the rest of the body and to the Crest. And we're going to blend that Crest into the body. So if you see right there where a shoulder is, that's one of those parts you want to emphasize. </w:t>
      </w:r>
      <w:r>
        <w:br/>
      </w:r>
    </w:p>
    <w:p w14:paraId="608BFF91" w14:textId="77777777" w:rsidR="00B30E2D" w:rsidRDefault="00000000">
      <w:r>
        <w:t xml:space="preserve">Because this breed was designed for strength, so that's what a lot of the haircut is designed to show is strength. Blending that and Mary, are there any questions? Popping up. Okie doke. Guys, at the end I'm going to put my. Phone number in the chat if you want to text me any questions, but in the meantime I just kind of jumped right in. You can pop any questions you have into the chat. </w:t>
      </w:r>
      <w:r>
        <w:br/>
      </w:r>
    </w:p>
    <w:p w14:paraId="75D845C0" w14:textId="77777777" w:rsidR="00B30E2D" w:rsidRDefault="00000000">
      <w:r>
        <w:t xml:space="preserve">So as you can see, that neck and you'll get close-ups of that. Further in. Is blended in nicely with that Crest, so it's not as pronounced. As some of them. But it's definitely there. Definitely a bit longer than the body and just. Blended in nicely. Thanks Atos. Thanks for shaking and showing us how that hair fell. We appreciate that. And instead of getting mad when dogs shake mid mid, I just like, Oh well thank you. Now I see where that hair is laying, where it's going to fall naturally, where I need to trim. </w:t>
      </w:r>
      <w:r>
        <w:br/>
      </w:r>
    </w:p>
    <w:p w14:paraId="04F8BC0F" w14:textId="77777777" w:rsidR="00B30E2D" w:rsidRDefault="00000000">
      <w:r>
        <w:lastRenderedPageBreak/>
        <w:t xml:space="preserve">It's actually super helpful. Even though Atos is bored. Because they have a nice. Texture to their coat. The Chunker does a great job of blending and getting rid of any Clipper lines or scissor marks you might have. Theirs is probably one of my favorite coats to scissor because it's not curly. Like, it's not like that curly coat, but it's not a full drop coat either. It has a lot of body to it. He's getting all waggly because he thinks I'm going to either give him a treat. Or put in his bows so he can see. He knows we're almost done and it's almost time to go home. </w:t>
      </w:r>
      <w:r>
        <w:br/>
      </w:r>
    </w:p>
    <w:p w14:paraId="55532EBD" w14:textId="77777777" w:rsidR="00B30E2D" w:rsidRDefault="00000000">
      <w:r>
        <w:t xml:space="preserve">When I put it in this top knot. Now once again when dogs are shown. No, this hair is all in front of their face and yes, they can see. Although I have had reports of. Them occasionally bumping into furniture. If it gets moved, the top knot is a little helpful. For your average pet dog, part of the reason that all that hair is in the breed standard and all that hair on the face is remember, they were bred for a purpose. So if they're on patrol at night or being used to guard a warehouse at night and someone is shining a flashlight. To look for things, to look for backup, or to look for a. </w:t>
      </w:r>
      <w:r>
        <w:br/>
      </w:r>
    </w:p>
    <w:p w14:paraId="7334F7B3" w14:textId="77777777" w:rsidR="00B30E2D" w:rsidRDefault="00000000">
      <w:r>
        <w:t xml:space="preserve">Anything that's in their way. The light is not going to shine and reflect on their eyes. Remember also the climate these guys are in. If they are working outside during the day, in the snow, in the bright sun. That can. You can be snow blind just from the sun reflecting on the snow. So all of that hair in front of their eyes serves a purpose for what they were bred for now. </w:t>
      </w:r>
      <w:r>
        <w:br/>
      </w:r>
    </w:p>
    <w:p w14:paraId="520F9592" w14:textId="77777777" w:rsidR="00B30E2D" w:rsidRDefault="00000000">
      <w:r>
        <w:t xml:space="preserve">Because this dude is a family, man. Who prefers the sofa to the fields of Siberia? He gets his hair up in a ponytail. So he doesn't bump into the chair somebody left in, not the right place. But generally when people ask if they can see through all that. I say they can see the same way emo teenagers can see through their bangs when they have their bangs way in front of their face. </w:t>
      </w:r>
      <w:r>
        <w:br/>
      </w:r>
    </w:p>
    <w:p w14:paraId="3AE9F282" w14:textId="77777777" w:rsidR="00B30E2D" w:rsidRDefault="00000000">
      <w:r>
        <w:t xml:space="preserve">They just, they look through them. Yeah, they can still see. Now you get to see me struggling with the top, not because he's like, I'm done. I want to walk around. I wanna. I'm off the loop. I can do all of these things. But so much it's definitely a double banding technique is easiest to actually keep it done. Sometimes with a man bond, sometimes without. Atos, come say hi to the camera. So that's what that looks like without all that hair in front of their eyes. He was being shy today. He didn't want to say anything to the camera at all. </w:t>
      </w:r>
      <w:r>
        <w:br/>
      </w:r>
    </w:p>
    <w:p w14:paraId="3C09315B" w14:textId="77777777" w:rsidR="00B30E2D" w:rsidRDefault="00000000">
      <w:r>
        <w:t xml:space="preserve">Because he knows I'm about to show his back end to people. And then for pets, definitely once you have that hair back, you can see if anything. Sticks out. Anything else needs to be adjusted. Remember, this is hair that on. A dog and a fuller coat or a show trim would not be trimmed at all because all of that hair is important in front of the eyes, but you do want to blend it in. To the back. And whoop. Where is it? Ok, I promised I'd show you the rear end </w:t>
      </w:r>
      <w:r>
        <w:lastRenderedPageBreak/>
        <w:t xml:space="preserve">now. </w:t>
      </w:r>
      <w:r>
        <w:br/>
      </w:r>
    </w:p>
    <w:p w14:paraId="47B73884" w14:textId="77777777" w:rsidR="00B30E2D" w:rsidRDefault="00000000">
      <w:r>
        <w:t xml:space="preserve">To set this pattern back here. Yep, there is a whole lot of black but. So I have A7 blade on there. And I just took that straight. Down the dog to the to the top of the hawk. I'm just going right down the back there now. There there's a lot of controversy among. My pet parents on how much, how much balls to show. For a show, all of that would be cleared out. A lot of my pet parents don't want to see it. So I leave a little modesty veil but. I don't. I mean, if you don't want to see him, take him off, but. We leave a little hair there so that is the back end, so. </w:t>
      </w:r>
      <w:r>
        <w:br/>
      </w:r>
    </w:p>
    <w:p w14:paraId="5AFFEC3B" w14:textId="77777777" w:rsidR="00B30E2D" w:rsidRDefault="00000000">
      <w:r>
        <w:t xml:space="preserve">Let's move on to the show trim. This is this is Yanni and I I'm using this. A picture with permission. This is one of the top BRT's in the country. And you'll notice that the chest is Fuller. The front legs are fuller, everything is a little more exaggerated. Just a little bit in terms of showing that strength in that structure. And wow, there is a whole lot of beard there. That is beard that has never been touched in its life. Alright, come on. How will be frozen? No, I just paused it that long whoop. So here we have. Max look. Max, that went by quickly. Wait a minute. Let's do that again. This time a little bit slower. </w:t>
      </w:r>
      <w:r>
        <w:br/>
      </w:r>
    </w:p>
    <w:p w14:paraId="271669D4" w14:textId="77777777" w:rsidR="00B30E2D" w:rsidRDefault="00000000">
      <w:r>
        <w:t xml:space="preserve">Max's parents like it really full. They like as they like, as close to show as they can, but a lot longer. So you see that real powerful look that we had go in there. And when I talk about thick. Coat that is dense and lovely and fun to scissor. We're talking about Max right here. Well, most black Russians that I've seen. So I already went over things with my Clipper. And I am just scissoring. Everything out. One of the joys of being house call is this lovely view I get. </w:t>
      </w:r>
      <w:r>
        <w:br/>
      </w:r>
    </w:p>
    <w:p w14:paraId="21E6AE0D" w14:textId="77777777" w:rsidR="00B30E2D" w:rsidRDefault="00000000">
      <w:r>
        <w:t xml:space="preserve">While I'm grooming him, no, not the view of his testicles, the other one to the left. It's a shame the sound was not working or coming through. Because in a few of these clips you can hear like an owl in the background. It's just lovely so. Here we have blending that. Back leg into that shaved part. And remember. Everything is full and rounded poop. He's got he's got that little tail that was not a pleasant close up. Sorry all. The groomer humor. We can just laugh at the inadvertent anus close up. And I left a lot of. </w:t>
      </w:r>
      <w:r>
        <w:br/>
      </w:r>
    </w:p>
    <w:p w14:paraId="29AFFFDE" w14:textId="77777777" w:rsidR="00B30E2D" w:rsidRDefault="00000000">
      <w:r>
        <w:t xml:space="preserve">This in and this really close work because I wanted you to get a good idea and a good feel of what their code is like. I I'm a crazy person who loves these dogs, but I really do like working with it. Because of its body, it's got a little bit of the wiry texture to it. But it's very full. I find it really easy to scissor. And we get some more close-ups of scissoring those legs. And the other side now. Their neck gets shaved. </w:t>
      </w:r>
      <w:r>
        <w:br/>
      </w:r>
    </w:p>
    <w:p w14:paraId="5FF7A4A3" w14:textId="77777777" w:rsidR="00B30E2D" w:rsidRDefault="00000000">
      <w:r>
        <w:lastRenderedPageBreak/>
        <w:t xml:space="preserve">With once again either A10 or A7 depending on their coats and how thick it is and. How often they come in, which is part of the reason I usually do attend, because my neuron a. Around six. It's four to six week schedule. But instead of like a poodle neck, just has a straight V. This comes straight down. From the ear and then turns in. And down. And across. Because we're broadening a little bit that neck and shoulder. And there we have, whoops, scissoring that crown in. Edging up the ears. Is it sad I know what month this was filmed because I went oh, they're my fourth of july nails. But we didn't have an insanely hot. </w:t>
      </w:r>
      <w:r>
        <w:br/>
      </w:r>
    </w:p>
    <w:p w14:paraId="3A73FBE0" w14:textId="77777777" w:rsidR="00B30E2D" w:rsidRDefault="00000000">
      <w:r>
        <w:t xml:space="preserve">July this summer. So we were outside it because it was gorgeous. So you see how that? Let me try to swoop it back. I want to show you that neck. And that line close up. No, that's my hand. Ok, so that comes like straight down to the V and then down to the chest? So from the ear, you're just taking that straight down in the line? And you really kind of can see a little better on that side. Ok, so you see what I mean. It goes straight down from the ear and then it. Had to measure it almost, but not quite in 90 degree angle. </w:t>
      </w:r>
      <w:r>
        <w:br/>
      </w:r>
    </w:p>
    <w:p w14:paraId="0E92811E" w14:textId="77777777" w:rsidR="00B30E2D" w:rsidRDefault="00000000">
      <w:r>
        <w:t xml:space="preserve">Making that Big L there. And that's broadening the neck, broadening the shoulders a little bit. And blending that in nicely. Now I am using my 9 inch straights. Like I said, if there's any dog I'm going to use my 9 curves on, it's sometimes these guys because they're the only ones big enough really to handle that angle in that big a curve. Fast forward a little because there's more parts I want to make sure we have time for. And as you know, whenever you're scissoring anything, what's in your offhand is your good comb. To comb everything out, make sure it's in the right place, make sure everything is what is doing what you wanted it to do. </w:t>
      </w:r>
      <w:r>
        <w:br/>
      </w:r>
    </w:p>
    <w:p w14:paraId="25700CFA" w14:textId="77777777" w:rsidR="00B30E2D" w:rsidRDefault="00000000">
      <w:r>
        <w:t xml:space="preserve">Alright, let's take another look at those column legs. I did go over this a little bit with the Clipper already because that's what I. Always do. He did not want to leave his foot on the table. I'm like, everybody wants to know how you do feet with swivels, but he's all I don't want to put my feet on the table. So what I did there was when it came time when I was going to bend my wrist, I moved my feet instead. I'm not sure where that clip came from. Mary, did I mention I hate video editing? And I have so much. Black Russian footage yeah but we appreciate you doing it. </w:t>
      </w:r>
      <w:r>
        <w:br/>
      </w:r>
    </w:p>
    <w:p w14:paraId="56AEABAF" w14:textId="77777777" w:rsidR="00B30E2D" w:rsidRDefault="00000000">
      <w:r>
        <w:t xml:space="preserve">I mean, I like the result. It's just every so often I look at I'm watching and I'm going. Did I? Did I mean to cut that? I think I meant to cut that. What happened there? Ok, so the reason I am pausing this here is. Ergonomics is my absolute soapbox. When shears fit your hand properly, you shouldn't have to put a lot of effort into using them. You see how my thumb is not super overextended, it's just still in a really natural position. But those scissors are open all the way, and you? I'm using all of those nine inches raising. </w:t>
      </w:r>
      <w:r>
        <w:br/>
      </w:r>
    </w:p>
    <w:p w14:paraId="05FD42C0" w14:textId="77777777" w:rsidR="00B30E2D" w:rsidRDefault="00000000">
      <w:r>
        <w:lastRenderedPageBreak/>
        <w:t xml:space="preserve">But not putting as much effort into it. So that is just part of the difference. Having shears that fit your hand make. As well as. You know, it doesn't matter. The difference between nine and, ten the phrasing the. Difference between 9 and 10 inches probably isn't a lot because in a lot of the tenant shears out there. You have to put so much effort into using all of that blade length. You're probably not using all 10 inches where I was using all of those 9 inch shears. </w:t>
      </w:r>
      <w:r>
        <w:br/>
      </w:r>
    </w:p>
    <w:p w14:paraId="5FF681FC" w14:textId="77777777" w:rsidR="00B30E2D" w:rsidRDefault="00000000">
      <w:r>
        <w:t xml:space="preserve">The 12 year old boy in me is barely holding it together right now. But there we go, out even if you are. Completely doing a dog with Snap-on Combs, you always want to go over that underline. With shears, just to tighten that up and make it make it a little nicer and. What I'm doing here? Has given it the shake. Is just taking and kind of shaking his skin so it rolls and the hair falls in a natural way because he's really good on the table and he's not going to shake for me like Atos. </w:t>
      </w:r>
      <w:r>
        <w:br/>
      </w:r>
    </w:p>
    <w:p w14:paraId="0EE59045" w14:textId="77777777" w:rsidR="00B30E2D" w:rsidRDefault="00000000">
      <w:r>
        <w:t xml:space="preserve">Ok. What I wanted to talk to here this is. This is a client that is with me no longer. You'll notice I'm sitting on the floor and. We saw that was Max earlier. We saw Max's finished trim in the beginning, so we're going. Right into this guy. Big Dogs age a little differently than small dogs. And 12 for a small dog is just kinda just hitting old and crotchety. This is a 12 year old Black Russian Terrier and as you can see I am sitting on the floor with him because there is no way on Earth. </w:t>
      </w:r>
      <w:r>
        <w:br/>
      </w:r>
    </w:p>
    <w:p w14:paraId="17DC53E0" w14:textId="77777777" w:rsidR="00B30E2D" w:rsidRDefault="00000000">
      <w:r>
        <w:t xml:space="preserve">He's going to stand for a few hours. So it's something to think about when you're grooming the giant dogs because. It's not just handling a senior dog, it's what are you going to be willing to do to accommodate these guys when they're older? If you're not physically able. You're not physically able. It's OK. I'm not gonna shame you. In 10 years, am I gonna be able to do this with some of my clients? I don't know. </w:t>
      </w:r>
      <w:r>
        <w:br/>
      </w:r>
    </w:p>
    <w:p w14:paraId="7A8A83AD" w14:textId="77777777" w:rsidR="00B30E2D" w:rsidRDefault="00000000">
      <w:r>
        <w:t xml:space="preserve">I hope so. But I honestly don't know. So that's definitely something you're going to have to. Keep in mind. As you groom these guys. Think of their ages. Think of what they're able to tolerate at a time. What I did for this guy is some he was. I was there almost every other week. And some weeks he got, most weeks he just got a bath and a brush out. Some weeks he got a haircut and no bath. I never did both at once because. He wasn't up for it. </w:t>
      </w:r>
      <w:r>
        <w:br/>
      </w:r>
    </w:p>
    <w:p w14:paraId="2EEA72BE" w14:textId="77777777" w:rsidR="00B30E2D" w:rsidRDefault="00000000">
      <w:r>
        <w:t xml:space="preserve">He just wasn't up for it so. Thanks for watching. You've noticed there is a drink included because oftentimes in this because oftentimes, once you finish grooming that BRT, you're going to need that drink. This is Ozzy in my old car because I got there. Just as his dog Walker was coming home. And he. His dog Walker very wisely just let go of the leash because otherwise she would have been on the ground because he was coming over to me and that's all there was to it. He wanted to get in the car and come home with me if possible. </w:t>
      </w:r>
      <w:r>
        <w:lastRenderedPageBreak/>
        <w:t xml:space="preserve">So thanks for watching. </w:t>
      </w:r>
      <w:r>
        <w:br/>
      </w:r>
    </w:p>
    <w:p w14:paraId="7340B644" w14:textId="77777777" w:rsidR="00B30E2D" w:rsidRDefault="00000000">
      <w:r>
        <w:t xml:space="preserve">This has been a derpa poo production. Ok. Give it a minute for any questions. But again, if not, if somebody has questions, one way to get ahold of you is if you have a summit membership, tag her in the group. Ok, the second way is how do they get ahold of you? I am typing my phone number in the chat right now. Not gonna relate over to the recording, so say you're not. Ok, my number is nine oh eight. 2-6-5 two five oh six. And text me. </w:t>
      </w:r>
      <w:r>
        <w:br/>
      </w:r>
    </w:p>
    <w:p w14:paraId="149D4757" w14:textId="77777777" w:rsidR="00B30E2D" w:rsidRDefault="00000000">
      <w:r>
        <w:t xml:space="preserve">Is the easiest way to get ahold of me, and if I don't get back to you right away, that means I was either grooming. I didn't see it or saw it and went i totally am going to respond when I'm not grooming. And forgot. So text me again. Don't worry about bugging me. You're not gonna bug me, you're just gonna remind me. So yeah. So I really like the man bun on the yeah. </w:t>
      </w:r>
      <w:r>
        <w:br/>
      </w:r>
    </w:p>
    <w:p w14:paraId="70C6992A" w14:textId="77777777" w:rsidR="00B30E2D" w:rsidRDefault="00000000">
      <w:r>
        <w:t xml:space="preserve">I love, I love man buns on them. It actually looks good on them. Rate that ponytail. I totally could braid that. But Atos is not a sitting still for that type of. If I'm by his head, he wants me to pet him. He actually does that golden thing a lot. Like a lot of them will have that golden like thing with their paw which? Ok. Little bit of TMI. A toast loves me. And when I got back from surgery, he had missed me. And he was doing that even more. </w:t>
      </w:r>
      <w:r>
        <w:br/>
      </w:r>
    </w:p>
    <w:p w14:paraId="0DEEC1D1" w14:textId="77777777" w:rsidR="00B30E2D" w:rsidRDefault="00000000">
      <w:r>
        <w:t xml:space="preserve">But he's strong and a lot of dog, so he missed and got my bad boob. And it was numb for like 40 minutes. He bopped me really good out of love. Ok. So I guess no. Thank you everybody for attending. We will be back in a hour with terry and terry 's going to be well it's still be a break in between Terry. So Terry's going to start off the next session with camouflage grooming. So we will see everybody in a half hour. Bye, guys. Thanks for watching. </w:t>
      </w:r>
      <w:r>
        <w:br/>
      </w:r>
    </w:p>
    <w:sectPr w:rsidR="00B30E2D"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3DA0D" w14:textId="77777777" w:rsidR="005C3D2B" w:rsidRDefault="005C3D2B">
      <w:pPr>
        <w:spacing w:after="0" w:line="240" w:lineRule="auto"/>
      </w:pPr>
      <w:r>
        <w:separator/>
      </w:r>
    </w:p>
  </w:endnote>
  <w:endnote w:type="continuationSeparator" w:id="0">
    <w:p w14:paraId="7A2233EE" w14:textId="77777777" w:rsidR="005C3D2B" w:rsidRDefault="005C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1B71" w14:textId="77777777" w:rsidR="00B30E2D" w:rsidRDefault="00000000">
    <w:pPr>
      <w:pStyle w:val="Footer"/>
      <w:jc w:val="center"/>
    </w:pPr>
    <w:r>
      <w:t xml:space="preserve">Page </w:t>
    </w:r>
    <w:r>
      <w:fldChar w:fldCharType="begin"/>
    </w:r>
    <w:r>
      <w:instrText>PAGE</w:instrText>
    </w:r>
    <w:r w:rsidR="00836B58">
      <w:fldChar w:fldCharType="separate"/>
    </w:r>
    <w:r w:rsidR="00836B58">
      <w:rPr>
        <w:noProof/>
      </w:rPr>
      <w:t>1</w:t>
    </w:r>
    <w:r>
      <w:fldChar w:fldCharType="end"/>
    </w:r>
    <w:r>
      <w:t>/</w:t>
    </w:r>
    <w:r>
      <w:fldChar w:fldCharType="begin"/>
    </w:r>
    <w:r>
      <w:instrText>NUMPAGES</w:instrText>
    </w:r>
    <w:r w:rsidR="00836B58">
      <w:fldChar w:fldCharType="separate"/>
    </w:r>
    <w:r w:rsidR="00836B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A8E2" w14:textId="77777777" w:rsidR="005C3D2B" w:rsidRDefault="005C3D2B">
      <w:pPr>
        <w:spacing w:after="0" w:line="240" w:lineRule="auto"/>
      </w:pPr>
      <w:r>
        <w:separator/>
      </w:r>
    </w:p>
  </w:footnote>
  <w:footnote w:type="continuationSeparator" w:id="0">
    <w:p w14:paraId="449F6F4E" w14:textId="77777777" w:rsidR="005C3D2B" w:rsidRDefault="005C3D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5767371">
    <w:abstractNumId w:val="8"/>
  </w:num>
  <w:num w:numId="2" w16cid:durableId="1699350788">
    <w:abstractNumId w:val="6"/>
  </w:num>
  <w:num w:numId="3" w16cid:durableId="1220627054">
    <w:abstractNumId w:val="5"/>
  </w:num>
  <w:num w:numId="4" w16cid:durableId="625357863">
    <w:abstractNumId w:val="4"/>
  </w:num>
  <w:num w:numId="5" w16cid:durableId="1254129407">
    <w:abstractNumId w:val="7"/>
  </w:num>
  <w:num w:numId="6" w16cid:durableId="416756449">
    <w:abstractNumId w:val="3"/>
  </w:num>
  <w:num w:numId="7" w16cid:durableId="424425745">
    <w:abstractNumId w:val="2"/>
  </w:num>
  <w:num w:numId="8" w16cid:durableId="772893739">
    <w:abstractNumId w:val="1"/>
  </w:num>
  <w:num w:numId="9" w16cid:durableId="116300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C3D2B"/>
    <w:rsid w:val="00836B58"/>
    <w:rsid w:val="00AA1D8D"/>
    <w:rsid w:val="00B30E2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10A9C"/>
  <w14:defaultImageDpi w14:val="300"/>
  <w15:docId w15:val="{17AE9D77-F8B7-BC46-B65D-C351F847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4925</Words>
  <Characters>28075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2023-01-09T20:44:00Z</dcterms:created>
  <dcterms:modified xsi:type="dcterms:W3CDTF">2023-01-09T20:44:00Z</dcterms:modified>
  <cp:category/>
</cp:coreProperties>
</file>