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Brachycephalic Concerns</w:t>
      </w:r>
    </w:p>
    <w:p>
      <w:r>
        <w:rPr>
          <w:sz w:val="22"/>
        </w:rPr>
        <w:t xml:space="preserve">OK. Welcome to the last session of the positive educational training breed grooming summit for today, because we have a whole day tomorrow yep and Bobby Bauer is going to get in depth with the special needs of brachycephalic pets in the salon setting. So Bobby, take it away. Thank you. So my name is Bobby Baugher and I'm a nationally certified master groomer and canine esthetician, and we will be discussing the brachiocephalic phenotype. Today I did want to make mention that I have suffered a recent very serious health concern that's left me with a little bit of a Lisp. </w:t>
        <w:br/>
      </w:r>
    </w:p>
    <w:p>
      <w:r>
        <w:rPr>
          <w:sz w:val="22"/>
        </w:rPr>
        <w:t xml:space="preserve">And then I just had a cold thing that's sitting in my chest still. So I apologize if I'm a little hard to understand, but just stop me at any time if you need me to go back over something or you have a question. Excuse me, I also have a. Vocabulary list available for anybody who needs it, and it does go in order of this presentation, but so let's get started. The following slides are for educational purposes only and are intended for pet stylus for use on this along these slides show some of the most common health concerns involving the brachiocephalic head structure that stylists will see in the salon setting. </w:t>
        <w:br/>
      </w:r>
    </w:p>
    <w:p>
      <w:r>
        <w:rPr>
          <w:sz w:val="22"/>
        </w:rPr>
        <w:t xml:space="preserve">I am not a veterinarian, nor is this a replacement for entering. Veterinary care is not meant to diagnose or treat any conditions. This presentation is designed to help provide guidance to stylists so they can make. Well informed decisions about continuing to groom a pet who is exhibiting any signs of these common conditions. All information contained in this presentation is a matter of opinion based on professional experiences. Scientific Facts, medical text and direct quotes from these texts will be used. Always consult a veterinarian for best practices. This lecture was held was designed to help groomers recognize and understand the common medical. Or mental disorders we see in pets while grooming. Excuse me? Any animal exhibiting any signs of these conditions should be referred to that animal's veterinarian and their owner immediately. </w:t>
        <w:br/>
      </w:r>
    </w:p>
    <w:p>
      <w:r>
        <w:rPr>
          <w:sz w:val="22"/>
        </w:rPr>
        <w:t xml:space="preserve">Thank you and I hope you enjoy the following presentation. As the PPG SA says, it should be the goal of every pet stylist to treat all animals interested in their care with kindness, patience, respect, compassion, ensuring their safety, health and well-being These standards of care and safety and sanitation were sourced and discussed unanimously agreed upon by professional pet groomers and stylists, grooming educators, and the national trade associations. The goal of this presentation is to help you accomplish this. Today we will be discussing the brachycephalic head structure and body type and complications seen with these animals. This presentation is meant to help you identify and feel confident in safely handling any animals exhibiting any signs of these conditions and to help you effectively communicate your observations to their veterinarian. </w:t>
        <w:br/>
      </w:r>
    </w:p>
    <w:p>
      <w:r>
        <w:rPr>
          <w:sz w:val="22"/>
        </w:rPr>
        <w:t xml:space="preserve">Dogs range in size from very small to extremely large and varying appearance, from shaggy to smooth. They may be short and stocky or tall and lengthy, though some anatomical and physical traits will vary from breed to breed and from dog to dog. There are many traits that all dogs share despite their differences in size or appearance. In 2020 the national or the. American Kennel Club named 10 brachycephalic breeds in their top 35 breeds nationwide. Now with the pandemic, the club says that the registrations increased 20 % in 2020 over the 2019 registrations. The numbers of AKC registered Bulldogs increased from 69 % and French Bulldogs from 476 % respectively. </w:t>
        <w:br/>
      </w:r>
    </w:p>
    <w:p>
      <w:r>
        <w:rPr>
          <w:sz w:val="22"/>
        </w:rPr>
        <w:t xml:space="preserve">Since the years 2006 2016 to give you an idea, in 2020 there was a total of sixty six thousand five hundred AKC registered French Bulldogs in the US alone. So why are these dogs so cute? Of course, we all know cuteness when we see it right, such as our own beloved pet being the cutest thing in the whole wide world, of course. But did you know that there's actually a recognized list of characteristics that determine what is cute? Even though the English language and many others lack a word for the feeling associated with interacting with cute things, there's certainly a specific emotional characteristic to it, don't you think? Ever since ethologist Laurence Conrad first described what he called Kinder Schema in 1943 more and more research has been done on the topic, the German word Kinder Strama, also sometimes called. </w:t>
        <w:br/>
      </w:r>
    </w:p>
    <w:p>
      <w:r>
        <w:rPr>
          <w:sz w:val="22"/>
        </w:rPr>
        <w:t xml:space="preserve">Baby schema means to retain petal morphic features. So that means that they retain juvenile looks and features even though they are adults. Here's a breakdown of what makes your dog cute. A large roundhead in respective to its body size. Big forward facing eyes. Big, round ears. Flopping limbs and a teetering gait. A rounded body shape and soft elastic body feel. Not all species are the same in the cuteness realm, though. </w:t>
        <w:br/>
      </w:r>
    </w:p>
    <w:p>
      <w:r>
        <w:rPr>
          <w:sz w:val="22"/>
        </w:rPr>
        <w:t xml:space="preserve">Children rated images of adult dogs as cuter than both cats and humans. Dogs was the most common pet species in both Europe and the US, confirmed to be very attractive. Stimulus is for humans, including very young children. I'm sorry, part of their appeal appears to be due to their acute aspect. Although an important role has played in their ability to communicate with humans and form a bond with them, the current popularity of smaller brachycephalic breeds may result from a similarity in head shape to that of human infants. </w:t>
        <w:br/>
      </w:r>
    </w:p>
    <w:p>
      <w:r>
        <w:rPr>
          <w:sz w:val="22"/>
        </w:rPr>
        <w:t xml:space="preserve">These breeds are also generally less fearful in nature towards strangers compared to the. After lots of syphilitic breaths. This is a shift from the most functional head shape to the more aesthetic selection. This may have induced a tolerance for the skull structure that can be associated with more health problems than we first realized. In connection between every human and dog runs deep early signs of domestication deep stacked to 33,000 thousand years ago when an unambiguously domesticated dogs yes. Your slides are not advancing. That is my fault. I apologize, let me catch this up here. </w:t>
        <w:br/>
      </w:r>
    </w:p>
    <w:p>
      <w:r>
        <w:rPr>
          <w:sz w:val="22"/>
        </w:rPr>
        <w:t xml:space="preserve">Well, let's go back one. We're right here. Ok. Sorry about that. Common archaeological record beginning 15.000 thousand years ago, the pairing makes for a striking case in coevolution. No other species has been so thoroughly integrated into human society such as dogs are our Sentinels, and our shepherds are hunting partners and even cancer detectors. And more importantly to those of us who've had dogs in our lives, they are our dearest friends. So what does the brachiocephalic phenotype mean? Brachiocephalic means short headed, but more accurately the skull can be categorized in three basic types, the brachiocephalic, the mesophilic, and the dolichocephalic. The overall body size of the dog does not determine the shape of the head and skull. </w:t>
        <w:br/>
      </w:r>
    </w:p>
    <w:p>
      <w:r>
        <w:rPr>
          <w:sz w:val="22"/>
        </w:rPr>
        <w:t xml:space="preserve">These breeds have been bred to have relatively short muzzles and noses and because of this. The throat and breathing passages are often undersized, flattened or oversized, leading to difficult obstructive breathing. Some cats have brachycephalic confirmation, such as British Shorthair Skelt, Kirk Rex a Burmese and the Persian varieties. As both dogs and cats share the brachycephalic head structure, both are predisposed to the same health concerns, but the purposes of this lecture. I will be referring mainly to dogs. Skull structure can be categorized in the three basic types brachycephalic, mesencephalic and Electro cephalic. </w:t>
        <w:br/>
      </w:r>
    </w:p>
    <w:p>
      <w:r>
        <w:rPr>
          <w:sz w:val="22"/>
        </w:rPr>
        <w:t xml:space="preserve">Remember, the overall body size does not determine the shape of the head and skull. Brachycephalic means to have a broad, round skull with flat face and short nose. Examples would be the pug, the Boston Terriers, the Bulldogs and the Pekinese. The mesophilic. Dog breeds possess skills of intermediate length and width. For example, the mesophilic breeds are beagles, goldens, Labrador Retrievers, and German Shepherds. To lick the syphilitic breaths are ones with extremely long skulls and slender noses. These breeds would include the Greyhound, collies, setters, Italian Greyhounds and Great Danes. </w:t>
        <w:br/>
      </w:r>
    </w:p>
    <w:p>
      <w:r>
        <w:rPr>
          <w:sz w:val="22"/>
        </w:rPr>
        <w:t xml:space="preserve">Notice the changes of the British Bulldog skull over the last 50 years. See the particularly extreme shortening of the nasal cavity. This image is provided by courtesy of the Natural History Museum. These are some of the cat examples. Here is a comprehensive list of the brackish phallic breeds that you may encounter in the salon the affen pincher, the American Pitbull Terrier, the American Staffordshire Terrier, the Boston Terrier, the boxer, the Brussels Griffon, the bulldog, the Bullmastiff, the Cavalier King Charles Spaniel. </w:t>
        <w:br/>
      </w:r>
    </w:p>
    <w:p>
      <w:r>
        <w:rPr>
          <w:sz w:val="22"/>
        </w:rPr>
        <w:t xml:space="preserve">The chow chow. The Dogo Argentino, the dog date, the Bordeaux, the English Mastiff. French Bulldog, Japanese Chin, King Charles Spaniel or English toy spaniel, Lassa Apso and Neapolitan Mastiff, Newfoundland. Pekinese the pug. The sharpei, the silky terrier, the Tibetan spaniel and the Yorkshire Terrier. Excuse me. Now let us talk about the specific mental or medical concerns that we contribute to a brachycephalic dogs stress response and how they're recognizable in the salon setting. </w:t>
        <w:br/>
      </w:r>
    </w:p>
    <w:p>
      <w:r>
        <w:rPr>
          <w:sz w:val="22"/>
        </w:rPr>
        <w:t xml:space="preserve">This is no way substitutes for veterinary treatment and is not meant to diagnose any condition. Instead it is so you can be more informed and feel comfortable handling any animals that may have been diagnosed with any of these conditions. While popular with the public, a growing body of evidence is accumulating to suggest that the brachycephalic breeds are strongly disc predisposed to a range of disorders intrinsically related to their typical confirmations. This includes the respiratory diseases, eye disease, difficulty reproducing and birthing, spinal disease, heat stroke and pneumonia. </w:t>
        <w:br/>
      </w:r>
    </w:p>
    <w:p>
      <w:r>
        <w:rPr>
          <w:sz w:val="22"/>
        </w:rPr>
        <w:t xml:space="preserve">Brachycephalic breeds are reported with significantly shorter lifespans with the median longevity being 8 6 years rather than moderate or non brachycephalic breeds with a median of 12 7 years, although many good breeders. And break clubs work closely together with veterinarians and other stakeholders to improve the current situation. Unfortunately, this is an increase due to increased demand. This has also led to an escalation in numbers of dogs produced by unscrupulous breeders or puppy farms with little to no concern for the dog's health or welfare. Many owners are in denial about the true condition of their dog's health. </w:t>
        <w:br/>
      </w:r>
    </w:p>
    <w:p>
      <w:r>
        <w:rPr>
          <w:sz w:val="22"/>
        </w:rPr>
        <w:t xml:space="preserve">For example, replies to a clinical questionnaire indicated that nearly 40 % of all brachycephalic dogs could be experiencing obstructive airway problems, but only 18 % of owners considered their pet to be having a breathing problem. This contradictory information is called the normalization. Phenomenon whereby owners of brachycephalic dogs may be consciously aware that a dog is struggling to breathe, but not consciously accept that this specific problem is related to their dog. Owners seem to be even less aware of their dogs potential sleeping problems, sleeping with a toy in their mouth or in a sitting position. </w:t>
        <w:br/>
      </w:r>
    </w:p>
    <w:p>
      <w:r>
        <w:rPr>
          <w:sz w:val="22"/>
        </w:rPr>
        <w:t xml:space="preserve">Our strategies the dog uses to keep its upper airway open. While this may be considered just a cute quirk, it really should be taken seriously. It is likely that many owners do not recognize sleep problems as a welfare issue and may instead interpret its signs of sleeper weighted airway impairment as benign or normal, the researchers wrote. Clinical signs due to upper respiratory disorders were noted in 22 % of dogs with extreme brachycephalic confirmation. Brachia substrate. Brachycephalic obstructive airway syndrome, or Boaz, is the most common health condition in brachycephalic dogs. </w:t>
        <w:br/>
      </w:r>
    </w:p>
    <w:p>
      <w:r>
        <w:rPr>
          <w:sz w:val="22"/>
        </w:rPr>
        <w:t xml:space="preserve">Boaz only occurs in dogs whose muzzle is comprised of less than half of their cranial length. Thicker neck girth and obesity also increase the risk of Boaz and sleep apnea in these dogs. Boaz is not a single health problem. But can manifest in many different forms, including labored breathing. Loud snoring. Inability to exercise for a sustained period. Tendency to suffer from heat stroke or heat exhaustion. Sleep disorders, cyanosis. And gastrointestinal issues? Brachycephalic dogs suffer from these conditions because of the shape of their head. </w:t>
        <w:br/>
      </w:r>
    </w:p>
    <w:p>
      <w:r>
        <w:rPr>
          <w:sz w:val="22"/>
        </w:rPr>
        <w:t xml:space="preserve">These dogs have an elongated soft palate which obstructs the windpipe which is a very narrow in bracky dogs cutting the air supply from the outside. In this video, notice the elongated palette obstructing the rate of air flow. This dog would have a very hard time regulating his temperature or even catching his breath after exercise. Excuse me, trying to get my slide to go forward. Come on. This is that same dog who has had a Boaz surgery to correct the elongated palate. Notice how much more air can get into his Airways. Far less labored breathing. All right. The elongated soft pallet is a condition where the soft palate is too long and the tip of it protrudes into the airway and interferes with the movement of air into the lungs. </w:t>
        <w:br/>
      </w:r>
    </w:p>
    <w:p>
      <w:r>
        <w:rPr>
          <w:sz w:val="22"/>
        </w:rPr>
        <w:t xml:space="preserve">The soft palate can also be thickened in nature, adding to the airway obstruction. Dogs with elongated soft palates generally have a history of noisy breathing, especially upon inspiration breathing inward. Some dogs will Wretch or gag, especially while swallowing. Exercise intolerance is common. Cyanosis or turning blue in the tongue and gums from lack of oxygen. And occasional collapse are common, especially following over activity, excitement, and excessive heat or humidity. It is estimated that up to 95 % of dogs are improved by surgery to correct Boaz symptoms. </w:t>
        <w:br/>
      </w:r>
    </w:p>
    <w:p>
      <w:r>
        <w:rPr>
          <w:sz w:val="22"/>
        </w:rPr>
        <w:t xml:space="preserve">Even dogs not so obviously affected by Boas require less effort to breathe after surgery, which improves their quality of life significantly. Again, in this image you can see the obstruction and then after surgery how much more open this is. Everted laryngeal saccules is a condition in which tissue within the airway, just in front of the vocal cords is pulled into the trachea or windpipe and partially obstructs the air flow. Upon inspiration. Some dogs with Boas have a narrow trachea or windpipe and collapse of the larnyx, the cartilage that opened and closed the upper airway, or paralysis of the laryngeal. </w:t>
        <w:br/>
      </w:r>
    </w:p>
    <w:p>
      <w:r>
        <w:rPr>
          <w:sz w:val="22"/>
        </w:rPr>
        <w:t xml:space="preserve">Cartilages is also possible. Pharyngeal noise. According to Cambridge University, this type of nose noise, termed a starter, is caused by an elongated or thickened self ballot. The tip of a normal length of soft palate should barely touch the epiglottis so that when the dog pants with an open mouth, the airway is fully open. However, when a soft palate is too long or extends into the airway, it restricts breathing when the dog pants. Extra effort is required to remove the soft palate out of the way in order for air to pass. When a dog breathes through its nose. </w:t>
        <w:br/>
      </w:r>
    </w:p>
    <w:p>
      <w:r>
        <w:rPr>
          <w:sz w:val="22"/>
        </w:rPr>
        <w:t xml:space="preserve">Increased negative pressure within the upper airway tract during inspiration can trigger a vibration of the soft palate, resulting in a sort of awake snorting sound. Laryngeal noise during inspiration, the cartilage structures are drawn into the tracheal opening. A type of noise is particularly common in pugs and it's called a starter. The noise produced is a high pitch noise similar to wheezing. Usually this type of noise indicates a narrowed or collapsed larynx. </w:t>
        <w:br/>
      </w:r>
    </w:p>
    <w:p>
      <w:r>
        <w:rPr>
          <w:sz w:val="22"/>
        </w:rPr>
        <w:t xml:space="preserve">Laryngeal collapse can be a temporary and dynamic event when this phenomena has happened. For an extended period of time, however, the cartilage structures lose their rigidity and the collapse may become permanent. Let's talk about the nasal cavity. Nasal pharyngeal noise. This type of noise indicates nasal obstruction, usually caused by stenotic nares, which is an abnormal growth of the nasal passages or corrupt collapse of the nasal faronics. </w:t>
        <w:br/>
      </w:r>
    </w:p>
    <w:p>
      <w:r>
        <w:rPr>
          <w:sz w:val="22"/>
        </w:rPr>
        <w:t xml:space="preserve">In some dogs, a deviated nasal septum may worsen the situation. Reverse thesing results from a narrowed nasal cavity and increases the negative pressure within the airway. Which causes soft tissue vibration and noise. This type of noise may be accompanied by nasal flaring where the muscles around the nose contract during nasal breathing. You may also hear simultaneous low pitched or high pitched noise. Excuse me choking. First, before we move on to choking, this is a cat who has had a surgery to widen the nasal passage so that he can breathe better because that poor little guy just happened knows. </w:t>
        <w:br/>
      </w:r>
    </w:p>
    <w:p>
      <w:r>
        <w:rPr>
          <w:sz w:val="22"/>
        </w:rPr>
        <w:t xml:space="preserve">This was just a cute little joke that I found. Excuse me? Joking is an emergency that requires immediate intervention. It is caused by an object blocking the airway preventing normal breathing. Signs the dog is choking is likely to be coughing, high pitched whine or whistle, pawing at their mouth or head and appearing panicked or maybe become unconscious. If the dog you are grooming is having any issues breathing, contact your owner and their veterinarian immediately. Never put a dog who's. Having a breathing issue into a drying kennel and never leave them unattended until their owner returns. </w:t>
        <w:br/>
      </w:r>
    </w:p>
    <w:p>
      <w:r>
        <w:rPr>
          <w:sz w:val="22"/>
        </w:rPr>
        <w:t xml:space="preserve">If you are not familiar with how to open an airway in an emergency, please look for a canine first aid class in your area. Unexpected emergencies arise fast and it is important to stay calm and canine CPR and first aid like human CPR and First aid, is an emergency life saving measure. I gotta go back. We'll go back to this one. Nasopharyngeal tube rinses are ridges of bone covered by tissue that help humidify the warmed air that is inhaled. </w:t>
        <w:br/>
      </w:r>
    </w:p>
    <w:p>
      <w:r>
        <w:rPr>
          <w:sz w:val="22"/>
        </w:rPr>
        <w:t xml:space="preserve">When these extend past the nose and into the pharynx behind the nose and mouth, they cause a veritable amount of air flow obstruction. Stenotic nares are malformed nostrils that are narrow and collapse inward during installation, making it difficult for a dog to breathe through its nose. This also makes it difficult for them to regulate their own body temperature effectively, and this can be lethal for dogs within hours. Brachycephalic dogs with upturned noses, such as the Boston Terrier, the English bulldog, the French Bulldog. Boxer, Mastiff, Connie, Corso, Pug or Laza Opso are particularly some sensitive to temperature variations, stress and illness, so not at nearest can be surgically corrected, allowing for improved air flow for the health of the dog. </w:t>
        <w:br/>
      </w:r>
    </w:p>
    <w:p>
      <w:r>
        <w:rPr>
          <w:sz w:val="22"/>
        </w:rPr>
        <w:t xml:space="preserve">These are some before and after surgery images. Look at the remarkable differences in these dogs. Ryan Ritis and sinusitis is commonly caused by virus, fungal infection, trauma, parasites, foreign bodies, tumors, or even possible root abscesses in the upper tooth extending further into the sinus cavity. Allergic rhinitis and sinusitis occurs seasonally and in association with pollen production and year round in association with household irritants. Such as dust and molds. We'll look at our cute little joke again. And we'll move on to the respiratory system. According to the Merck Veterinary Manual and the A CVS, the respiratory system consists of the large and small Airways and the lungs. </w:t>
        <w:br/>
      </w:r>
    </w:p>
    <w:p>
      <w:r>
        <w:rPr>
          <w:sz w:val="22"/>
        </w:rPr>
        <w:t xml:space="preserve">When a dog breathes air in through its nose or mouth, air travels down the trachea, which diverts into tubes known as the bronchi and then into smaller Airways known as the bronchioles. I in the lungs. The bronchioles I ended in small air sacs called the alveoli. Where the barrier between the air and the blood is a very thin membrane. The most important function of the respiratory system is to deliver oxygen into the blood which distributes throughout the body. </w:t>
        <w:br/>
      </w:r>
    </w:p>
    <w:p>
      <w:r>
        <w:rPr>
          <w:sz w:val="22"/>
        </w:rPr>
        <w:t xml:space="preserve">In brachycephalic breeds, this delivery system can be disrupted, resulting in a lower oxygen saturation in the blood level. The upper respiratory tract consists of the nose, the nasal sinuses, throat trachea or windpipe, while the lower respiratory tract consists of small Airways, the bronchioles and the bronchi and the alveolae, the small sacs in the lungs where oxygenation exchange occurs. Pneumonia in dogs has many potential causes, including infection, injury, irritation of the lungs such as diseases, viruses, secondary bacterial infections, and inflammation. However, brachycephalic dogs get pneumonia, they can experience a potentially deadly vicious cycle. Their increased need for oxygen causes them to breathe harder. </w:t>
        <w:br/>
      </w:r>
    </w:p>
    <w:p>
      <w:r>
        <w:rPr>
          <w:sz w:val="22"/>
        </w:rPr>
        <w:t xml:space="preserve">Which stresses their already weak Airways, causing them to breathe even harder. This progression eventually leads to veterinarians having to make the decision whether to mechanically breathe for the animal or not. Coughing, gagging, retching, regurgitation and vomiting are also frequently present and indicate a secondary or concurrent lower airway or gastrointestinal disease. Once again, if any animal you're working on is having any issues breathing, contact their owner and the veterinarian immediately. Do not leave a dog who's having a breathing problem unattended. Heat stroke. Dogs do not sweat the same way that humans do, and instead regulate their temperature largely through pancake. </w:t>
        <w:br/>
      </w:r>
    </w:p>
    <w:p>
      <w:r>
        <w:rPr>
          <w:sz w:val="22"/>
        </w:rPr>
        <w:t xml:space="preserve">Dogs with a traditionally longer muzzle cool themselves down quickly by drawing air over the large surface area of the tongue. But shorter nose dogs cannot do this effectively. Emily Hall, a lead researcher at the veterinary surgeon of Nottingham Trent University School of Animal, Rural and Environmental Sciences, said is in light. Excuse me said it is likely that brachycephalic dogs overheat to their intrinsically ineffective cooling mechanisms. Dogs pant to cool down, and without a nose, panting is simply less effective. </w:t>
        <w:br/>
      </w:r>
    </w:p>
    <w:p>
      <w:r>
        <w:rPr>
          <w:sz w:val="22"/>
        </w:rPr>
        <w:t xml:space="preserve">In fact brachycephalic. Drugs may even generate more heat simply by gasping to breathe than they lose by panting. One study found that Bulldogs were 14 times more likely to develop heatstroke than labs, while French Bulldogs were found to be 6 times more likely than pugs, which were twice more likely to develop their condition in general. Flat faced dogs were twice as likely to suffer heatstroke in general. Excuse me, I. Right that wrong. Clinical signs are panting excessively or continuously. Flaps or not subsequently attributed to the any other cause, such as heart failure or addisons. Stiffness, lethargy, or reluctance to move? Gastrointestinal disturbance, including hypersalivation, vomiting or diarrhea. </w:t>
        <w:br/>
      </w:r>
    </w:p>
    <w:p>
      <w:r>
        <w:rPr>
          <w:sz w:val="22"/>
        </w:rPr>
        <w:t xml:space="preserve">Neurological dysfunctions, including ataxia, seizures, or coma. Hematological disturbances, including petechiae or purpura and death exercise. Owners also need to be aware that weight control is extremely important for brachycephalic dogs, as extra weight can make their breathing problems much worse. But exercise intolerance poses a significant challenge for weight management. The compromised Airways of brachycephalic dogs severely affect their ability to engage in normal behaviors. Excuse me. This includes opportunities for socialization and stimulating experiences outdoors. One study found that brachycephalic dogs were unable to walk for more than 10 minutes on a 66 degree average day. Brachycephalic breeds are generally unsuited for swimming and, because of the possibility of getting water in their noses, leaves them at higher risk for drowning. </w:t>
        <w:br/>
      </w:r>
    </w:p>
    <w:p>
      <w:r>
        <w:rPr>
          <w:sz w:val="22"/>
        </w:rPr>
        <w:t xml:space="preserve">Additionally, dogs with large barrel shaped chests struggled to stay afloat, as do dogs with longer bodies and short legs. But it was the right training, proper gear and 100 % supervision. These dogs can enjoy some time in the water apologize. Ok, let's throw. Traditional collars can harm a dog's neck if not properly fitted. If a dog pulls too hard on a leash or if an owner uses the collar to pull the dogs around, repeated stress on the neck can lead to long-term medical issues, including triggering a collapsing trachea event, damage to the thyroid gland, nerves, salivary glands, soft tissues around the neck and increased pressure in the eyes. </w:t>
        <w:br/>
      </w:r>
    </w:p>
    <w:p>
      <w:r>
        <w:rPr>
          <w:sz w:val="22"/>
        </w:rPr>
        <w:t xml:space="preserve">One of the most significant steps you can take to protect your brachycephalic dog is to use a breathable harness instead of a neck collar. A caller only adds strain to an already compromised airway. A flat face breeds in the salon. We want to use alternative devices such as the trach saver or even the one that attaches to the arc to the heart, but anything that takes pressure off of the neck airway you can do a Figure 8 harness. There are several canvas harnesses that are usable. </w:t>
        <w:br/>
      </w:r>
    </w:p>
    <w:p>
      <w:r>
        <w:rPr>
          <w:sz w:val="22"/>
        </w:rPr>
        <w:t xml:space="preserve">Anything to keep that constant pressure off the neck. Excuse me? The trachea is that tube that runs from just under the larynx to the bronchi and let's air in and out of the lungs. Trachea hypoplasia is a congenital abnormality, whereas the cartilage rings that make up the trachea or windpipe fuse or overlap, causing the dog's airway to be narrowed. This occurs most often in English Bulldogs, pugs, and Boston Terriers. Tracheal collapse is a chronic condition involving the trachea, also called the windpipe and the lower airway, as the dog becomes more excited. The increased pressure resistance and the airway obstruction leads to increased inflammation, swelling, and edema. Tracheal collapse is one form of tracheal obstruction. </w:t>
        <w:br/>
      </w:r>
    </w:p>
    <w:p>
      <w:r>
        <w:rPr>
          <w:sz w:val="22"/>
        </w:rPr>
        <w:t xml:space="preserve">It is classically described as a goose honking cough. Many dogs with tracheal collapse fit this description, but many others may wheeze or hack and have no cough at all. The disease is progressive, meaning it gets worse overtime. Although tracheal collapse is irreversible, surgical intervention relieves many of the signs and symptoms of tracheal obstruction that doesn't end, but it does not cure the disease for us in the salon, making sure to utilize jewels that decrease the risk of tracheal collapse, such as the harnesses I mentioned before and techniques to avoid spraying water. And air directly into an animal's face are a must. Until axial instability is an abnormal movement of the neck between the Atlas and the which is the first cervical vertebrae and they access the second vertebrae. </w:t>
        <w:br/>
      </w:r>
    </w:p>
    <w:p>
      <w:r>
        <w:rPr>
          <w:sz w:val="22"/>
        </w:rPr>
        <w:t xml:space="preserve">This instability allows for an abnormal bending between the two bones which causes a traumatic instability. Excuse me, this form of instability can occur in any breed at any age, but certain birth defects can predispose this instability to occur. This condition is mainly seen in small breeds such as the Yorkshire Terrier, the Chihuahua, the miniature or Toy Poodle, Pomeranians and Pekinese, but can happen with any amount of small trauma like jumping off a couch or being jumped on by a larger dark. </w:t>
        <w:br/>
      </w:r>
    </w:p>
    <w:p>
      <w:r>
        <w:rPr>
          <w:sz w:val="22"/>
        </w:rPr>
        <w:t xml:space="preserve">And then we have. This is an X-ray image of my own dog, Cody and his collapsing trachea. Notice the slight wave or bend in the tubing near his lungs. This is where his collapse most likely happens. This is a video demonstrating breathing problems in sleeping Boaz dogs. Notice the noises and the difficulty breathing. Alright, on to the eyes. Excuse me? While much attention so far has been focused on the breathing problems of these dogs, brachycephalic head structure comes with other inherent problems as well. Let's talk about the eye structure in brachycephalic breeds. The orbital structure and space forces their eyes into a position that increases the risk of injury and illness. </w:t>
        <w:br/>
      </w:r>
    </w:p>
    <w:p>
      <w:r>
        <w:rPr>
          <w:sz w:val="22"/>
        </w:rPr>
        <w:t xml:space="preserve">Corneal ulcers are so frequently diagnosed in brachiocephalic. Breathe the these breaths are three to four times more likely than non brachycephalic breeds to injure their corneas. Keeping a close eye on the eyes while you're grooming is the first step to catching any small issues before they become a big problem. Many brachycephalic dogs have imperfect eyelid anatomy, as their eyelid open is excessively wide and their eyelids sometimes. </w:t>
        <w:br/>
      </w:r>
    </w:p>
    <w:p>
      <w:r>
        <w:rPr>
          <w:sz w:val="22"/>
        </w:rPr>
        <w:t xml:space="preserve">Turn inward, which is called entropian or outward called ectropion. This can lead to further drying of the cornea or damage due to the contact with eyelashes. Frequently they cannot. Produce enough tears to protect the ocular surface. The term brachycephalic ocular syndrome, or BBOS, is used to describe eye problems associated with this confirmation. The percentage of ocular disorders is so high that a 2017 study found that nearly 100 % of eye injuries or illnesses have brachycephalic dogs at some point in their lifetime. </w:t>
        <w:br/>
      </w:r>
    </w:p>
    <w:p>
      <w:r>
        <w:rPr>
          <w:sz w:val="22"/>
        </w:rPr>
        <w:t xml:space="preserve">Highlighting the importance of regular ophthalmological checkups and early diagnosis of these disorders. The inability to effectively blink predisposes the eyes to chronic exposure, which can result in a wide variety of problems, including but not limited to. Corneal ulcerations or erosions? Vascular keratitis. Pigmentary keratitis. Corneal fibrosis. Any of these problems may subsequently affect the cornea clarity and can result in pain or in decreased vision. Ectropion is the abnormality of the eyelids in which the eyelid rolls inwards. This inward rolling causes hair on the surface of the island to rub against the cornea, resulting in pain. </w:t>
        <w:br/>
      </w:r>
    </w:p>
    <w:p>
      <w:r>
        <w:rPr>
          <w:sz w:val="22"/>
        </w:rPr>
        <w:t xml:space="preserve">Corneal ulcers, perforations and pigment developed in the cornea can interfere with vision. Extropian is the abnormality of the eyelids rolling outwards. This causes the lower eyelids to appear droopy. Ectropion exposes the delicate eye tissues that cover the eyeball, it causing dryness of the tissues and pain. Surgical intervention is needed to correct both of these conditions. The word carrato refers to the cornea, the clear covering of the eye, and itis is Greek for inflammation. Pigmentary keratitis refers to a painful brownish black discoloration of the surface of the eye caused by. </w:t>
        <w:br/>
      </w:r>
    </w:p>
    <w:p>
      <w:r>
        <w:rPr>
          <w:sz w:val="22"/>
        </w:rPr>
        <w:t xml:space="preserve">I'm sorry, I lost my. Surface of the eye caused by this disposition of pigments and melanin granules. Pigmentary character keratitis is most commonly seen in pugs, boxers, Bulldogs, and French Bulldogs. Dry eye. Or keratoconjunctivitis Seca. It's commonly seen in pugs and these problems sometimes, but not always, occur together. Some pugs don't produce enough tears to keep their eyes moist and have a keratoconjunctivitis sika. </w:t>
        <w:br/>
      </w:r>
    </w:p>
    <w:p>
      <w:r>
        <w:rPr>
          <w:sz w:val="22"/>
        </w:rPr>
        <w:t xml:space="preserve">While others have excessive mucus and redness where the dog may show signs of blindness, there are medications available that will stimulate the tear glands to produce more tears and flush out the mucus no matter the diagnosis. Both of these problems were require lifelong therapies. Conjunctivitis is the infection of the outer part of the eye caused by allergies, diseases or debris. The eye may appear inflamed or have discharged, maybe squinting or excessively blinking. Abrasion burns or ulcerations in animals with bulging eyes or pets with except excessive drooping eyelids, such as the sheep Tzu, pug, Chihuahua, Basset Hound and Cocker spaniel, are at higher risk of injury to their eye and eyelid area. </w:t>
        <w:br/>
      </w:r>
    </w:p>
    <w:p>
      <w:r>
        <w:rPr>
          <w:sz w:val="22"/>
        </w:rPr>
        <w:t xml:space="preserve">Alkaline burns are most common in dogs are more common in dogs than acid burns. The sources of the alkali are soap, cement, and mortar dust from household renovations. I'm sorry, I have something in my own eye. Common signs of chemical burns are ocular pain, corneal oscillations, and corneal edema. Cherry Eye is when the eyelid slips out of place and swells, leaving the skin out of its natural position. The risk of injury to an exposed island by contact with grooming glue equipment or products increased. </w:t>
        <w:br/>
      </w:r>
    </w:p>
    <w:p>
      <w:r>
        <w:rPr>
          <w:sz w:val="22"/>
        </w:rPr>
        <w:t xml:space="preserve">There's also a risk of rupture to the exposed tissue. Lago Falmea refers to the impaired ability to completely close the eyelids, a common condition in brachycephalic breeds due to the shallow eye orbit and poor lid closure. Therefore, in these breeds, minimal trauma may cause prolapse, which is the eye coming out of the socket. However, frequently there will be no additional injuries to the Irish skull or body. Painful drawing of the eye from a prolapse and the slow healing sores of the cornea are common problems with this condition. </w:t>
        <w:br/>
      </w:r>
    </w:p>
    <w:p>
      <w:r>
        <w:rPr>
          <w:sz w:val="22"/>
        </w:rPr>
        <w:t xml:space="preserve">Primary glaucoma is an increase of intraocular pressure. Some breeds have an inherited anatomical abnormality in the drainage angle of their eye. Glaucoma is a painful condition that may increase effects. Likelihood to bite. Secondary lacoma results in increased intraocular pressure due to disease or injury of the eye. Glaucoma causes watery discharge, swelling, bulging of the eye, lethargy and loss of appetite. If you think something is irritating the eye, flushing may help relieve any discomfort and prevent further injury to the eye flushing should be done several times with a properly formulated eyewash for dogs to clear out any irritants or debris. </w:t>
        <w:br/>
      </w:r>
    </w:p>
    <w:p>
      <w:r>
        <w:rPr>
          <w:sz w:val="22"/>
        </w:rPr>
        <w:t xml:space="preserve">If irritation continues, contact the owner and their veterinarian. If any dog shows any signs of pain, injury, or illness, always inform their owner or their veterinarian. It is also important to keep detailed records and remember any dog whose eyes. Or causing any dog whose eyes are causing him pain may cause extra anxiety and they may be prone to bite. Alrighty, the ears Brachiocephalic confirmation has significantly narrowed ear canals, which promote the progression of chronic or reoccurring ear canal infections. Middle ear disease is associated with the high prevalence of middle ear effusion fluid in the middle ear. </w:t>
        <w:br/>
      </w:r>
    </w:p>
    <w:p>
      <w:r>
        <w:rPr>
          <w:sz w:val="22"/>
        </w:rPr>
        <w:t xml:space="preserve">Both of which may lead to neurological signs. These problems are common in brachycephalic breeds, chronic and usually associated with significant discomfort. Often this condition may lead to may not be detected early enough to prevent further progression. Ear related infection or injuries are commonly seen in the salon. Paying special attention not to irritate or cause further injury to an ear is important. It is also likely that a pet may scratch, shake or chew on an ear that is infected or inflamed. </w:t>
        <w:br/>
      </w:r>
    </w:p>
    <w:p>
      <w:r>
        <w:rPr>
          <w:sz w:val="22"/>
        </w:rPr>
        <w:t xml:space="preserve">The most common disorder of the dog's ears is called Otis Interna. This is often caused by different factors such as parasites, foreign objects and allergies, and may appear to directly cause inflammation, while others, such as certain bacteria, yeast or middle ear infections perpetuate the condition. The ear may be painful, itchy, swollen, red, scaly or have discharge. It is estimated that 20 % of dogs have some form of ear disease at any one time. Otitis media and internal refers to infections of the middle and inner ear. </w:t>
        <w:br/>
      </w:r>
    </w:p>
    <w:p>
      <w:r>
        <w:rPr>
          <w:sz w:val="22"/>
        </w:rPr>
        <w:t xml:space="preserve">These injections will often result from the spread of infection of the external ear. Otitis media and interna can be very serious and result in deafness, facial paralysis and vestibular signs. Middle ear effusion. Is characterized by the presence of fluid in the lymphatic tympanic bullae. It's most commonly seen in Cavalier King Charles Spaniels, but occurs in many other brachycephalic breeds. The presentation of middle ear effusion includes head and neck pain, impaired hearing. Facial paralysis, vestibular signs, head tilt and itching. </w:t>
        <w:br/>
      </w:r>
    </w:p>
    <w:p>
      <w:r>
        <w:rPr>
          <w:sz w:val="22"/>
        </w:rPr>
        <w:t xml:space="preserve">A ruptured eardrum, the tympanic membrane or eardrum, is a thin membrane that separates the outer ear canal from the middle and inner ear. Rupture can result from trauma, infection, exposure to toxins, very loud noises, and foreign objects. Most cases of ruptured eardrum and middle ear infection will be identified by a veterinarian. Signs that a dog has a ruptured eardrum or middle ear infection include discharge, sudden hearing loss, red and inflamed ear canals pain. Head tilt or incoordination and darting of the eyes back and forth called Mastagni bus. </w:t>
        <w:br/>
      </w:r>
    </w:p>
    <w:p>
      <w:r>
        <w:rPr>
          <w:sz w:val="22"/>
        </w:rPr>
        <w:t xml:space="preserve">In rare cases, facial nerve paralysis causing the drooping of one side of the face and mouth and the inability to blink or completely close an eyelid may occur. You're plucking is the manual removal of hair from inside the ear canal. Dogs with chronic ear infections may benefit from plucking to increase air circulation and make medication easier to apply and be more effective. However, if a dog does not suffer from reoccurring urine infection, there is no medical reason to pluck the hair. Do not allow hair ear hair to mate or block the ear opening block. Ear canals also prevent the natural shedding of wax and hair. The debris accumulates in the canals and within the middle ear, adding to the inflammation and pain. </w:t>
        <w:br/>
      </w:r>
    </w:p>
    <w:p>
      <w:r>
        <w:rPr>
          <w:sz w:val="22"/>
        </w:rPr>
        <w:t xml:space="preserve">An ear hematoma is a localized mass of blood that is confined within the pinna or ear flap tissue commonly associated with trauma from scratching or shaking the ears, bite wounds, or the removal of tightly matted hair. Dogs with long natural ears are at greater risk for developing ear hematomas. Other sites or ear mites aren't erected. They're the same family as spiders and ticks. Dogs with ear mites may have dark, reddish, crumbly brown discharge composed of dried blood that would resemble coffee grounds in open wounds, inflammation or infection. </w:t>
        <w:br/>
      </w:r>
    </w:p>
    <w:p>
      <w:r>
        <w:rPr>
          <w:sz w:val="22"/>
        </w:rPr>
        <w:t xml:space="preserve">If you think that a dog may have an ear infection and it needs veterinary care, it is important to that's a bad see the ear dirty. This helps that accurately diagnose the type of infection and prescribe the turret correct treatment. So if you see signs of pain, drainage, infection, contact the owner and their veterinarian to be sure, and be sure to document your findings. Oral problems. The shape of an animal skull influences the shape of his jaws, where the jaw is shortened. As in the case of brachycephalic animals, the teeth have less room in which to grow. </w:t>
        <w:br/>
      </w:r>
    </w:p>
    <w:p>
      <w:r>
        <w:rPr>
          <w:sz w:val="22"/>
        </w:rPr>
        <w:t xml:space="preserve">But brachycephalic animals have the same number of teeth as non brachycephalic room breaths, but with less room. So these teeth tend to be crowded. They can stick out an odd directions and make it difficult for an animal to chew. And in contrast to a functional and desirable design of the jaw, the maxilla of the brachycephalic dog is too short compared to the mandible. The upper incisors are entrematic contact with the floor of the mouth and the lower canine teeth, and this causes pain. </w:t>
        <w:br/>
      </w:r>
    </w:p>
    <w:p>
      <w:r>
        <w:rPr>
          <w:sz w:val="22"/>
        </w:rPr>
        <w:t xml:space="preserve">The maxillary premolars are so crowded that there may be little to no room but to no gums between the teeth. An insignificant bone to support the teeth, causing them to be rotated up to 90 degrees or more. The result is that the animal effectively bites itself every time it closes its mouth. There is also severe bunching up of the platial rugae, which are the ridges at the top of the mouth. The entrapment of hair, food and bacteria will lead to chronic, painful ulcers and lesions on the surface of hidden from view. The truncated Josh shape and characteristic underbite give brachycephalic breeds a comical and iconic appearance. </w:t>
        <w:br/>
      </w:r>
    </w:p>
    <w:p>
      <w:r>
        <w:rPr>
          <w:sz w:val="22"/>
        </w:rPr>
        <w:t xml:space="preserve">However, the crowded, disorganized teeth leave pet owners with little to laugh about. Some of the dental and oral disorders associated with brachycephalic ISM can be mitigated by proactive surgery and selective extraction of teeth, but many animals do not get the benefit of these procedures and so live with chronic dental pain and infection. It is important to check a dog's mouth for signs of failing health. Damaged teeth, inflamed gums, abscesses, or. Growth, dental problems and tooth extractions are most common in brachycephalic breeds. </w:t>
        <w:br/>
      </w:r>
    </w:p>
    <w:p>
      <w:r>
        <w:rPr>
          <w:sz w:val="22"/>
        </w:rPr>
        <w:t xml:space="preserve">Oral problems, if left untreated, can cause bleeding, infection and lead to organ damage. It is important to spot potential issues fast. Most of these conditions may be painful and could affect the dog's behavior. Malocclusion is the medical term used to describe the misalignment of teeth between the upper maxillary and lower mandibular dental arches. Though any dog or cat may suffer from dental malocclusion, it is considered quite common in the brachycephalic breeds. </w:t>
        <w:br/>
      </w:r>
    </w:p>
    <w:p>
      <w:r>
        <w:rPr>
          <w:sz w:val="22"/>
        </w:rPr>
        <w:t xml:space="preserve">The presentation of misaligned teeth can be painful and, depending on the severity of malocclusion, trauma to the lips. Place and gums may occur. Like humans, dogs have two sets of teeth in their life, the deciduous teeth, also known as the puppy teeth, and the permanent teeth, also known as adult teeth. Reception of deciduous teeth usually occurs because something went wrong in the process of root reabsorption. This condition happens most frequently in small dogs who have the brachycephalic head structure. </w:t>
        <w:br/>
      </w:r>
    </w:p>
    <w:p>
      <w:r>
        <w:rPr>
          <w:sz w:val="22"/>
        </w:rPr>
        <w:t xml:space="preserve">With this happens, the baby tooth occupies the place in the mouth that is meant for the adult tooth or permanent tooth, forcing the permanent tooth to erupt in an Admiral angle and in an abnormal position. The result is crowding or malocclusion of the teeth, making it difficult for the pet to eat, have abscesses or pain, and can interfere with the development of the jawbones. It is a genetic condition where one in four puppies will show clinical signs and pass on the gene, two and four puppies will not show signs but will pass on the gene, and one in four will not have signs and not to pass on the gene. </w:t>
        <w:br/>
      </w:r>
    </w:p>
    <w:p>
      <w:r>
        <w:rPr>
          <w:sz w:val="22"/>
        </w:rPr>
        <w:t xml:space="preserve">Periodontal disease including gingivitis and periodontitis are the most common oral problems in small animals. Gingivitis and gingival inflammatory response or inflamed gums to the presence of bacterial plaque on the adjacent 2 surfaces. Periodontitis is the inflammation of the periodontal. It results in the combination of bacterial periodontal pathogens. And the host immune response that together destroyed the two supporting systems. Signs vary wildly and are based on cause, but halitosis and drooling are common. Saliva maybe blood tinged. The dog may pallets mouth and show signs of pain. Lymph nodes may also be swollen. Pale gums in dogs can be a sign of several different serious health conditions. Anything that causes pale gums and dogs should be considered an emergency, and you should contact the owner and their veterinarian immediately. </w:t>
        <w:br/>
      </w:r>
    </w:p>
    <w:p>
      <w:r>
        <w:rPr>
          <w:sz w:val="22"/>
        </w:rPr>
        <w:t xml:space="preserve">Presentation of abnormal or pale gums can be a sign of anemia, blood loss, shock, or kidney disease. If it is safe to do so, lift the upper lip to observe the color of the gums just above the canine teeth. Press firmly on the dog's gums with your finger and then release to see how long it takes the gums to return to their normal color, which should happen in one to two seconds. If you are unable to check the gums, examine the eyes instead by pulling gently down on the island looking at the color of the tissue. </w:t>
        <w:br/>
      </w:r>
    </w:p>
    <w:p>
      <w:r>
        <w:rPr>
          <w:sz w:val="22"/>
        </w:rPr>
        <w:t xml:space="preserve">If you notice any abnormalities, contact the owner and a veterinarian as soon as possible. Glossitis is it acute or chronic inflammation of the tongue and may be due to infection. Physical irritation and excess calculus and periodontal disease or foreign bodies that penetrate or become lodged under the tongue. Chemical agents, metabolic disease and other causes such as burns and insect stings. What causes drooling and a reluctance to eat? But these may go undiscovered unless the mouth is carefully examined. A cleft palate is a birth defect that most commonly occurs in brachycephalic breeds and happens when the tissue separating the mouth and nose do not grow together properly. </w:t>
        <w:br/>
      </w:r>
    </w:p>
    <w:p>
      <w:r>
        <w:rPr>
          <w:sz w:val="22"/>
        </w:rPr>
        <w:t xml:space="preserve">The teeth and gums. Maybe showing one correctly, one incorrectly shaped nostril, sneeze and snort of food and saliva will pass through the nose, cough and gag when they drink water. And have trouble breathing or excessive fluid and infection in their noses. If any dog you're grooming is having any issues breathing or you have any dental concerns, contact the owner and their veterinarian immediately. Never put a dog who's having a breathing issue into a drying kennel and never leave them unattended until their owner returns. Brachycephalic airway syndrome may predispose animals to gastrointestinal reflux disease, or gerd because of the negative in thoratic pressures required to overcome the confirmational partial upright obstruction. </w:t>
        <w:br/>
      </w:r>
    </w:p>
    <w:p>
      <w:r>
        <w:rPr>
          <w:sz w:val="22"/>
        </w:rPr>
        <w:t xml:space="preserve">Hiatal herniation is very common condition in brachycephalic breeds. Hiatal herniation is defined by the stomach intermittently prolapsing or herniating up into the esophagus and this can cause significant acid reflux and inflammation of the esophagus and regurgitation. Diagnosing GERD is based on a history and observation of symptoms. Unfortunately, Gerd is poorly understood in veterinary medicine, but more studies are being done on the surgical relief options for these animals. Endoscopic examination is the most sensitive method to diagnose esophagitis, although reliable diagnostic endoscopic criteria and grading for severity have not been established. Small animals, no descriptive, descriptive endoscopic work larger than case reports has been published on canine or feline esophagitis. Pyloric stenosis, also known as pyloric hypertrophy hypertrophy, is a disorder that affects the stomach. </w:t>
        <w:br/>
      </w:r>
    </w:p>
    <w:p>
      <w:r>
        <w:rPr>
          <w:sz w:val="22"/>
        </w:rPr>
        <w:t xml:space="preserve">It's caused when the muscle at the outlet of the stomach or the pylorus becomes too thick. Which causes a delay in emptying the food from the stomach. Signs in an animal may have this condition include vomiting and regurgitation. Congenital pyloric stenosis occurs at birth, while acquired pyloric stenosis occurs later in life and usually due to a secondary disease process. Now let's talk about the skeletal system. Now let's talk about spinal conditions that are comic in the brachycephalic breeds. </w:t>
        <w:br/>
      </w:r>
    </w:p>
    <w:p>
      <w:r>
        <w:rPr>
          <w:sz w:val="22"/>
        </w:rPr>
        <w:t xml:space="preserve">Some brachycephalic dogs, specifically those with coiled, very short or absent tails, are at increased risk of admirably shaped vertebrae that do not align correctly, which may lead to deformity of the spine, including curvature. And twisting. Known as scoliosis or incomplete or even absent joint process between 2 adjacent vertebrae. This can lead to instability of the spinal column in which some dogs may have nerve pain from becoming squashed or damaged. Signs of spinal cord disease as a result of spinal deformity can include pain. </w:t>
        <w:br/>
      </w:r>
    </w:p>
    <w:p>
      <w:r>
        <w:rPr>
          <w:sz w:val="22"/>
        </w:rPr>
        <w:t xml:space="preserve">Wobbliness weakness is the back legs walking differently, signs of muscle wastage and abnormally shaped back and then some dogs this may have a rapid onset, while in others this condition may appear gradually. Contest strophic what is a Condor strophic breed? Contradictory is the abnormal development of cartilage. It causes the long bones of the body to grow at an abnormal rate, resulting in short legs and a long body look. </w:t>
        <w:br/>
      </w:r>
    </w:p>
    <w:p>
      <w:r>
        <w:rPr>
          <w:sz w:val="22"/>
        </w:rPr>
        <w:t xml:space="preserve">Classic examples include the dachshund, the Basset Hound, the corgi, the English Bulldog, and many others. Encounter dystrophic dogs. One of the bones in the forelimb, the olna, grows in an admirable direction. This causes the other bones, the radius to grow in a curved manner instead of straight. This can occur in any limb. It results in toes pointing outward to the side duck tote or pointing inward towards the body pigeon toed. Another trait of Condor Dystrophic Breeze is the misalignment of elbow bones. </w:t>
        <w:br/>
      </w:r>
    </w:p>
    <w:p>
      <w:r>
        <w:rPr>
          <w:sz w:val="22"/>
        </w:rPr>
        <w:t xml:space="preserve">The bones of the elbow are meant to click into place like puzzle pieces. This does not happen in these dogs. Many dogs with this deformity move around well and without pain, but some limited deformities lead to increased stress on nearby joints, resulting in joint instability, partial dislocation of bones or subluxation pain, reduced range of motion and lameness. Overtime, these joints are more likely to develop arthritis due to the Brachiocephalic and Condor Destrophy body. Confirmation breeds such as the French Bulldog, English Bulldog, Shih Tzu, Lasa, Apso and Pekinese are at further risk divertible malformations. </w:t>
        <w:br/>
      </w:r>
    </w:p>
    <w:p>
      <w:r>
        <w:rPr>
          <w:sz w:val="22"/>
        </w:rPr>
        <w:t xml:space="preserve">When handling these animals at the salon, we should be mindful of their natural range of motion and increased risk of arthritis. And potential subluxation of the joints. Remember, any dog showing any signs of pain or stress is more likely to bite. Intervertebral discs are like sponges that cushion and sit between the bones in a dog's spinal column. They provide flexibility and allow mobility of the spine during everyday movement. The cushion in the space between the bones of the spine may have conditions and forces that make them swell or rupture. Over time, this rupture leads to two different types of damage to the spinal cord. </w:t>
        <w:br/>
      </w:r>
    </w:p>
    <w:p>
      <w:r>
        <w:rPr>
          <w:sz w:val="22"/>
        </w:rPr>
        <w:t xml:space="preserve">Compression and concussion. The extent of damage to the nerve cells and loss is determined by the type of force, the degree of force, and the length of time that force was applied. Relatively minor spinal cord damage can lead to loss of coordination and in drunken sailor type of walk. This damage is. Leads to loss of walking and inability to move the legs voluntarily. Severe damage can lead to entire loss of pain sensation. In some dogs, signs may progress over time and may lead to paralysis of the back legs and incontinence, the inability to control passing of urine or feces. Other dogs may show no progression and may live with a relatively stable sign once they have stopped growing. </w:t>
        <w:br/>
      </w:r>
    </w:p>
    <w:p>
      <w:r>
        <w:rPr>
          <w:sz w:val="22"/>
        </w:rPr>
        <w:t xml:space="preserve">Condo dystrophic dog breeds account for most all of disc ruptures in dogs, with the dachshund accounting for 45 to 70 % of all cases. In these dogs. The average onset of clinical signs is between three and six years of age. Three years of age we start to see these signs, although X-rays can show in the presence of disc calcification by the age of two. The Patella or kneecap is the bone that sits in the tendon of the quadricep muscle. </w:t>
        <w:br/>
      </w:r>
    </w:p>
    <w:p>
      <w:r>
        <w:rPr>
          <w:sz w:val="22"/>
        </w:rPr>
        <w:t xml:space="preserve">This muscle group is responsible for extending the stifle or knee joint, and for this to occur appropriately, the tendon must remain in front of the femur. This is achieved by the Patella tracking up and down in the groove in front of the femur or the trochlea helping direct this tendon. Is this associated action across the stifle joint? A luxating Patella is a painful condition where the kneecap slips out of position. It is common in smaller breeds, but can occur in large breeds of dogs and cats as well. Many owners may not even realize the need is being painful for their dogs. So if you do spot this in the salon, report your concerns to the owner and their veterinarian and document your findings. </w:t>
        <w:br/>
      </w:r>
    </w:p>
    <w:p>
      <w:r>
        <w:rPr>
          <w:sz w:val="22"/>
        </w:rPr>
        <w:t xml:space="preserve">Osteoarthritis or OA is the most common form of arthritis in dogs, effects affecting approximately a quarter of the population. It is a chronic joint disease characterized by loss of joint cartilage, thickening of the joint capsule and new bone formation around the joint called Osteophyte osteophytosis, and ultimately leading to stiffness, pain and limb dysfunction. If any dog is exhibiting any signs of pain, be careful to watch for signs of stress and aggression. Caution and care are needed here. The tail and ingrown tail, Corkscrew tail or screw tail is the anatomical malformation found in English Bulldogs, French Bulldogs, pugs, Boston Terriers. This condition can partially obstruct the anus, which may lead to a buildup of feces and anal gland fluid pressed against the skin, potentially causing a painful irritation to the skin or infection. </w:t>
        <w:br/>
      </w:r>
    </w:p>
    <w:p>
      <w:r>
        <w:rPr>
          <w:sz w:val="22"/>
        </w:rPr>
        <w:t xml:space="preserve">This can be difficult to manage medically, and many dogs will require surgery to remove the end of the tail and the infected skin folds in order to end the cycle of infections. Brachycephalic breeds suffer from an inverted tail. Tend to wiggle their bottoms against the floor due to infections and itchiness. You may have seen videos online showing this and people think it's funny or cute, but it's actually caused by pain and discomfort. Before and after tail surgery on a bulldog. This is the a drawing and the X-ray of this actual procedure. </w:t>
        <w:br/>
      </w:r>
    </w:p>
    <w:p>
      <w:r>
        <w:rPr>
          <w:sz w:val="22"/>
        </w:rPr>
        <w:t xml:space="preserve">You can see that they have removed that whole corkscrewed open that up and those skin folds that were staying infected. This is his before and after surgery. The heart. Public stenosis murmur is a congenital heart defect where portions of the valve are thickened and or partially fused together. Sometimes the supporting structure is also narrow. Dogs that have this congenital defect have a wide variety of stenosis, including very mild to severe obstruction to blood flow from the heart to the lungs. The brachiocephalic phenotype is the primary factor when these dogs present with secondary heart disease such as adjustive heart failure. </w:t>
        <w:br/>
      </w:r>
    </w:p>
    <w:p>
      <w:r>
        <w:rPr>
          <w:sz w:val="22"/>
        </w:rPr>
        <w:t xml:space="preserve">Their lungs receive less than optimal amounts of oxygen, making blood oxygen. Sorry, I lost my picture. Making it hard to oxidate their blood. Excuse me? Seizures are set uncontrolled electrical disturbance in the brain and are one of the most frequently reported neurological conditions in dogs. There are many causes of seizures and the most common cause is idiopathic epilepsy, which can be an inherited disorder, but the term idiopathic means a disease of unknown cause. Other causes include liver disease, kidney failure, brain tumors. Great trauma and toxins do not put your finger or any object in the mouth of a dog who is having a seizure. </w:t>
        <w:br/>
      </w:r>
    </w:p>
    <w:p>
      <w:r>
        <w:rPr>
          <w:sz w:val="22"/>
        </w:rPr>
        <w:t xml:space="preserve">You run a very high risk of being bitten or injured if you do so. When a dog is having a seizure, it is important for you to keep the dog from falling or hurting itself. Placing them on a clear area of floor is a good option. The animal may be confused or agitated when they come back around. So caution and care are needed. Seizures consists of three components, the pre ictal phase, also called an aura. This is where this period precedes the seizure and the dog may send something is about to occur. </w:t>
        <w:br/>
      </w:r>
    </w:p>
    <w:p>
      <w:r>
        <w:rPr>
          <w:sz w:val="22"/>
        </w:rPr>
        <w:t xml:space="preserve">The ictal phase is the active portion of the seizure. Dogs may experience a grand mall or full blown seizures. Loss of consciousness and all the muscles in the body moves fantastically, erratically and the head can be drawn backward. Urination, defecation and salivation may also occur during the post IT dual phase. This is the period after the seizure has ended. There may be confusion, disorientation, restlessness, panic. And even blindness. What to do in the event of a seizure? Keep calm. Make the environment as safe as possible. </w:t>
        <w:br/>
      </w:r>
    </w:p>
    <w:p>
      <w:r>
        <w:rPr>
          <w:sz w:val="22"/>
        </w:rPr>
        <w:t xml:space="preserve">Remember, the pet will be likely unaware of his surroundings and his or her behavior during and after the seizure. Take a video if possible. This is an excellent tool for veterinarians to help diagnose and treat the animal. Contact the owner and their veterinarian immediately. Document the length of the seizure, wherewith pet was at during the seizure, what any potential stressors may have contributed to the seizure, what time you contacted the owner, and what time the pet got to the veterinarian. </w:t>
        <w:br/>
      </w:r>
    </w:p>
    <w:p>
      <w:r>
        <w:rPr>
          <w:sz w:val="22"/>
        </w:rPr>
        <w:t xml:space="preserve">Brain tumors. The cranial cavity is formed by the bones of the skull and encloses to protect the brain. While a delicate structure like the brain must be protected in this way, it means that there is no room for anything else. The cavity when a tumor grows compresses the brain. Cancer affecting the brain is not uncommon in older dogs, although the need for costly advanced imaging, such as an MRI, to detect a brain tumor. </w:t>
        <w:br/>
      </w:r>
    </w:p>
    <w:p>
      <w:r>
        <w:rPr>
          <w:sz w:val="22"/>
        </w:rPr>
        <w:t xml:space="preserve">Means that they will frequently go undiagnosed. There is also a concerning trend for brain tumors to arise in young dogs if certain breeds, such as the boxer and the Boston Terrier. Some signs of a tumor include, but are not limited to behavioral abnormalities, increased or decreased appetite and thirst, constant pacing or circling. Decreased awareness or vision and signs of pain. Surrounded by. Brachycephalic dogs and cats are predisposed to cerebral spinal fluid circulation disorders of the CSF and hydrocephalus are among the earliest recognized neurological conditions in dogs. </w:t>
        <w:br/>
      </w:r>
    </w:p>
    <w:p>
      <w:r>
        <w:rPr>
          <w:sz w:val="22"/>
        </w:rPr>
        <w:t xml:space="preserve">Hydrocephalus refers to water on the brain and the overdistension of the ventricular system from the cerebral spinal fluid accumulation. Any dog diagnosed as being hydrocephalic has clinical signs of neurologic dysfunction related to the dilated ventricles. Causes of obstructive hydrocephalus are classified as congenital or acquired. Acquired has hydrocephalus usually occurs in a disease process such as a brain tumor, hemorrhage or inflammation, and occur and occlude the flow of spinal fluid. Congenital hydrocephalus is a common and distinct and fee in some toy breeds such as the Boston Terrier, the Cavalier King Charles Spaniel, and Chihuahua. </w:t>
        <w:br/>
      </w:r>
    </w:p>
    <w:p>
      <w:r>
        <w:rPr>
          <w:sz w:val="22"/>
        </w:rPr>
        <w:t xml:space="preserve">A common identified cause is predisposed to breeds is a narrowing or blockage of the spinal fluid flow in the ventricular system. Syringomyelia is another issue for brachycephalic dogs, particularly the Cavalier King Charles Spaniel. This is a serious disorder that affects the spinal cord and is characterized by the presence of fluid filled sacs near the brain. This and other conditions like the Chiari, like malformation, is caused by a skull that is too small to comfortably house the dog's brain. Dogs with this condition experience cerebral fluid leaking into their upper spines, creating cysts. This can cause them seizures and pain. </w:t>
        <w:br/>
      </w:r>
    </w:p>
    <w:p>
      <w:r>
        <w:rPr>
          <w:sz w:val="22"/>
        </w:rPr>
        <w:t xml:space="preserve">If any dog is having any neurological signs, it is extremely important to speak to the owner and seek veterinarian care immediately. Excuse me? Degenerative myelopathy is an inherited neurological disorder caused by a mutation known to be carried by Yorkshire Terriers. It is often seen in other breeds as well. The average age of onset is approximately 9 years of age. The disease affects the white matter tissue of the spinal cord and is considered the canine equivalent of Lou Gehrig's disease. This condition is not typically painful for the dog, but will progress until the dog is no longer able to walk. The gate of dogs affected with degenerative myelopathy can be difficult to distinguish from the gait of dogs with hip dysplasia, arthritis, or intervertebral disc disease. </w:t>
        <w:br/>
      </w:r>
    </w:p>
    <w:p>
      <w:r>
        <w:rPr>
          <w:sz w:val="22"/>
        </w:rPr>
        <w:t xml:space="preserve">But some signs include progressive weakness of hind limbs, worn nails, difficulty rising, stumbling, knuckling over of the toes, scuffing of the hind feet, wearing of the inner digital paw pads, loss of muscles near the rear legs. Ok. This is an image of a brain tumor. There honestly should have been a few slides ago. The immune system. Autoimmune diseases condition in which the immune system mistakenly attacks your own body. The immune system rurally guards against germs like bacteria and viruses. When it senses foreign invaders, it sends out an army of fighter cells to attack them. </w:t>
        <w:br/>
      </w:r>
    </w:p>
    <w:p>
      <w:r>
        <w:rPr>
          <w:sz w:val="22"/>
        </w:rPr>
        <w:t xml:space="preserve">Normally, the immune system can tell the difference between foreign cells and the body's own cells. And an autoimmune disease, the immune system mistakes parts of the body. Like joints or skin as foreign, and releases proteins called antoto antibodies, and they attack healthy cells. Autoimmune diseases in Bulldogs and French Bulldogs can affect many body systems, including the bowels and the central nervous system, joints, blood cells and skin, just to name a few. We're going to talk about an autoimmune disease that has three different portions, but really in the salon you're you may only run into the first type. </w:t>
        <w:br/>
      </w:r>
    </w:p>
    <w:p>
      <w:r>
        <w:rPr>
          <w:sz w:val="22"/>
        </w:rPr>
        <w:t xml:space="preserve">So we're just going to talk about the 1st 2. Pemphigus is an autoimmune skin disease in which the body's own immune system attacks the connections between its own skin cells. There are multiple types of ventriculus, and they vary in their clinical appearance. The three most common types of pemphigus are pemphigus fallacious pemphigus vulgaris and pemphigus Arimathea osis. Pemphigus fallacious is the most common autoimmune skin disease in dogs and cats. </w:t>
        <w:br/>
      </w:r>
    </w:p>
    <w:p>
      <w:r>
        <w:rPr>
          <w:sz w:val="22"/>
        </w:rPr>
        <w:t xml:space="preserve">Pemphigus Felicias is the type that causes hair loss, scabs and ulcers, and open sores around the head, face and ears. Itchiness and pain may also be associated as well. Vegas felicias lesions will eventually spread to the groin and feet. Commonly seen in brachycephalic breeds such as the chow chow, the English bulldog, the French Bulldog, but any other breed may develop this condition as well. That's really the only one you may encounter in the salon. A second one here is pemphigus arithmetics, and this is a form similar in appearance to templates. Hopefully she is but often milder in appearance. Dogs may also develop a secondary skin infection resulting from the rubbing and self trauma. </w:t>
        <w:br/>
      </w:r>
    </w:p>
    <w:p>
      <w:r>
        <w:rPr>
          <w:sz w:val="22"/>
        </w:rPr>
        <w:t xml:space="preserve">Mast cells are a type of white blood cell and a component of the immune system. They are one of the body's first line of defense against invading organisms and assist with wound healing. The majority of mass cells are found in areas that come in contact with the outside environment, such as the skin and lining of the intestinal tract. Excuse me? But mass cells have a downside as well histamine this is one of the chemicals contained within the mast cells, and you'd be correct in suspecting that mass cells are involved in asthma and severe allergic reactions. </w:t>
        <w:br/>
      </w:r>
    </w:p>
    <w:p>
      <w:r>
        <w:rPr>
          <w:sz w:val="22"/>
        </w:rPr>
        <w:t xml:space="preserve">Mass cell tumors are one of the most common types of skin cancer. Mass cell tumors account for 16 to 21 % of all tumors found on the skin, and they may take many different forms. From slow growing, isolated mass to ulcerated, itchy and diffuse lesions, not only do these tumors vary in appearance, they also vary in prognosis. The earlier they are found and dealt with, the better breeds such as the Boston Terrier, boxer Pugs and Bulldogs, as well as golden Retrievers. Labrador Retrievers are at the higher risk of developing mass cell tumors. However, any breed can develop skin cancer at any age. Squamous cell carcinoma is a form of dog skin cancer often caused by exposure to the sun. </w:t>
        <w:br/>
      </w:r>
    </w:p>
    <w:p>
      <w:r>
        <w:rPr>
          <w:sz w:val="22"/>
        </w:rPr>
        <w:t xml:space="preserve">Scientists believe that there may be a connection between the papilloma virus and the development of squamous cell tumors in certain dogs. Birthing issues. Many brachycephalic breeds have major, major difficulty birthing. Bulldogs, French Bulldogs and pugs are deliberately selected for a large head, broad shoulders and narrow pelvis, which means the PUP, head and shoulders are too large to fit through the mother's pelvic canal. In addition, the mother can have trouble breathing due to stress and the physical exertion of birthing. </w:t>
        <w:br/>
      </w:r>
    </w:p>
    <w:p>
      <w:r>
        <w:rPr>
          <w:sz w:val="22"/>
        </w:rPr>
        <w:t xml:space="preserve">Without intervention, birthing difficulties can lead to death of the puppies and often the mother. Consequently, Caesarean sections are necessary. Rates of Caesarean sections in these breeds is up to 86 % in Bulldogs alone. Now let's look at some of the data from the pet sure. Study that was done in 2017 This graph demonstrates the health complications that are associated with the severe canine brackets of alism shown in an insurance claims from the years 2013 to 2017 There was a 69 % rise in Boaz as a proportion of all brachycephalic dog surgery claims, with the knome increase in the population and practices. </w:t>
        <w:br/>
      </w:r>
    </w:p>
    <w:p>
      <w:r>
        <w:rPr>
          <w:sz w:val="22"/>
        </w:rPr>
        <w:t xml:space="preserve">Of unscrupulous breeding, the numbers are sure to rise. Knowing what we know now, these dogs and how these dogs are doing health wise will allow us to make informed decisions while these animals are in our care. Careful handling practices and continued education will help ensure the animal safety as well as our own. In the following sections we will be learning how to spot and spot signs and safely. Hello animals who are while they're in our salons. Dogs are amazing creatures. They are able to bring lost sheep back to the herd, lean blind people through busy streets, fetch a ball, aren't used to help humans detect everything from drugs, bombs, seizures and even cancer. </w:t>
        <w:br/>
      </w:r>
    </w:p>
    <w:p>
      <w:r>
        <w:rPr>
          <w:sz w:val="22"/>
        </w:rPr>
        <w:t xml:space="preserve">It is estimated that dogs have a cognitive function of a 3 to 5 year old child. Humans and dogs also have similar chemical changes in hormones of the brain. This includes the release of oxytocin. This release creates a sense of love and affection when a dog and a human look at each other. Understanding that we share our sociability, our sociability, and emotions with dogs can help us develop a better sense of empathy for them. Being human is not easy, and neither is being a dog. Most people are not aware that dogs can suffer the same mental health conditions that humans can since pets. </w:t>
        <w:br/>
      </w:r>
    </w:p>
    <w:p>
      <w:r>
        <w:rPr>
          <w:sz w:val="22"/>
        </w:rPr>
        <w:t xml:space="preserve">Did not tell us what they're feeling. It is important for us to take note of their behavior, and it can be hard to spot mental health disorders in an animal. And just because they have one symptom does not mean they're experiencing a full condition. Abnormal behavior, however, should not be ignored. Whether it is mental health condition or temporary ailment, we should do whatever is with us, our power to try and make the grooming process as pleasant and safe as possible. </w:t>
        <w:br/>
      </w:r>
    </w:p>
    <w:p>
      <w:r>
        <w:rPr>
          <w:sz w:val="22"/>
        </w:rPr>
        <w:t xml:space="preserve">For both parties. Like humans, any number of combination of things can be attributed to mental health disorders found in dogs. Major life changes, illnesses, temporary stressors, and genetics can all affect or contribute to a dog's mental state. Pet psychiatry looks at the medical as well as the behavioral issues, and it helps form interventions. The most common disorder studied impacts are eating disorders, behavioral disorders like generalized anxiety disorder, obsessive compulsive disorder, separation anxiety disorder, and post traumatic stress disorder. The occurrence of autism like symptoms in dogs and the occurrence of autism like symptoms in dogs and more recently a presentation in 2015 American College of Veterinary Behaviorist reported on investigations in detail chasing behaviors in bull terriers posed to be a possible link to autism. </w:t>
        <w:br/>
      </w:r>
    </w:p>
    <w:p>
      <w:r>
        <w:rPr>
          <w:sz w:val="22"/>
        </w:rPr>
        <w:t xml:space="preserve">The findings coupled with their repetitive motor behavior of tail chasing behavior and tendency for phobias. May suggest that tail chasing can represent a form of canine autism. While not definitive, the study also indicated that the syndrome in dogs could be linked to a genetic condition called Fragile X syndrome. Some scientists suspect that the root of autism spectrum disorders occurs in specialized brain cells called mirroring neurons. These neurons are involved in the recognition of emotions in other people's empathy. And mimicking behaviors accordingly. Dysfunction in these neural circuits would explain why some of the symptoms associated with autism disorders excuse. With autism spectrum disorders, as it turns out, dogs have mirroring neurons too. And as in humans, these mirroring neurons play an important role in the bonding process and social behaviors. </w:t>
        <w:br/>
      </w:r>
    </w:p>
    <w:p>
      <w:r>
        <w:rPr>
          <w:sz w:val="22"/>
        </w:rPr>
        <w:t xml:space="preserve">Therefore, it is possible for dogs suffering and autism like condition to have problems with their marinara runs, but this has yet to be established conclusively. It is important for us to assess a dog's behavior and see if something in the salon may be causing them undue stress and if it is possible for us to adjust these conditions. If you think any animal is suffering from any mental health condition, contact their owner or veterinarian immediately and behavioral consult may also be necessary. </w:t>
        <w:br/>
      </w:r>
    </w:p>
    <w:p>
      <w:r>
        <w:rPr>
          <w:sz w:val="22"/>
        </w:rPr>
        <w:t xml:space="preserve">Working as a team to help create the best possible environment should be our goal. Here are some signs to look for. Trembling, hiding. Attempts to leave or escape. Compulsive licking and grooming, self injury, diarrhea, vomiting, lethargy, destructive behavior and repetitive behavior. Mental state. Are the behaviors within the normal range for the breed, age, and condition of the animal? Are there any medical conditions affecting the brain and development or any recent traumatic events? Does this dog have any episodic or associative memories that we are aware of? Canine cognitive dysfunction is a disease that is caused by brain changes in aging dogs. </w:t>
        <w:br/>
      </w:r>
    </w:p>
    <w:p>
      <w:r>
        <w:rPr>
          <w:sz w:val="22"/>
        </w:rPr>
        <w:t xml:space="preserve">It is similar to Alzheimer's. The presentation is fear, avoidance and even aggression, and these may be signs of a medical or mental event that may need veterinary or behavioral consultants. Attention in a recent study of observational study at Merdy identified that three stages of cognitive dysfunction, mild, moderate and severe. Stage one is mild changes in sleep patterns. And slight changes in social interactions with owners. Status is moderate, hyperactivity at night, staring at the starting to lose house training and starting to require special care. Stage three is severe dramatic behavioral changes, including aimless wandering, barking through much of the night and a lack of responsiveness to their family and significant house soiling. </w:t>
        <w:br/>
      </w:r>
    </w:p>
    <w:p>
      <w:r>
        <w:rPr>
          <w:sz w:val="22"/>
        </w:rPr>
        <w:t xml:space="preserve">Have patience. Dogs with canine dementia often show strange behaviors. Keep a constant, predictable routine for grooming sessions, and be more mindful of what the dog can tolerate. This may mean a change in the time of day the dog is groomed, adjusting the trim to a more functional style than elaborate. Providing a match for them to feel more stable. It might mean we need to start grooming them in a different position for their comfort, such as lying down or in your lap and maybe with the help of the second stylist. Always relate any new signs or symptoms to their owner. Excuse me? Create aggression is something that we see in the fallen as well and is usually a fear or resource guarding. </w:t>
        <w:br/>
      </w:r>
    </w:p>
    <w:p>
      <w:r>
        <w:rPr>
          <w:sz w:val="22"/>
        </w:rPr>
        <w:t xml:space="preserve">Some dogs will calm down if the crate is covered to reduce stimuli that triggers their aggression. Sometimes you may do better. Refraining from the crate and until the dog becomes more confident with you to avoid setting him up for crate aggression. A behavioral consultant may also be necessary. Remember, dog showing signs of anxiety, stress, or illness may be more prone to bite. All right, let's talk about the skin. Show up here. The skin is the largest organ of the dog's body and it provides a protective barrier against the environment. It regulates the temperature and gives the dog its sense of touch. </w:t>
        <w:br/>
      </w:r>
    </w:p>
    <w:p>
      <w:r>
        <w:rPr>
          <w:sz w:val="22"/>
        </w:rPr>
        <w:t xml:space="preserve">The hair follicles of dogs are compound, which means the follicles have a central hair surrounded by three to 15 smaller secondary hairs, all exiting from one pore. There are many causes of skin inflammation, including external irritants, burns, allergens. Trauma and infections. Dermatitis can also be associated with internal or body wide diseases, from hotspots to ear infections, chronic allergies and even skin cancer. Brachycephalic dogs experience a higher rate of dermatological disease than other dogs, according to a nationwide study in 2017 With the skull getting shorter and flatter, there is excess skin to cover the underlying bones. </w:t>
        <w:br/>
      </w:r>
    </w:p>
    <w:p>
      <w:r>
        <w:rPr>
          <w:sz w:val="22"/>
        </w:rPr>
        <w:t xml:space="preserve">Yeast and bacteria live naturally on the dog's skin, but may cause a problem if they overgrow. Pockets between skin folds provide a perfect environment for bacteria and yeast to grow and for infections to develop. Dogs must skin folds require a lifetime of care and their owners. Need to be aware of these skin conditions to keep the skin healthy. Skin fold dermatitis is most common in skin folds above the nose, tail and. Venus and Wawa. Brachycephalic breeds are predisposed to atopic skin dermatitis affecting the face and ears in addition to other body parts and it makes a perfect environment for chronic infections and cause discomfort and. </w:t>
        <w:br/>
      </w:r>
    </w:p>
    <w:p>
      <w:r>
        <w:rPr>
          <w:sz w:val="22"/>
        </w:rPr>
        <w:t xml:space="preserve">That caused discomfort and significantly complicate the successful long term management of skin disease. Owners may not be able always able to detect problems though and intervention. An intervention to prevent progression of the disease. Overweight animals that develop skin folds due to their weight. Dogs with folds above their noses, such as Bulldogs, pugs and French Bulldogs, and dogs with wrinkly skin such as sharp eyes are all at increased risk for skin fold dermatitis. </w:t>
        <w:br/>
      </w:r>
    </w:p>
    <w:p>
      <w:r>
        <w:rPr>
          <w:sz w:val="22"/>
        </w:rPr>
        <w:t xml:space="preserve">Signs of skin fold dermatitis are smelly skin scratching, rubbing, licking and biting. Red and sore skin folds yellow or white discharge from the skin folds. Pain with the skin folds are cleaned or moved. Post grooming Furunculosis is a deep bacterial folliculitis. Severe, painful inflammation. Pustules and fluid filled sacs or lesions are as well as hemorrhagic crusts and Cellulitis are not unusual. Post grooming furunculosis happens when bacteria enters through a small scrape or tear, mostly along the dog's back. </w:t>
        <w:br/>
      </w:r>
    </w:p>
    <w:p>
      <w:r>
        <w:rPr>
          <w:sz w:val="22"/>
        </w:rPr>
        <w:t xml:space="preserve">The infection is often due particularly to Pseudomonas aeruginosa or Staphylococcus is also associated with water environments found in our grooming towels and our grooming salons, our grooming towels and tools, as well as our mixing bottles. Thorough disinfection between animals. Is a must for preventing infection. What is a tail pocket? A tail pocket is a small pouch or indentation that sits just beneath the dog's tail pockets are most common in breeds with stubby, small and Corkscrew tails, such as English Bulldogs, American Bulldogs, French Bulldogs, and pugs. Tail pockets aren't always an issue as long as they're kept clean. </w:t>
        <w:br/>
      </w:r>
    </w:p>
    <w:p>
      <w:r>
        <w:rPr>
          <w:sz w:val="22"/>
        </w:rPr>
        <w:t xml:space="preserve">However, a buildup of dirt and debris, as well as moisture retention in the tight tail pocket can easily. Need to information of bacteria or yeast infections. Volver folds and some female dogs. The vulva is encased in a fold. Volvo folds require the same care as a tail to prevent infection. The recessed vulva can predispose them to vaginitis or urinary tract infections. Skin folds around the wall that can trap moisture as the dog urinates, so special care and attention are needed to stave off infection. </w:t>
        <w:br/>
      </w:r>
    </w:p>
    <w:p>
      <w:r>
        <w:rPr>
          <w:sz w:val="22"/>
        </w:rPr>
        <w:t xml:space="preserve">As pet stylist, I believe we are. Paramedical providers for these animals and as such it is our job to take the best care of the skin while they are in our care and report any changes to the owners or their veterinarians and document your findings. The papilloma virus family is a contagious virus that affects the skin of the toast. The virus is transmitted through direct contact from an infected animal or the environment of the infected animal, such as food and water bowls and bedding, through cruts and abrasions, and the assistance of ticks and biting insects like fleas or mosquitoes. </w:t>
        <w:br/>
      </w:r>
    </w:p>
    <w:p>
      <w:r>
        <w:rPr>
          <w:sz w:val="22"/>
        </w:rPr>
        <w:t xml:space="preserve">All animals, including people, carry many viruses. Asymptomatically, that means without clinical science, however, when animals with an immature immune system, such as puppies or those who are income immunocompromised, are more prone to developing the papilloma virus and warts. Canine oral papillomas, known as oral warts, are small benign tumors of the mouth caused by the papilloma virus. They are found on the lips gum and rarely can be located on the mucosal membranes. Canine oral papillomas usually affect young dogs and generally resolve on their own. Papilloma virus pigmented plaques are dark, scaly growths of variable size found on the belly. </w:t>
        <w:br/>
      </w:r>
    </w:p>
    <w:p>
      <w:r>
        <w:rPr>
          <w:sz w:val="22"/>
        </w:rPr>
        <w:t xml:space="preserve">These growths are caused by the papilloma virus family. While mainly seen on pugs and miniature Schnauzers, they can be found on any breed. Unlike other papillomas, these do not regress on their own and can progress to malignancy. Digital papillomas are caused by the CP. C dash two papilloma virus and grow on the foot pads and in between the toes. These tend to be painful and have a potential to progress to malignancy. Working around a dogs face increases his natural stress response during even the calmest of grooming sessions. </w:t>
        <w:br/>
      </w:r>
    </w:p>
    <w:p>
      <w:r>
        <w:rPr>
          <w:sz w:val="22"/>
        </w:rPr>
        <w:t xml:space="preserve">Sharp tools, coke care products, bathing units and force dryers and electric tools all increase the risk of injury to the pets most sensitive areas. Anxiety and pre-existing injury and illness all increase the further risk of irritation, anxiety, and injury or aggression dramatically. It is important for us to remember that all dogs can and will bite given the right set of circumstances. The ability to recognize and troubleshoot provides a foundation and a mutually trusting and beneficial relationship. Before we start the grooming process, it is important. For us to perform a quick set, a quick pet assessment and be aware of any medical or mental conditions that may be present. </w:t>
        <w:br/>
      </w:r>
    </w:p>
    <w:p>
      <w:r>
        <w:rPr>
          <w:sz w:val="22"/>
        </w:rPr>
        <w:t xml:space="preserve">In the following we will learn of some science systems to help us be more informed about the salon decisions. If a dog is exhibiting any sign or symptom that is concerning, ask for veterinary approval before grooming and always report any new or concerning symptom to the owner of their veterinarian. So this is part of a longer program and I'm just going to kind of skip to washing the face because I think that's important for. </w:t>
        <w:br/>
      </w:r>
    </w:p>
    <w:p>
      <w:r>
        <w:rPr>
          <w:sz w:val="22"/>
        </w:rPr>
        <w:t xml:space="preserve">These brackets phallic breeze. So before bathing, there are a few items that you will need within reach of the tub. You should not have to walk away from any animal for any reason once they are in the bathtub. Items you may need are a small comb or cat comb for eye crust removal. I wash washcloths. Towels all shampoos, facial scrubs and conditioning products you plan to use. Toothbrushes and toothpaste, cotton balls, ear powder, ear cleaner, and a happy hoodie or similar. Next, make sure your water pressure and temperature are appropriate for the dog. Your bathing general water pressure should be low or moderate. Use less pressure for faces on young dogs and dogs with anxiety. </w:t>
        <w:br/>
      </w:r>
    </w:p>
    <w:p>
      <w:r>
        <w:rPr>
          <w:sz w:val="22"/>
        </w:rPr>
        <w:t xml:space="preserve">85 to 95 degrees for of the water for the average dog, 94 to 90 to 94 degrees for puppies, senior, arthritic or injured dogs, washcloths. Pretty used to wash the faces of brachycephalic breeds and cotton balls should be used to clean the ears of sensitive pets. Keep eye wash handy and whenever you feel products may have entered the eye, flush liberally. Your powder. Your cleaner may be used in the tub for ease of cleaning. Any mess or overpour and toothbrushing may be done in the tub for ease of cleanup now that you're ready to begin. </w:t>
        <w:br/>
      </w:r>
    </w:p>
    <w:p>
      <w:r>
        <w:rPr>
          <w:sz w:val="22"/>
        </w:rPr>
        <w:t xml:space="preserve">Assess the dog for any medical or medical conditions that may affect how you choose to groom the animal. Many dogs are anxious about the water near their eyes, ears, nose, or mouth, and this is likely due to the fear of water eating their nose, lips, and teeth, as this may cause discomfort and pain. Taking care to reduce the water pressure and paying close attention to the angle of water flow will go a long way in correcting these behaviors. Always direct the water flow away from the dog's face. </w:t>
        <w:br/>
      </w:r>
    </w:p>
    <w:p>
      <w:r>
        <w:rPr>
          <w:sz w:val="22"/>
        </w:rPr>
        <w:t xml:space="preserve">Slowly wet the dogs head moving in reverse up from the spine from the occiput to the brow Ridge. Cover the dog's eyes and begin to change directions pointing down the outside of the ear and cheek, but always away from the dog's ear canal and muzzle flew. At this point you may be able to direct the water to the underside of the chin. What away from the pet? Carefully use your hand and washcloth to apply water to the area above the nose and near the eyes. Carefully apply product by hand or on a washcloth. Being mindful of eye, nose, and ear and mouth openings, carefully comb and remove any debris with your fingers or small cat comb. </w:t>
        <w:br/>
      </w:r>
    </w:p>
    <w:p>
      <w:r>
        <w:rPr>
          <w:sz w:val="22"/>
        </w:rPr>
        <w:t xml:space="preserve">Be sure to pull the drainage and debris away from the eye and. Currently cleaning, inspect any nose wrinkles using a washcloth, repeat the steps above and be sure to avoid directing the water at any facial orifice and taking care to use a washcloth on brachycephalic breeds. For the drying, you're gonna do the same. Keep away from any of the facial openings, eyes, ears, nose, mouth. You know you don't want to blow water and air into them. They don't like it and it can be painful. </w:t>
        <w:br/>
      </w:r>
    </w:p>
    <w:p>
      <w:r>
        <w:rPr>
          <w:sz w:val="22"/>
        </w:rPr>
        <w:t xml:space="preserve">Always monitor dogs in cage dryers and most of the brachycephalic dogs you may not want to use a cage dryer on. If you do choose to use a cage dryer, make sure that you monitor the temperature. Choose the temperature that most comfortably matches the ambient room temperature. Never use Katie heated cage dryers unsupervised or for more than 30 minutes. Never use heated. </w:t>
        <w:br/>
      </w:r>
    </w:p>
    <w:p>
      <w:r>
        <w:rPr>
          <w:sz w:val="22"/>
        </w:rPr>
        <w:t xml:space="preserve">Page dryer on a muzzle pet. Monitor animals for any signs of stress or discomfort. Do not cage animals together and never use a cage dryer on a brachycephalic breed who's having any breathing issues. Or any health issues you come across? Does anybody have any questions? No questions. But if anybody has questions, that's watching the recording. How do they get ahold of you? I am on Facebook. You can private message me i have my email address in one of these last slides here. Let's see if we can. Skip to it. So here's my email. Address You can find me on Facebook. Mary, I believe you have my phone number. I you're welcome to send that out. </w:t>
        <w:br/>
      </w:r>
    </w:p>
    <w:p>
      <w:r>
        <w:rPr>
          <w:sz w:val="22"/>
        </w:rPr>
        <w:t xml:space="preserve">I don't answer my phone, so just text me. Text me. In the private membership group, you could ask i am in there open dating questions. And like I said in the beginning, I do have that vocabulary sheet. If anybody needs it, it's up on the website wonderful good so we'll see everybody tomorrow morning great have a good evening.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