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Camoflauge Grooming</w:t>
      </w:r>
    </w:p>
    <w:p>
      <w:r>
        <w:rPr>
          <w:sz w:val="22"/>
        </w:rPr>
        <w:t xml:space="preserve">OK. Welcome to the second session of the of the second day of the positive educational training breed grooming summit. So I'm going to hand it over to an absolute icon in our industry and that would be the one and only. Terry de Marino, thank you for being here. Hey Mary, thanks for having me and thank everybody for showing on up today and appreciate your interest and continued education. I want to welcome everyone and wish you a good morning or afternoon wherever the case may be. </w:t>
        <w:br/>
      </w:r>
    </w:p>
    <w:p>
      <w:r>
        <w:rPr>
          <w:sz w:val="22"/>
        </w:rPr>
        <w:t xml:space="preserve">Today we're going to talk about canine structure and how it affects the grooming and the dogs behavior. Now yesterday Melissa did a really good job of focusing on the actual structure of the dogs, things that can happen regarding knee, hip, elbow, excuse me, problems like that. And that's great because that focus on what's underneath the skin. Today we're going to focus on how those structures and builds the correct build as opposed to the incorrect. Build why sometimes we literally fight to the finish on a dog where we just can't get those grooms right, OK, and we're going to show you some tips and tricks on why this happens because it can all happen. What's underneath the hair, underneath the skin that Melissa's focus on yesterday that gave us a great reason why some dogs may not stand, may not stand. </w:t>
        <w:br/>
      </w:r>
    </w:p>
    <w:p>
      <w:r>
        <w:rPr>
          <w:sz w:val="22"/>
        </w:rPr>
        <w:t xml:space="preserve">We're going to put it in practical application here. We're going to study the canos structure and how it affects the grooming of our dogs, our haircuts and the dogs. Behavior questions groomers have why won't this dog stand up? Ok. Sit down at us. Ever occurred to you they just may not be able to OK. The physical attributes just don't work for the dog. Why are so many of my dogs misbehaved on the table? Perhaps you need to reassess your handling of some of these dogs. </w:t>
        <w:br/>
      </w:r>
    </w:p>
    <w:p>
      <w:r>
        <w:rPr>
          <w:sz w:val="22"/>
        </w:rPr>
        <w:t xml:space="preserve">People don't like to hear that sometimes, but sometimes we we're supposed to be the smart ones in this group. We grooming is an industry of alternative methods, and we have to know the alternatives and what to do to make this work for that dog, because each and every one of them is different. My grooms just don't look right. You want that key point. You want something to just tweak and get that groom correct. </w:t>
        <w:br/>
      </w:r>
    </w:p>
    <w:p>
      <w:r>
        <w:rPr>
          <w:sz w:val="22"/>
        </w:rPr>
        <w:t xml:space="preserve">Why what can I do to give my grooming an edge? And this is what we're going to talk about. And This is why you're here in these seminars this weekend as opposed to the ones that are not. Ok, let's look beneath the hair. Let's take a look at this structure here. This is from an Afghan site, the properly constructed dog. And, you know, pay a lot of people right now you're thinking, oh gosh, we have another seminar about structure and i want to know about cutting hair. This is where it. All begins, ladies and gentlemen, under the hair. This is from an Afghan site, a properly constructed dog, and I call that the breed standard, correct dog should be able to gate and do its job effortlessly with little or no restriction on its movement. </w:t>
        <w:br/>
      </w:r>
    </w:p>
    <w:p>
      <w:r>
        <w:rPr>
          <w:sz w:val="22"/>
        </w:rPr>
        <w:t xml:space="preserve">They don't clip or touch their feet to each other. They can go like this is an Afghan site. Once again, Afghans were built for speed and built for long endurance. You know, they're hunting dogs, hunting hounds. So this is just a really fascinating. Structure piece i have here so this just shows you what the dogs should be working like. Let's take a look at what we have that comes in our shop every day though. They are pets. They're not show dogs. How many of you have heard an owner say, oh, he's not a show dog? You don't have to have a fancy haircut. </w:t>
        <w:br/>
      </w:r>
    </w:p>
    <w:p>
      <w:r>
        <w:rPr>
          <w:sz w:val="22"/>
        </w:rPr>
        <w:t xml:space="preserve">That doesn't mean you can't have, correct. That doesn't mean that you can't make that dog look better than the place down the block. Simple as that. They are pets. Oh gosh, I forget her name. Trotter, a judge judge best in show at Westminster a couple years ago. And she said not all pets are show dogs, but I guarantee you all show dogs are pets. So this is it. What happens is the show dogs or the dogs that are getting their championships. </w:t>
        <w:br/>
      </w:r>
    </w:p>
    <w:p>
      <w:r>
        <w:rPr>
          <w:sz w:val="22"/>
        </w:rPr>
        <w:t xml:space="preserve">These dogs have been bred with a lot of care in the background and pedigrees. Pets are just that. They're pets. They're sold as a pet. But then along comes us, the backyard breeder. Who breeds you're hey, you have a mail sheet too. I have a female sheet too. Let's put them together and make money with little or total no regard to structure, temperament, soundness of the dogs. So what we have here is we have a myriad of possible physical defects that just keep propagating among the pets. </w:t>
        <w:br/>
      </w:r>
    </w:p>
    <w:p>
      <w:r>
        <w:rPr>
          <w:sz w:val="22"/>
        </w:rPr>
        <w:t xml:space="preserve">And yes, they are just pets. They are not show dogs. That's fine, but it doesn't mean that we can't make them look correct. We got to make them look. Right, absolutely. A lot of times we are, you know, these are less than perfect animals. A lot of times we're limited with what the client wants and what we're able to do with that particular dog. I mean, take doodles. We're all a little bit doodled out right now because we are limited with what we can do with the owners cooperation, the dogs cooperation and the dogs condition. So that's a couple of things that we have to keep in mind. </w:t>
        <w:br/>
      </w:r>
    </w:p>
    <w:p>
      <w:r>
        <w:rPr>
          <w:sz w:val="22"/>
        </w:rPr>
        <w:t xml:space="preserve">I'm a beautician dog, beautician, not a magician. They are pets. We run across the same type of faults in most of these dogs, just in varying degrees. And we're going to talk to this, you know? You get clients to say they don't know why the dog looks better coming out of your salon, it just does. That's because you got a little bit of an eye for what to do. Groomer down the block can do the same. You know, maybe 2 Snap-on come lamb, but it just looks better coming out of your salon. The cow hocked or fiddle fronted loss opso that the owner wants shaved down. </w:t>
        <w:br/>
      </w:r>
    </w:p>
    <w:p>
      <w:r>
        <w:rPr>
          <w:sz w:val="22"/>
        </w:rPr>
        <w:t xml:space="preserve">Or maybe it's a man eater. You don't have a whole lot of control over that, OK? But if you can talk him into a nice scissor trim or something like that, the dog just looks better. There are a lot of variables that we work with though. Ok, let's look at the variables and I call them the four C 's of grooming. Coat is very important of course. Soft, WAVY and thin. This might prevent you from getting the dog, you know, finding a dog under that pile of hair. So a lot of the coat and is going to how much coat does the dog have is going to play a big part in what you can do with them condition poor condition. </w:t>
        <w:br/>
      </w:r>
    </w:p>
    <w:p>
      <w:r>
        <w:rPr>
          <w:sz w:val="22"/>
        </w:rPr>
        <w:t xml:space="preserve">If a dog has chewed out areas in certain, you know, chewed, chewed out hair in certain areas, that's kind of important for the look and the profile of the dog. Or if he's terribly mad and needs to be shaved down, it's kind of out of your control. Ok, another one's conduct. This is self-explanatory If you get that Bichon that should have been a Beagle, you know, or that man eating loss, as we discussed before, you really you know you do the best you can to get the job done safely and that is that's the primary concern of all of us. We have to work safely. Last but certainly not least is communication. </w:t>
        <w:br/>
      </w:r>
    </w:p>
    <w:p>
      <w:r>
        <w:rPr>
          <w:sz w:val="22"/>
        </w:rPr>
        <w:t xml:space="preserve">Communication with the client. The trim you had in mind may not be what the owner had in mind. And we know this happens all the time. There's just something we have to suck up and totally understand. Customers don't understand what we do. They don't know what we do. This is a foreign thing. I mean some of our worst clients are hairdressers because they think it's like hair and it kind of, you know, something's parallel. </w:t>
        <w:br/>
      </w:r>
    </w:p>
    <w:p>
      <w:r>
        <w:rPr>
          <w:sz w:val="22"/>
        </w:rPr>
        <w:t xml:space="preserve">Most things don't. Your idea of short and the customer's idea of short can be 2 completely different things. So you really want to talk to them. I think, you know, shows like the Anuba, Westminster, they do us a bit of a disservice because they'll bring in a dog and say I'm going to look like that, be Sean that won best in show. More often than not, they should really start with another dog. </w:t>
        <w:br/>
      </w:r>
    </w:p>
    <w:p>
      <w:r>
        <w:rPr>
          <w:sz w:val="22"/>
        </w:rPr>
        <w:t xml:space="preserve">But they don't understand the commitment that goes into show dogs. They think these dogs live on a satin pillow. A lot of them do live coat care on a show dog. Every hair has a name. My initial breeds a show, dobermans for years and Tibetan terriers for years, very successfully. And believe me, when you have a documentary or coded special, every hair has a name, OK? Tell them the trend that you have in mind. They may want something they just don't know. </w:t>
        <w:br/>
      </w:r>
    </w:p>
    <w:p>
      <w:r>
        <w:rPr>
          <w:sz w:val="22"/>
        </w:rPr>
        <w:t xml:space="preserve">They wanted to look around. They wanted to look fluffy. A couple of things. Communication that we have an issue with now is, oh God, I'm going to say it's going to come out of my mouth. Don't poodle my doodle, OK? Next time we hear that, we want to scream. But you know, I had a lot of discussion with a couple of big groomers. And what these customers don't like is they don't like the fluff coat. They don't like the finished fluff coat that we put on the poodles. </w:t>
        <w:br/>
      </w:r>
    </w:p>
    <w:p>
      <w:r>
        <w:rPr>
          <w:sz w:val="22"/>
        </w:rPr>
        <w:t xml:space="preserve">They want it curly. They want it rustic looking. So this is where you would want to talk to them if they like the curl. Given the curl, don't get a straight dry on that dog and leave it curly. Then you say, well, it's not going to come out really even. Do you really think they're going to care and going to check that every single hair that they pull up straight is going to be totally even doesn't work like that. I mean, just give them what they want. They're visualizing something, OK? And you just, you just want to give them what they want. Now let's see, you got to know your clients. </w:t>
        <w:br/>
      </w:r>
    </w:p>
    <w:p>
      <w:r>
        <w:rPr>
          <w:sz w:val="22"/>
        </w:rPr>
        <w:t xml:space="preserve">Let's take a look at the basic skeletal structure of the dock. Ok, I know I've got a bunch of follow up pictures on this as well, but we're going to go here. This is a poodle structure and it is a square dog. We're going to define what a square dog is because it is visually very appealing for us now in a perfect world, and we're talking in a perfect world here. The shoulder laid back is approximately 45 degrees. To the ground. In a perfect world, in an ideal situation, the upper arm and the shoulder blade, the scapula, are approximately the same length and the top of the shoulder blade is directly above the elbow. </w:t>
        <w:br/>
      </w:r>
    </w:p>
    <w:p>
      <w:r>
        <w:rPr>
          <w:sz w:val="22"/>
        </w:rPr>
        <w:t xml:space="preserve">In an ideal world, the distance from the top of the scapula to the elbow should be the same as the elbow to the floor. This is your proper proportion. In an ideal world, the rear angulation people think that this is rear angulation. That's not that is turn of stifle, OK. Rear angulation is the pelvis coming off of the spine leaving a slightly rounded croop and it comes off at approximately a 30 degree angle to the ground. In an ideal world, the upper thigh is connected at approximately a 90 degree angle here. And your shoulder and upper arm are 90 degree angle here. What we have here and here is balance. Ideal World the upper thigh and the lower thigh are approximately the same length, and in the pool you want right at the tailbone, right at that point of rear. </w:t>
        <w:br/>
      </w:r>
    </w:p>
    <w:p>
      <w:r>
        <w:rPr>
          <w:sz w:val="22"/>
        </w:rPr>
        <w:t xml:space="preserve">This is the point of rear. Go straight down and just barely tip off the tips of those toes. In an ideal world. The distance from the Withers to the floor should be the same as from the point of chest to the point of rump. There is your square dock. Ok, what this does the proper angulation in the front. Holds the dog's head up high and comfortably. Keep that in mind and the tail is properly set. Let's talk tail set and tail carriage. Tail set is where the tail comes out of the body. </w:t>
        <w:br/>
      </w:r>
    </w:p>
    <w:p>
      <w:r>
        <w:rPr>
          <w:sz w:val="22"/>
        </w:rPr>
        <w:t xml:space="preserve">Tail carriage is what the dog does with that tail. After it's out of the body, you take the tail carriage on say a shelter. He's going to be really different from the tail carriage on a Bichon or lossa. Ok, so this here we have our square dog and just for more thought process. When it gets into the behavior normal, healthy, well constructed dog carries 70 % of their weight on their front assembly this i love this picture. This is Tibetan Terriers finished champion. She knew she was going to be shaving the dog down and so she just shaved half the dog. She bathed the dog on out, clipped off half of the dog. And look what you have here. </w:t>
        <w:br/>
      </w:r>
    </w:p>
    <w:p>
      <w:r>
        <w:rPr>
          <w:sz w:val="22"/>
        </w:rPr>
        <w:t xml:space="preserve">Now the Tibetan Terrier is a slightly longer. They say it is a square dog, that they measured their squareness from the Withers to the point of rump. So there's the square on a Tibetan terrier. Strange as it is. Ok, one of those things read your breed standards. You should be reading breed standards because breed standards of the blueprint of what the. It should look like. And if you say, well, I do a lot of mixed breeds, just knowing the structure is so important because it makes your rooms look better. </w:t>
        <w:br/>
      </w:r>
    </w:p>
    <w:p>
      <w:r>
        <w:rPr>
          <w:sz w:val="22"/>
        </w:rPr>
        <w:t xml:space="preserve">But look at what this gal has. I mean, she's got a decent shoulder, lay back, nice angulation of the one thing that I would fault her on is that she's a little sickle hot, which means that this ankle is of this hot is supposed to be straight up and down and it's not. I know this because I had one of my champion dogs at the same thing and when they gave they just a little bit of a bomb on their rear. But what this does too. How many times do you set the back leg on a dog to trim it and they keep pushing it forward a little bit. </w:t>
        <w:br/>
      </w:r>
    </w:p>
    <w:p>
      <w:r>
        <w:rPr>
          <w:sz w:val="22"/>
        </w:rPr>
        <w:t xml:space="preserve">This might be what's wrong with the dog, might be a little sickle Hock. Let the dog stand comfortably for it. Faults can be hidden by hair. This is the thing. Go to a dog show, you'll see a poodle. Now this is the same haircut on the same on two different dogs. Look at the nice depth of chest this dog has right down the depth of chest to the elbow. This dog has a shallow chest, but they build it with hair. </w:t>
        <w:br/>
      </w:r>
    </w:p>
    <w:p>
      <w:r>
        <w:rPr>
          <w:sz w:val="22"/>
        </w:rPr>
        <w:t xml:space="preserve">It also has a little bit of a shorter neck because the neck is thrust forward slightly. They cover it with hair. Happens all the time. Puppy trims. Moderate to modern trim. We see these in the ring. Now you may say I don't do haircuts like that. That's fine. Shorter versions of this are what keep the customers happy more often than not. The German trim. Let's take a look at the Doberman, my first breed, and here is a perfect example of how the angulation on a squarely built dog goes 90. </w:t>
        <w:br/>
      </w:r>
    </w:p>
    <w:p>
      <w:r>
        <w:rPr>
          <w:sz w:val="22"/>
        </w:rPr>
        <w:t xml:space="preserve">This is from the Derma Pincher Club of America. 90 degree angle here, 30 degree off the hip. Because then when that comes on down, you're going to have a nice 90 degree balance there. And just gonna skip past that, let's look at the how the build kind of parallels some of these other breeds that look like they should have a completely different build underneath, when actually a lot of the things remain the same. Now here's a Scotty short legged terrier. Ok. </w:t>
        <w:br/>
      </w:r>
    </w:p>
    <w:p>
      <w:r>
        <w:rPr>
          <w:sz w:val="22"/>
        </w:rPr>
        <w:t xml:space="preserve">You still have that nice moderate shoulder angulation. You have that upper arm here and you've got that 90 degree there. A lot of these Terriers will have a shorter upper arm too, because that's just the way they're built. They're Terriers, they go to ground. They don't want a whole lot of chest while they're digging underground there. So a little bit of a shorter upper arm is understood. But in the Scotty it is still well placed under the dock. Look at the rear here, you still have a good healthy. </w:t>
        <w:br/>
      </w:r>
    </w:p>
    <w:p>
      <w:r>
        <w:rPr>
          <w:sz w:val="22"/>
        </w:rPr>
        <w:t xml:space="preserve">Angulation coming off the dog has a nice long neck. Nice tail set, nice tail carriage. Look at the dachshund. Ok, look at this dog and how that shoulder angulation is correct, but look at the depth of the chest. And you wonder why these dogs don't like their nails trimmed. It's not that they don't like their nails trimmed, it's that they don't like the way you're holding them. Think about that. What is you're used to taking a large dog, putting and taking the leg out in front, or, you know, slightly off to the side, which might be uncomfortable for the dog to begin with. </w:t>
        <w:br/>
      </w:r>
    </w:p>
    <w:p>
      <w:r>
        <w:rPr>
          <w:sz w:val="22"/>
        </w:rPr>
        <w:t xml:space="preserve">But these salts are not built like that. They're built differently, built differently. Here's a pug OK pub nail trim is one of the worst things in the world. I mean, these dogs don't want them done. And it's not these brachycephalic breeds. They've got the shorter necks. They're kind of everything in their life is jammed into the top of their of their skull. It's not that they're they have a short face. </w:t>
        <w:br/>
      </w:r>
    </w:p>
    <w:p>
      <w:r>
        <w:rPr>
          <w:sz w:val="22"/>
        </w:rPr>
        <w:t xml:space="preserve">It's the lower jaw is almost normal on some of these dogs. It's the upper jaw that is jammed back. But look at this dog, he really just he. Trying to get this leg in a comfortable position for him from nail trim is going to be next to impossible. So it's our job to understand the structure of these dogs, because this makes us better groomers, because we understand that this dog can't do this comfortably. And regular bulldog, English Bulldog, we've got the same thing, you know, same thing going on. We've got this neck and chest. We've got you. </w:t>
        <w:br/>
      </w:r>
    </w:p>
    <w:p>
      <w:r>
        <w:rPr>
          <w:sz w:val="22"/>
        </w:rPr>
        <w:t xml:space="preserve">But you look, the angulation is pretty much the same, all right? In your long Lake Terriers, one thing that does differ and I'm going into like Airedales, Lakelands, Welsh, any of these long legged terriers like this? They you hear you're going to hear about it in your grooming career. You have a straight terrier front, straight terrier front. That doesn't mean that the dog has straight shoulder angulation. You still have in the terrier. You've got the correct layback of shoulder, which is what this called. You just have a shorter upper arm and what this does is it brings the this front leg forward a bit. </w:t>
        <w:br/>
      </w:r>
    </w:p>
    <w:p>
      <w:r>
        <w:rPr>
          <w:sz w:val="22"/>
        </w:rPr>
        <w:t xml:space="preserve">So when you do your haircuts, instead of trying to get this big chest on them, we're going to talk about this in the Terriers this afternoon. You come straight down on your haircut. That's what you do. Let's take a look at this particular dog here, this long leg terrier. We've got this dog look nice length of neck there. Good shoulder, laid back. We've got that little slightly shorter upper arm, which brings me to a nice straight terrier front. When you're grooming, that's what you don't get any bibs or any chest on these Terriers going to show you Schnauzers later on, because there's three different types of Schnauzers. </w:t>
        <w:br/>
      </w:r>
    </w:p>
    <w:p>
      <w:r>
        <w:rPr>
          <w:sz w:val="22"/>
        </w:rPr>
        <w:t xml:space="preserve">Rear angulation. Nice long pelvic area. Good strong rear. This dog could work for hours. Ok, good tail carriage and also the neck is nice and long. Good comfortable. Next set, let's look at his friend over here. I want to see if I can move this picture up ever so slightly. There we go. What we have here is we've got a dog with a steeper shoulder angulation. Look what it does to his neck. It thrust his head forward, thrust the neck down and forward. This thought may not be as comfortable. Take his head up and hold his head while you groom it. </w:t>
        <w:br/>
      </w:r>
    </w:p>
    <w:p>
      <w:r>
        <w:rPr>
          <w:sz w:val="22"/>
        </w:rPr>
        <w:t xml:space="preserve">You've got a little bit of straight shoulder, they're fine. Look at the shorter pelvis in the rear here. Look what it does to the rear. Which dog is going to be able to stand longer and more comfortably on your table? Which dog is going to work in the field longer? Let's look at an Irish setter here, one of the setters. These pictures, by the way, come from Rachel Page Elliott's book dog Steps. </w:t>
        <w:br/>
      </w:r>
    </w:p>
    <w:p>
      <w:r>
        <w:rPr>
          <w:sz w:val="22"/>
        </w:rPr>
        <w:t xml:space="preserve">If you want to study structure that is like a Bible. She's probably long passed. I had an opportunity to see her back in the eighties. She's a brilliant woman and really appreciated. A well structured dog. For working, this setter here's got she liked more than 40 degree angle on the shoulder. But look at what this does. Yeah, nice long neck, good top line, slightly falling off on the croup. He's going to cover good ground is what that's called. Look at his friend here, straight shoulder. He feel the shoulders on these dogs. It's somewhere up in the middle of his neck. It thrusts the neck forward. And he's out straight like that. Shorter pelvis, shorter, steeper pelvis, drops that tail off. </w:t>
        <w:br/>
      </w:r>
    </w:p>
    <w:p>
      <w:r>
        <w:rPr>
          <w:sz w:val="22"/>
        </w:rPr>
        <w:t xml:space="preserve">This dog is not going to be as comfortable standing for long periods of time as the first one. We see what my next one is. And this, I believe is a half and havanese, if I'm not mistaken. Look what happens here. This is just really good little picture of structure. We have a good shoulder angulation here. Good upper arm. We're straighter here. You see how it thrusts that neck forward, shortens up the neck, makes the dog look chalky shallow in the chest on the rear hair. We've got good angulation in the rear. We've got a shorter upper thigh here and a steeper pelvic tilt. All these things are connected. These will answer questions for you on why dogs may not be able to stand alone. </w:t>
        <w:br/>
      </w:r>
    </w:p>
    <w:p>
      <w:r>
        <w:rPr>
          <w:sz w:val="22"/>
        </w:rPr>
        <w:t xml:space="preserve">This is basically the same thing this is. This is actually a bit of an overloaded shoulder, and it puts a little bit too much on the dock on the dog's front. Ok, now let's put in an application of what we see on the dog on the table. Havanese had an issue, and I know that Melissa discussed, discussed some contract dysplastic dogs yesterday, which is a form of dwarfism. It's an inherited bone disorder. They had a problem in Havanese with it for a while, but apparently it is a recessive gene and they've done a good job of reading this out. </w:t>
        <w:br/>
      </w:r>
    </w:p>
    <w:p>
      <w:r>
        <w:rPr>
          <w:sz w:val="22"/>
        </w:rPr>
        <w:t xml:space="preserve">But a Havanese is supposed to be the same distance from the shoulder to the elbow as the elbow to the floor. As you can see, this dog does not have that. Ok, there's this dog's front. We see this quite often. And you might call it fiddle front. These dogs are usually, they usually accompany with a poor rear. So this dog is going to be weak in the front, weaken the rear. Many times the owners just don't know why they don't cooperate. </w:t>
        <w:br/>
      </w:r>
    </w:p>
    <w:p>
      <w:r>
        <w:rPr>
          <w:sz w:val="22"/>
        </w:rPr>
        <w:t xml:space="preserve">You wonder why the dogs don't sit still for too long because they pitty pat. These dogs don't know which leg hurts worse, OK? They don't know how to stand up. It is really rough on these dogs. Going to show you ways that we can actually groom this fault out sort of, OK malamutes i'm sorry, yeah, Malamutes had a big problem with this a long time ago. I found this picture and I was like, Oh my gosh, look at that poor dog. So this is something that they have done a good job of breathing it out. </w:t>
        <w:br/>
      </w:r>
    </w:p>
    <w:p>
      <w:r>
        <w:rPr>
          <w:sz w:val="22"/>
        </w:rPr>
        <w:t xml:space="preserve">Now there are some breeds that have embraced this because of the function of the dog. They have breaded healthy kind of like the Breakers of phallic dogs that you heard of Bobby talked about last night. You have your breeders that breed healthy specimens. With these issues with these I'm not even going to call them defects with these individual physical. Let's call it benchmark. </w:t>
        <w:br/>
      </w:r>
    </w:p>
    <w:p>
      <w:r>
        <w:rPr>
          <w:sz w:val="22"/>
        </w:rPr>
        <w:t xml:space="preserve">Ok, fingerprint, like the Glen of Amal terrier. The Glen of Amal Terrier was it's a big dog. People don't think it's a big, it's a good sized dog. But they were actually what they were used for. They were the turnspit dog. They got in like a big hamster wheel and they turned the meat. They ran in the hamster wheel and turned the meat while it cooked. So of course you need a strong dog for that, but you don't want one with long legs. So they riddled short legs, strong dog basset hounds, the same thing. </w:t>
        <w:br/>
      </w:r>
    </w:p>
    <w:p>
      <w:r>
        <w:rPr>
          <w:sz w:val="22"/>
        </w:rPr>
        <w:t xml:space="preserve">And your cardigan corgis. Will have a crooked front leg and not actually crooked, but a slightly bowed front leg. It is OK for the breed. Or take a look at these dogs when they're wet. That's another thing when the dog is wet. If that shows everything, take a look. If you are the bather brusher, call the groom and say, hey, take a look at this, you got something to work around. </w:t>
        <w:br/>
      </w:r>
    </w:p>
    <w:p>
      <w:r>
        <w:rPr>
          <w:sz w:val="22"/>
        </w:rPr>
        <w:t xml:space="preserve">And this dog is what we call fiddle front for a very good reason. His legs are bowed out. I'm not going to get into the exact particulars of what's going on. He's probably fairly straight in the shoulder and very muscular, well muscled in the shoulder because he's got to make up for what he lacks in certain areas. Ok, he doesn't have that straight way. Be careful with these dogs. This lawsuit is a good looking dog is a nice looking dog, but you see what hair can cover. Take a look. This dog's got a really nice shoulder angulation there. He's got good proportion losses and these dogs like this are normally a little longer in body. </w:t>
        <w:br/>
      </w:r>
    </w:p>
    <w:p>
      <w:r>
        <w:rPr>
          <w:sz w:val="22"/>
        </w:rPr>
        <w:t xml:space="preserve">Ok, this arch over the loin is correct for the breed. It adds a springiness like a shock absorber to these top lines. Of these longer dunks as level top line like dachshunds, you see a level top line and dachshunds docs have a lot of back problems. Some of these dogs that are a little bit longer in body that have the arch really they hang on to their structure better. She got the tail kind of jacked up here, but he has good rear angulation. Wet Dog can tell you everything about how they feel. So take a look at these two Havanese and this is giving you examples of what you're going to see on your table. </w:t>
        <w:br/>
      </w:r>
    </w:p>
    <w:p>
      <w:r>
        <w:rPr>
          <w:sz w:val="22"/>
        </w:rPr>
        <w:t xml:space="preserve">Ok, this guy here, you can almost see that nice shoulder angulation. The proportion is there. You've got a good tail set. The rear angulation is nice level top line on him. But look at his little buddy down here. Very straight in the shoulder, very straight in the shoulder. Look at what it does to the neck. Thrust that neck forward and makes it hard for him possibly to hold the neck up comfortably. Look at the tail, set way low. That's because the pelvis is short and steep. He has poor rear angulation. This is a pet, and the black dog is obviously going to feel better about doing a lot of trotting around and running around the dog park than the little cream colored guy. </w:t>
        <w:br/>
      </w:r>
    </w:p>
    <w:p>
      <w:r>
        <w:rPr>
          <w:sz w:val="22"/>
        </w:rPr>
        <w:t xml:space="preserve">You can go online and find pictures of correct fronts and correct fronts you know is correct. Now this I think came from a an amstaff page, you know correct front. This isn't average and we're talking averages. There is one breed out there where it is correct for them to be close at the toe, close at the foot and that's Bedlington Terrier. Ok. So it's just that's one breed. Rears, the same thing. You have your different rears, you have normal straight rear you wanted. </w:t>
        <w:br/>
      </w:r>
    </w:p>
    <w:p>
      <w:r>
        <w:rPr>
          <w:sz w:val="22"/>
        </w:rPr>
        <w:t xml:space="preserve">Something nice and straight. And then you take a look at a dog like a bulldog or a Boston. They call them little bandy legged terriers because they are a little on the wide side. You're Frenchies, they've got that built. Read your breed standards before you go placing judgment on whether a dog is correct or incorrect. Top lines, yeah, this came from an amstaff, you know, correct for the breed. </w:t>
        <w:br/>
      </w:r>
    </w:p>
    <w:p>
      <w:r>
        <w:rPr>
          <w:sz w:val="22"/>
        </w:rPr>
        <w:t xml:space="preserve">For this breed they want a level top line. This is slightly high. This is what they call a wheel back or a sway back. Roach back or sway back. So these are what they ideally breed for. Take a look at this old poodle and as they age, things start breaking down. We know this, you know, with us personally and with our dogs. So we have to allow certain, you know, we would just have to make allowances for these old kids and make them feel as good as they possibly can. But look at how the structure is broken down on this dog. Look at the patterns. Look at the Hawks. </w:t>
        <w:br/>
      </w:r>
    </w:p>
    <w:p>
      <w:r>
        <w:rPr>
          <w:sz w:val="22"/>
        </w:rPr>
        <w:t xml:space="preserve">This dog was straight in shoulder to begin with and it probably has just gotten riddled with arthritis. And you just feel sorry for this poor kid. You do the best you can on these guys and then you got your Cocker and some of these pictures are a little bit fuzzy, but you get the general idea. You see how this conquer has this low set, tail falling off of the back, poor top line. This is an ideal case of a dog. It's not going to want to stand. Ok, bad enough. They're Cocker spaniel and they have a gravitational pull to the grooming table, but you're going to have this dog is going to be one that's going to want to sit down. </w:t>
        <w:br/>
      </w:r>
    </w:p>
    <w:p>
      <w:r>
        <w:rPr>
          <w:sz w:val="22"/>
        </w:rPr>
        <w:t xml:space="preserve">You try and make the groom as comfortable as possible. We're going to look into ways so that we can help these dogs, to help us groom them. Pure Bird does not mean well bred. And of course we're seeing that with the doodles now. Doodles and such, they're all, they're all mixed breed because there's no consistency in the consistency. Let's take a look at a couple of purebred but not wild bread. You've got your chocolate lab here and you've got a nice looking dog. </w:t>
        <w:br/>
      </w:r>
    </w:p>
    <w:p>
      <w:r>
        <w:rPr>
          <w:sz w:val="22"/>
        </w:rPr>
        <w:t xml:space="preserve">It's sound looking, and then you've got this kind of. Very easy later boned straight in the rear power top line. We've defined this as soundness in a dog. Which dog is more sound? Take a look at the Dobermans, my breed. Not every Doberman looks like this. Ok, we get a lot of the dogs that end up like this because they have been bred poorly bred. So this is where purebred does not mean well bred. Just because your dog has papers doesn't mean that it is excellent bread. This is a great one with these two wine Mariners, and so take a look at the dog for what it is. </w:t>
        <w:br/>
      </w:r>
    </w:p>
    <w:p>
      <w:r>
        <w:rPr>
          <w:sz w:val="22"/>
        </w:rPr>
        <w:t xml:space="preserve">Study your breed standards. Go to a dog show. That's it. Here's your assignment. Go to a dog show, watch a couple honest breeds, dobermans, beagles, great games, the likes of that. Coated breeds, yeah, you're going to be watching them, but if you get in there, you can have a ring full, you can have 10 black male dobermans in the ring. Every one of them is different. Everyone is different in one way or another. And then when you get the coated breeds, it's almost like I like to say, the judges have eyes in their hands. </w:t>
        <w:br/>
      </w:r>
    </w:p>
    <w:p>
      <w:r>
        <w:rPr>
          <w:sz w:val="22"/>
        </w:rPr>
        <w:t xml:space="preserve">They're in their feeling, the structure of the dog, when the dog. Those, they're looking for the foot placement as the dog moves away. They're looking where the pads are showing. So these are these are the these seasoned judges, let's call safely restraining and controlling some of these dogs with the physical issues. All right, we've got our grooming loop. We love our loops. They're not nooses. They are loops. Make sure they're in good shape. That is normally the way we do restrain these dogs, but you get some of these dogs are doing well with the hammocks. I used to be against these hammocks. Because I saw them abused and misused. Not properly used. We've got a lot of good ones out there now and we've got a lot of good education. </w:t>
        <w:br/>
      </w:r>
    </w:p>
    <w:p>
      <w:r>
        <w:rPr>
          <w:sz w:val="22"/>
        </w:rPr>
        <w:t xml:space="preserve">This dog is properly hung up into the structure here, into the hammock structure, and these are the things that are working well with these short snout dogs. The pugs that don't want their nails trimmed because they're a little more comfortable, they're a lot more comfortable. Sometimes these dogs just need to be felt that there is something holding them up. This little pure puppy just feels that he just needs something just holding. This little but still. And of course we've got tethers to keep them from tying around. Tethering should never be used as a punishment. It should be used as an aid to help you help the dog. </w:t>
        <w:br/>
      </w:r>
    </w:p>
    <w:p>
      <w:r>
        <w:rPr>
          <w:sz w:val="22"/>
        </w:rPr>
        <w:t xml:space="preserve">Groomers helper, that's one. And by the way, I'm not paid by any company to endorse their products as your products that I use keeping things away from the trachea on the dog. Very important to understand that especially with some of the older dogs. And this is one way that the groomers helper can keep that away. From there. Laugh as you might at this. I would love to shake the hand of the groomer that put this together. This is brilliant. This dog is obviously paralyzed in the rear. It obviously cannot use its rear. And she has made a comfortable situation for her and the dog, so she can get the sheet or he can get the job done. </w:t>
        <w:br/>
      </w:r>
    </w:p>
    <w:p>
      <w:r>
        <w:rPr>
          <w:sz w:val="22"/>
        </w:rPr>
        <w:t xml:space="preserve">The tethering is around the dog's chest with one leg through, so it's not around the dog's neck. There's no undue stress or strain there. The paper towels I think are great addition. We used to actually have a coffee can, two coffee cans, a big one, and a small one covered with a towel. And sometimes these dogs just need to know that something is holding them up. This is what I'm hoping that the video plays well. Of this you get the shaky dogs with the with the Elvis rattle on the rear. </w:t>
        <w:br/>
      </w:r>
    </w:p>
    <w:p>
      <w:r>
        <w:rPr>
          <w:sz w:val="22"/>
        </w:rPr>
        <w:t xml:space="preserve">There are a couple ways that you can correct this. Let's see if we can get it going here, OK. How much she's shaking and very gently taking the Achilles tendon and just slightly hold it back. I'm sorry for the sound. Achilles tendon take, pinch it and just slightly pull it back and you release it. And what you have here is you've got the shakiness. We'll stop momentarily for you to get a couple of swipes with your scissors in. </w:t>
        <w:br/>
      </w:r>
    </w:p>
    <w:p>
      <w:r>
        <w:rPr>
          <w:sz w:val="22"/>
        </w:rPr>
        <w:t xml:space="preserve">Ok. There's also another way of doing it. Yeah, there it is again. Let's move on to the next one, because. This one here, another way to do this. You can take the dog by the tail and gently pull back and it will stop the shaking momentarily. Shake going on there, Elvis pulling back. And release us doing that again. There you go. You got slight pullback, gentle. And then a stops and then you release stop that video. Ok. And what that does is it stops the shaking momentarily. </w:t>
        <w:br/>
      </w:r>
    </w:p>
    <w:p>
      <w:r>
        <w:rPr>
          <w:sz w:val="22"/>
        </w:rPr>
        <w:t xml:space="preserve">So you can get a couple of scissors and don't hold that position for a long time. They will shake through it. Ok. Now let's take a look at how we can get, you know, let's take a look at bichons. Alright, bichons. This is a nice looking bichon. He's got good shoulder angulation, nice length of neck Bichon without hair of course. But do we normally see this on our tables? no. We get his buddy. </w:t>
        <w:br/>
      </w:r>
    </w:p>
    <w:p>
      <w:r>
        <w:rPr>
          <w:sz w:val="22"/>
        </w:rPr>
        <w:t xml:space="preserve">All right. Excuse me. Just got to take a little sip of my coffee. It's still morning here. We usually get his little buddy on the right here patch or that you said they're pets and it's our job to be able to see through that and make the dog look as good as we possibly can. This is where you get repeat customers. This is where you get customers that are not going to go anywhere else because you are the one that knows how to correct the issues with the dog. </w:t>
        <w:br/>
      </w:r>
    </w:p>
    <w:p>
      <w:r>
        <w:rPr>
          <w:sz w:val="22"/>
        </w:rPr>
        <w:t xml:space="preserve">Let's take a look at this and let's put a haircut on this guy, all right? We've got our nice machine. Everybody thinks the bushings are so big, long and fluffy, and they're actually pretty tight on the back here, tight in the back up there. Deshaun is a slightly longer than tall dog. Very slightly longer. So these and also very tight in the chest up there. So what this does is it kind of shortens the dog on up, gets the proportion correct. </w:t>
        <w:br/>
      </w:r>
    </w:p>
    <w:p>
      <w:r>
        <w:rPr>
          <w:sz w:val="22"/>
        </w:rPr>
        <w:t xml:space="preserve">Now let's take a look at his little friend buddy here. All right. Why can't we put that same haircut on this dog? Once again, think of your four seats. You got coat condition, cooperation, you know, communication and conduct. So you've got to have all of your four C 's to make this work. But you see how here we can fill in where this dog lacks in top line and lacks in his rear. How you build this stuff in everything is built on and around this dog. You know, we can take a good dunk and we can mess them up. </w:t>
        <w:br/>
      </w:r>
    </w:p>
    <w:p>
      <w:r>
        <w:rPr>
          <w:sz w:val="22"/>
        </w:rPr>
        <w:t xml:space="preserve">So I'm just going to show you right here how we end up doing that. Let's just put this little part in my little artwork. You know how many times you'll end up just doing a snap on come, we take these dogs and we just automatically go with a snap on, come onto their bodies. The longer snap-on come. Let's just pretend play, play, make believe. We get the Snap-on, come there and we get the snap on cone going on the underside. We get his head in. Of course we're going to try to get some kind of. That Christian, but we end up getting a little lost. </w:t>
        <w:br/>
      </w:r>
    </w:p>
    <w:p>
      <w:r>
        <w:rPr>
          <w:sz w:val="22"/>
        </w:rPr>
        <w:t xml:space="preserve">Let's get a little face in there too. So we're not sure where this is going, but we've already got and the owner wants some long and fluffy. We had this big chest. We might leave this big chest on him and then we start bringing the legs straight on down, leave a little bit of a chest straight on down and we keep the same length on the entire leg. Now we've also taken a snap on come all the way back into that kind of danger area in the loin. What we've done is we have taken this back leg and now we have brought it like this and we're real tight on this turn of stifle, so we bring it down, trying to keep some kind of hair on the back leg, and in an effort to keep the back leg looking a little bit big, we leave too much on the rear. </w:t>
        <w:br/>
      </w:r>
    </w:p>
    <w:p>
      <w:r>
        <w:rPr>
          <w:sz w:val="22"/>
        </w:rPr>
        <w:t xml:space="preserve">So we've taken a good looking dog, made him look like he has a low tail set by burying that tail in hair. We've lengthened the dog out by going too far into the loin and too far up in here. And reading too much in the rear, too much in the front, and these are very simplistic. Definitions of what we're doing, and we're really simplifying this. </w:t>
        <w:br/>
      </w:r>
    </w:p>
    <w:p>
      <w:r>
        <w:rPr>
          <w:sz w:val="22"/>
        </w:rPr>
        <w:t xml:space="preserve">Let's take a look at our friend and see what we can do here. When people take a snap on to a dog with a poor top line, you're digging yourself into a hole you're not going to be able to get out of. Ok, put it that way. We want to first look and say this dog shoulders are right up around here. We really want them coming right around for me. Erase that real quick. We want them coming out like about there. </w:t>
        <w:br/>
      </w:r>
    </w:p>
    <w:p>
      <w:r>
        <w:rPr>
          <w:sz w:val="22"/>
        </w:rPr>
        <w:t xml:space="preserve">So we're going to want this back elbow to be about right above there. But we're going to be adding hair. So what we're going to want to do if you are tempted to use a snap on? Use a long one because you're going to want to go shorter on this rump. So we're going to go in here just like that. And there are Crest is going to be coming down like that, pardon me. </w:t>
        <w:br/>
      </w:r>
    </w:p>
    <w:p>
      <w:r>
        <w:rPr>
          <w:sz w:val="22"/>
        </w:rPr>
        <w:t xml:space="preserve">It's a little awkward position for me right here. Yeah, we'll get it right. We bring that in. So what I have here, ideally the shoulder would be here. So I'm going to want the back of that leg right around there. I'm going to real tight on the front. Bring that right in there. Get a little bit of a chest going on. Let's give him a little face. This is an area that I to this day still have problems. Ok, it's a very common area to have issues with, but what you don't want to do is you don't want to take too much hair out from there. </w:t>
        <w:br/>
      </w:r>
    </w:p>
    <w:p>
      <w:r>
        <w:rPr>
          <w:sz w:val="22"/>
        </w:rPr>
        <w:t xml:space="preserve">I'd like to set my undercarriage right. My I like. I don't like calling it talk up because that's a physical touch up with the dog. I like calling it the highest point of the undercarriage, so I ideally set it right about there. Maybe a little bit back and I use that as a mark. For setting my rear build a shelf, he has none. And once again, this is just a very rough drawing how we can actually correct some of these dogs. </w:t>
        <w:br/>
      </w:r>
    </w:p>
    <w:p>
      <w:r>
        <w:rPr>
          <w:sz w:val="22"/>
        </w:rPr>
        <w:t xml:space="preserve">Feed the face straight ahead. We all want the feet facing straight ahead. It is visually very appealing for us and the owners. There are actually some breeds that are supposed to be just a little bit slightly easty westy and these dogs are like your short legged terriers. I'm doing a terrier class at noon today, so we're going to get into that in a little more detail. But we have these dogs that we ideally want them facing straight ahead. How many times we commonly run across the East, West front? Many times it rumor. Will trim down the body hair, then they'll trim the feet or they go for the feet first. Kills me when I watch somebody going for the feet, trimming around the foot first. </w:t>
        <w:br/>
      </w:r>
    </w:p>
    <w:p>
      <w:r>
        <w:rPr>
          <w:sz w:val="22"/>
        </w:rPr>
        <w:t xml:space="preserve">Where that foot is going to be trimmed might depend on where you leave the rest of that leg. You know, you don't want such a tight foot that you can't correct yourself out of the fault. All right. What you want to do with these East West dogs, I'll say I've got a loss of that. I'm doing maybe an A snap on Teddy bear, trim on it. Okay, shorter body, longer leg. I'll do the snap on the body and then I'll go to the feet next and I'll actually box in my feet. I take 3 cuts. </w:t>
        <w:br/>
      </w:r>
    </w:p>
    <w:p>
      <w:r>
        <w:rPr>
          <w:sz w:val="22"/>
        </w:rPr>
        <w:t xml:space="preserve">With my shears, I go first, right across the front. Second cut on the outside right there. Third cut on the inside right here. I leave this area for last because I traditionally kind of messed that up. So i kind of said that in a little bit later on. But here what I've got is, you know, you can take it like that, but I've got excess hair here. Real tight on the toenails here. And what I do is I've got my round foot. </w:t>
        <w:br/>
      </w:r>
    </w:p>
    <w:p>
      <w:r>
        <w:rPr>
          <w:sz w:val="22"/>
        </w:rPr>
        <w:t xml:space="preserve">Yes, I have excess hair here. Yes, I have excess hair here. It's filling in the spots and then I will go and see the leg down. I think I've got that in my next. Yeah, here we go. Here is our well built Bishan with a good covering of leg hair. Excuse me, good covering of leg hair. Straight, front straight and parallel. That's another thing is you want straight and parallel. </w:t>
        <w:br/>
      </w:r>
    </w:p>
    <w:p>
      <w:r>
        <w:rPr>
          <w:sz w:val="22"/>
        </w:rPr>
        <w:t xml:space="preserve">I noticed some groomers will sometimes do what we call a keyhole front. And if this is a problem with your grooms, I'm going to tell you what causes it where we have maybe the legs are looking in like this, they're wider here and narrower down at the base. You know what causes that? You trying to get the armpit hair on the dog and you're pulling the leg out to the side and you're getting that. </w:t>
        <w:br/>
      </w:r>
    </w:p>
    <w:p>
      <w:r>
        <w:rPr>
          <w:sz w:val="22"/>
        </w:rPr>
        <w:t xml:space="preserve">Don't do that. Because what you're also going to do is you're going to trim the inside of this hair here. You're going to trim it too short. You're gonna get that keyhole front. What you ideally want to do. Hold the dog's leg straight out in front. That's the natural range of motion. And cut it in straight. Avoid picking it up from the sides. Let's move on to our next slide here. Here's our fiddle front of doc. Ok? Why can't we get that on this dock? You can do it. And it's actually easier to do it this way than it is to follow the natural curve of the dog. </w:t>
        <w:br/>
      </w:r>
    </w:p>
    <w:p>
      <w:r>
        <w:rPr>
          <w:sz w:val="22"/>
        </w:rPr>
        <w:t xml:space="preserve">Let me see what my next slide is. Yeah, here we go. We're going to show you how that works. And let me just back that up again and let's take another look at that. We have filled in all the gaps where this dog is missing with hair. Now, this was a pet. I might take it a little bit wider in the front here just to maybe ease up the care of the dog, but let's show how we can. Ideally, do this and how I was describing, the average groomer will take snap on here. </w:t>
        <w:br/>
      </w:r>
    </w:p>
    <w:p>
      <w:r>
        <w:rPr>
          <w:sz w:val="22"/>
        </w:rPr>
        <w:t xml:space="preserve">They'll turn the feet and they'll try to trim the legs a little bit longer, or you'll take a snap onto that leg and you're actually following the defects that the dog has. So you're showing off a little bit more of what the dog is lacking, OK. Picture if this is a dog that I can put good haircut on, I've got my snap on length, whatever length I'm taking the body. Then next thing I do is I go to the feet, go to the feet and I carve in the foot like I showed you, cutting that little box in, doing the fronts and the sides. </w:t>
        <w:br/>
      </w:r>
    </w:p>
    <w:p>
      <w:r>
        <w:rPr>
          <w:sz w:val="22"/>
        </w:rPr>
        <w:t xml:space="preserve">And then take your long shoes and just come straight down. Straight down. Yes, you have excess hair here. Yes, you have excess hair there. It's filling in the gaps with the dog doesn't have the physical structure. Ok, it is easier doing it this way than it is doing it that way. Because this way you're just going to be fighting to the finish to try to get the lake to look right. This you're going to take those nice nine ten inch shears straight on down and just cut straight but doing their foot like that first and helping it. It's I call it connected dog, connected dot, connect the dog. </w:t>
        <w:br/>
      </w:r>
    </w:p>
    <w:p>
      <w:r>
        <w:rPr>
          <w:sz w:val="22"/>
        </w:rPr>
        <w:t xml:space="preserve">I'm connecting the body with the foot and this is easy peasy to get it done and it looks so much better. I actually had one client with a brown toy poodle. Dogs name was Missy Course dog had front like this, put her in a lamb trim, had those legs going nice and straight. Of course the feet went like this, but the owner doesn't really notice that family had problems. Dog got mad and she needed to be shaved down. Ok, it just happened, all right, shaved her on down. </w:t>
        <w:br/>
      </w:r>
    </w:p>
    <w:p>
      <w:r>
        <w:rPr>
          <w:sz w:val="22"/>
        </w:rPr>
        <w:t xml:space="preserve">They called me after the dog got home and said did Missy fall off the table? Why do they always think that? I said why? He says her legs are broken. I said, excuse me. And she says, well, her legs are very crooked. I said, is she walking? I said that's the way she's built. No, she's not. She's perfect. I've done my job too well she's perfect. </w:t>
        <w:br/>
      </w:r>
    </w:p>
    <w:p>
      <w:r>
        <w:rPr>
          <w:sz w:val="22"/>
        </w:rPr>
        <w:t xml:space="preserve">I said no, she's built like that. I would groom around that. No, I said. She walking yes legs aren't broken. Take her to the vet. And anything grooming related, that's another key. Anything grooming related I'll be happy to pay for. She took it to the vet. The vet told her she was wrong, that this was the way the dog was. But I never saw the client again. She was too embarrassed to come back. And I wish she had come back because it was a nice dog. But this is how well we can do our jobs, OK? Let's take a look at how this follows up with the rear too. </w:t>
        <w:br/>
      </w:r>
    </w:p>
    <w:p>
      <w:r>
        <w:rPr>
          <w:sz w:val="22"/>
        </w:rPr>
        <w:t xml:space="preserve">Ideal, rear, safer of Bichon, or a lot of these pet dogs that we work on should be straight and parallel. You don't want them bowing out. You don't want Bowlegs. You don't want cow hocks. Here's our little cow hawk dog here that we've got it covered on up. The same basic reason I judge competitions and I really give a lot of credit to a groomer that will straighten out a front or a poor front or a poor rear with a dog or straighten out of top line. Believe it or not, these dogs that are in the competitions are not all perfect. Yes, a lot of them are very good examples of their breed, but they're not perfect dogs. </w:t>
        <w:br/>
      </w:r>
    </w:p>
    <w:p>
      <w:r>
        <w:rPr>
          <w:sz w:val="22"/>
        </w:rPr>
        <w:t xml:space="preserve">Some of them are just flat out pets. And they and when. Somebody takes and corrects a fault. That's big brownie points. Here is the bow legged dog corrected in the same way. Now let's just take a look and see what we would normally do and you might take your snap on there and once again you getting your foot really tight and you're working this inside here so you end up having a crooked leg. More often than not. People have a tendency to take it too tight by there by the foot. So what we want to do is get our length on our body and on the thigh. </w:t>
        <w:br/>
      </w:r>
    </w:p>
    <w:p>
      <w:r>
        <w:rPr>
          <w:sz w:val="22"/>
        </w:rPr>
        <w:t xml:space="preserve">And get that foot trimmed, usually coming straight on down from a groin area. And straight on down from the outside you see how we can get a nice straight leg with minimal work. You take those long shoes, get it in here. We've got our bow legged dog, the same thing. Straight down, straight down. Ok, we can get these dogs with straight rears. We can fix these problems. Tail set. You know to how do we disguise these long tails? This is an older one. I wish I had bigger pompoms on these, but I don't. But you get some of these dogs with the really super long tails. You got that tail base shaped, build the tail around the pom you got some of these with the really short tail. </w:t>
        <w:br/>
      </w:r>
    </w:p>
    <w:p>
      <w:r>
        <w:rPr>
          <w:sz w:val="22"/>
        </w:rPr>
        <w:t xml:space="preserve">They got a little short change. And this is our average one right here. I mean, I've groomed a couple of dogs in my career that have just been really shortchanged on the tail and some of them just totally bogged on off. And I end up giving them what I call Bunny tail, OK? And that's just the pump, right? Pretty much right onto the body because you don't have any place to do any separation. Oh, here's tail carriage issues. Ok and these, once again, they don't have quite enough hair on them, but here's your average. </w:t>
        <w:br/>
      </w:r>
    </w:p>
    <w:p>
      <w:r>
        <w:rPr>
          <w:sz w:val="22"/>
        </w:rPr>
        <w:t xml:space="preserve">So you're going to build the pom with the around the tail. You get a slightly squirrel tail here. You're going to be leaving more around the back. And a real squirrel tail. You're leaving everything on the back there. And don't be afraid to use product. Don't be afraid to use Hairspray. Don't be afraid to use product. And, you know, get it looking. Your job is to get that dog walking out of your salon better looking. And it did when it came in. And so, you know, you i want these people to look at the dog and say I can't get this work done like this anywhere else. </w:t>
        <w:br/>
      </w:r>
    </w:p>
    <w:p>
      <w:r>
        <w:rPr>
          <w:sz w:val="22"/>
        </w:rPr>
        <w:t xml:space="preserve">Give them a reason to come back. This is Scotty ahead. We're going to be revisiting Scotty, too. I just be filling in for Scott Washerman. He not feeling too good today. So Helen Schaefer and I are going to be picking up slack there. Sorry, Scott. Feel better. Ok. But yeah, eyebrows. Everybody has problems with the eyebrows. And once again, I'm just not sure where it's going. We have a tendency to. I like getting. Straight on off the head, Terry, your heads are straight and long. That's it. Very elongated heads, fox heads, angular with poodles. We're dealing with curbs, with Terriers. </w:t>
        <w:br/>
      </w:r>
    </w:p>
    <w:p>
      <w:r>
        <w:rPr>
          <w:sz w:val="22"/>
        </w:rPr>
        <w:t xml:space="preserve">We're dealing with angles. Now, this kind of would apply with any breed. With that, you're going to put an eyebrow on Schnauzers or Scotties. You get that clipped over the brow and usually you blend that on in there. I like pulling the hair out totally straight, as straight as I can. And then I just give the head a little shake to let it go into the natural lay. Because you can force the hair in One Direction and if you trim it that way might not be way. The hair is going to lie. To get a shorter eyebrow, I take 2 cuts. I take one cut straight onto the side. </w:t>
        <w:br/>
      </w:r>
    </w:p>
    <w:p>
      <w:r>
        <w:rPr>
          <w:sz w:val="22"/>
        </w:rPr>
        <w:t xml:space="preserve">Here, let me, let me change my color on this. Come on. Yeah, let me just change my color on this. I take one cut off to the side here, and then if I want a short eyebrow, I lay my scissors and go to the opposite side of the nostril. I want a medium length, I go to the middle. If I want a longer length, I go to the same side. So once again, that would be an eyebrow like this. </w:t>
        <w:br/>
      </w:r>
    </w:p>
    <w:p>
      <w:r>
        <w:rPr>
          <w:sz w:val="22"/>
        </w:rPr>
        <w:t xml:space="preserve">Short, medium, long. And get your scissors. Be definitive and just say make one, make that one cut. Don't mince westies. That's another problem. Usually the lot of the Westies that we see have very big ears. And it's not necessarily that the dogs have big ears, it's that we're exposing too much of it in the head. Now this is a nice little graphic of the ear of a westie head and you got a little ears peeking on out. Let me get my red color back here. That just shows up a little better. </w:t>
        <w:br/>
      </w:r>
    </w:p>
    <w:p>
      <w:r>
        <w:rPr>
          <w:sz w:val="22"/>
        </w:rPr>
        <w:t xml:space="preserve">And don't have some nice little ears peeking on through there, but the problem is people try to get there because the hair gets wimpy from us trimming it. And that's one of my that will be part of my talk at 12:00 is why wire and how wire helps us. But as we start trimming this hair, the hair becomes wispy and wimpy, doesn't light up so it doesn't stand up, lies flat. So we end up trying to get the length from the bottom of the head. </w:t>
        <w:br/>
      </w:r>
    </w:p>
    <w:p>
      <w:r>
        <w:rPr>
          <w:sz w:val="22"/>
        </w:rPr>
        <w:t xml:space="preserve">And what happens with this is we try to go around and we end up with this long jowly head on the bottom and that is not free profile and it doesn't look attractive. Couple things you can do to help with that. Is you can, and this is kind of a precursor to hand stripping. Every time this dog comes in, you take your stripping knife. We'll talk a little more detail on this and at noon and you comb the whole area, comb the whole head with the stripping knife, OK, you're going to be pulling out a little bit of hair. Don't forget behind the frame, get it even. Ok, you're going to pull maybe just enough here to cover the palm of your hand. </w:t>
        <w:br/>
      </w:r>
    </w:p>
    <w:p>
      <w:r>
        <w:rPr>
          <w:sz w:val="22"/>
        </w:rPr>
        <w:t xml:space="preserve">That's it. You're not going to take a lot. You are going to strip out that hair and then you're going to do that every trip, dog, and next time the dog comes in, you're going to look down at the base of the skull and you're going to see a different texture of white hair coming in. And that's the natural wire. Where you're going to be doing is bringing just enough coat back to natural wire that's going to be holding that dog's hair up eventually. Ok, but ideally with the Westie, you don't want any more than 3/4 of an inch on the under jaw of this dog, OK? And I'm not a fan. </w:t>
        <w:br/>
      </w:r>
    </w:p>
    <w:p>
      <w:r>
        <w:rPr>
          <w:sz w:val="22"/>
        </w:rPr>
        <w:t xml:space="preserve">Some people say, well, you cut the chip straight across, trim the end of the tip straight across. I don't do that takes out some of my ability to correct. I like going to a little bit of an angle because and see what I've got here. I have that little angle and I can hide the ear in that angle and think of a westie head as three circles that own meat. </w:t>
        <w:br/>
      </w:r>
    </w:p>
    <w:p>
      <w:r>
        <w:rPr>
          <w:sz w:val="22"/>
        </w:rPr>
        <w:t xml:space="preserve">At the bottom I've got my frame. I have my face. And then I have my muscle. And that's just one way of looking at a westie head. Straight forward. Ok, three concentric circles all meeting at one point at the under jaw, short under draw. If you've got a big long under jaw, you're going to have problems getting the jowl area trimmed in properly. So get the stripping on the tops of those heads makes life a lot easier. I want to thank you very much for watching. I can see you on Facebook. My email at gmail dot com, and you can catch me with the California professional pet groomers every Monday evening on my wine down Monday. </w:t>
        <w:br/>
      </w:r>
    </w:p>
    <w:p>
      <w:r>
        <w:rPr>
          <w:sz w:val="22"/>
        </w:rPr>
        <w:t xml:space="preserve">Thank you very much for listening, and I hope I've answered some questions for people. And do we have any question questions right now? Mary, how are we doing? For people to type questions in. And just a reminder, we will be back on the top of the hour, so whatever time zone you're in and Terry will be back and she will be doing the what's the name of the program you're doing, Terry, Ontario, there you go. Ok, Jamie saying Mary is hard to hear. Yeah, you know what we're having an issue with the. Closed captioning and I have to use the Ava mic for it. </w:t>
        <w:br/>
      </w:r>
    </w:p>
    <w:p>
      <w:r>
        <w:rPr>
          <w:sz w:val="22"/>
        </w:rPr>
        <w:t xml:space="preserve">So waiting for a zoom and Ava to get connected. That makes sense. Follow up. Cat, there's chat. There we go. Ok, so we'll be back on top of the hour. Thank you very much for watching.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