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Canine Anatomy And Physiology</w:t>
      </w:r>
    </w:p>
    <w:p>
      <w:r>
        <w:rPr>
          <w:sz w:val="22"/>
        </w:rPr>
        <w:t xml:space="preserve">OK, welcome to the fourth session of the positive Educational training summit breed grooming summit today. So Melissa Conti dinner is going to be doing canine anatomy and Physiology. And so everybody knows that if you want closed captioning, you have to enable it on your end. The first two recordings are already up on the website, along with their transcripts. And Melissa, it's all yours. Thank you, Mary. Hi, everybody. It's me, the oily groomer Melissa Conti dinner. I'm going to talk to you today specifically about canine anatomy and Physiology and basic understanding of what the dog. Is anatomically and physiologically as well as handling and some special needs that we need to always be aware of when we are working with any breed. </w:t>
        <w:br/>
      </w:r>
    </w:p>
    <w:p>
      <w:r>
        <w:rPr>
          <w:sz w:val="22"/>
        </w:rPr>
        <w:t xml:space="preserve">I will highlight a few breeds, but overall I just tried to keep this as open to a lot of different breeds that fit the criteria as possible, since we see a lot of the same things across quite a few different breeds. With that said, let's get to my little disclaimer. Everything within this is of course for informational purposes and educational purposes only. It's intended for the professional pet groomer or stylist. These are never meant to treat or diagnose, nor to ever replace a veterinarians care. </w:t>
        <w:br/>
      </w:r>
    </w:p>
    <w:p>
      <w:r>
        <w:rPr>
          <w:sz w:val="22"/>
        </w:rPr>
        <w:t xml:space="preserve">Everything here is a matter of opinion mine, and it's also based on scientific facts, professional experiences, and the medical texts that I've done. Research and I am a groomer educator, not a licensed medical professional. And when working with canines, especially those that have health issues, it is imperative to work closely with the pets veterinarian and the owner to develop a complete care plan that includes holistic grooming as an integral part of that animal's Wellness routine. This is me that is Bella and I have been a groomer for more than 20 years now, a holistic groomer pretty much for my entire career. And I am. Grooming less and less nowadays, and doing more and more educating. </w:t>
        <w:br/>
      </w:r>
    </w:p>
    <w:p>
      <w:r>
        <w:rPr>
          <w:sz w:val="22"/>
        </w:rPr>
        <w:t xml:space="preserve">But my hands are forever. Since I have my own pets and I work as a grooming instructor, I am forever going to have my fingers in the fur. I think so. Umm, I look at form and function and the anatomy and Physiology on a daily basis and. I want you to walk away from this seminar. With this being a core concept that there is a great difference between knowing a thing and understanding it. You can know a lot and not really understand anything. So I want you to have a good general understanding about the animals that we are. </w:t>
        <w:br/>
      </w:r>
    </w:p>
    <w:p>
      <w:r>
        <w:rPr>
          <w:sz w:val="22"/>
        </w:rPr>
        <w:t xml:space="preserve">Blessed with to be able to work with, even though sometimes they don't feel like a blessing. It is. It is because it is a it is an exercise in compassion and it's an exercise in stepping outside of ourselves and our ego and to really look at that animal. As an individual. Every single animal starts out as a specific breed with specific breed centric traits. But ultimately, that dog is. As unique as you or I am, and we all come with our own idiosyncrasies and our own little things that make us different from the person next to us. </w:t>
        <w:br/>
      </w:r>
    </w:p>
    <w:p>
      <w:r>
        <w:rPr>
          <w:sz w:val="22"/>
        </w:rPr>
        <w:t xml:space="preserve">And so while this is a phenomenal adorable Beagle in this picture. He possesses a special talent of wearing fabulous sunglasses. So that is my way of just showing you that every single dog should be not dismissed of their breed, but that the breed should just take the back seat and to look at them as that individual animal that they are and know that they possess. Their own things that they bring to the table, that may not just be the breed itself. </w:t>
        <w:br/>
      </w:r>
    </w:p>
    <w:p>
      <w:r>
        <w:rPr>
          <w:sz w:val="22"/>
        </w:rPr>
        <w:t xml:space="preserve">Let's see if I can get this to there we go. I always recommend additional research. Akc, the American Kennel Club, the American Canine Association, the Continental Kennel Club, the Canadian kennel Club, and then the Federation Chronologique International. So those are the biggies out there are many more other dog fancier associations. And specific breed clubs that you can break down through AKC and CKC and the Canadian Kennel Club as well. And there are also international breed clubs that you can look up. These will help you greatly to gather information specifically for breeds. </w:t>
        <w:br/>
      </w:r>
    </w:p>
    <w:p>
      <w:r>
        <w:rPr>
          <w:sz w:val="22"/>
        </w:rPr>
        <w:t xml:space="preserve">Almost every breed has some sort of grooming standard and from the breed club itself, so it's important to look at the different standards that. Come through each club. Akc clubs are different than the continental or the Canadian or the Federation of the International Clubs, so different areas require their breeds to look differently and have different breed standards so. These are great places to start to do research on the breeds that you're interested or that you're looking for information on how to groom. </w:t>
        <w:br/>
      </w:r>
    </w:p>
    <w:p>
      <w:r>
        <w:rPr>
          <w:sz w:val="22"/>
        </w:rPr>
        <w:t xml:space="preserve">Today we're going to talk about what's underneath that haircut, what's underneath that fur, and really tried to discover the form and function. And a little background on our canine friends scientific name is Canis lupus familiaris. So, the dog is a domesticated descendant of the wolf. It's also called a domestic dog. It's derived from extinct pleased. Yeah, I can't say it. Plasticine wolf and the modern wolf is dogs nearest living relative. </w:t>
        <w:br/>
      </w:r>
    </w:p>
    <w:p>
      <w:r>
        <w:rPr>
          <w:sz w:val="22"/>
        </w:rPr>
        <w:t xml:space="preserve">I haven't had Google give me the way to say it and it still tongue ties me. Dogs were the first species to be domesticated by hunter gatherers. That's us. Over 15.000 thousand years ago, before the development of agriculture, so before farming came into place, dogs were still right beside us. I love this graphic. I really love this graphic a lot because it just shows. Here's our lone wolf howling at that moon has no intention to be with humans. </w:t>
        <w:br/>
      </w:r>
    </w:p>
    <w:p>
      <w:r>
        <w:rPr>
          <w:sz w:val="22"/>
        </w:rPr>
        <w:t xml:space="preserve">Next thing you know, it is part of our existence, it starts to ingratiate itself to us because we have food and we start to encroach upon its territory. And it is a smart enough species creature that it knows that if ingratiates itself to us, it can actually help us and aid us in doing what as hunter gatherers were there to do, which is hunt and gather. At food, we are way for them to get food. So it's a survival technique that the dog actually has to get close to the human. </w:t>
        <w:br/>
      </w:r>
    </w:p>
    <w:p>
      <w:r>
        <w:rPr>
          <w:sz w:val="22"/>
        </w:rPr>
        <w:t xml:space="preserve">It then becomes. An integral part of our hunting, of our way that we hunt, of using that dog as a tool to assist us. And as we progress, as we evolve, as human beings and our tools evolve and our hunting evolves, so there does the dog and it's role in hunting. It is Co changes its personality, changes the breed, start to change because we start to interact in that genetic makeup, in the anatomy and the Physiology of that dog and what its form and function is for the hunter. As we continue to evolve with that dog by our side. We are no longer the hunter, or at least the primary hunter. We are no longer having to go out and hunt and gather our own food. </w:t>
        <w:br/>
      </w:r>
    </w:p>
    <w:p>
      <w:r>
        <w:rPr>
          <w:sz w:val="22"/>
        </w:rPr>
        <w:t xml:space="preserve">In that sense, where does the dog fall in that role since we have evolved? And have agriculture, and agriculture has now turned to convenience. And where again, does that dog fall in to the Society of the human? And in the grand scheme of things? Well, you can see that little, probably a Pomeranian or maybe a little long haired Chihuahua there with that man holding that leash. They have become a companion. </w:t>
        <w:br/>
      </w:r>
    </w:p>
    <w:p>
      <w:r>
        <w:rPr>
          <w:sz w:val="22"/>
        </w:rPr>
        <w:t xml:space="preserve">They have become a almost like a substitute. For for a family member, for a. You know. It's almost like we form our own society with other dog owners and other we call each other dog people. Oh, you know, it's she's a dog person. It's they're different, they're weird, you know, whatever because. We have made them an integral part of our existence. And I mean, myself included, I don't know what my life would be like. </w:t>
        <w:br/>
      </w:r>
    </w:p>
    <w:p>
      <w:r>
        <w:rPr>
          <w:sz w:val="22"/>
        </w:rPr>
        <w:t xml:space="preserve">I don't know what life would be like without them. I've seen a lot of different little videos about like AI dogs and that kind of stuff. And while it kind of creeps me out, you know, i love dogs. I love the way that they connect with us on a level that no other species does. And so the evolution of the dog, it actually has evolved right beside us and we are I think inextricably linked to each other evolutionary wise and I think energetically we are linked. They are there for purpose for us and us for them. So with that said. Look at that face. Look at those eyes. Because that is what gets us. </w:t>
        <w:br/>
      </w:r>
    </w:p>
    <w:p>
      <w:r>
        <w:rPr>
          <w:sz w:val="22"/>
        </w:rPr>
        <w:t xml:space="preserve">That is the face that just draws us in. The dog is one of the two most ubiquitous and most popular domestic animals in the world. The cat is the other. I just did this seminar on cats a little earlier today. So those are our top two for humans. We are a lot of people are either your cat. Person or a dog person or some people like me. I'm a cat and dog person. </w:t>
        <w:br/>
      </w:r>
    </w:p>
    <w:p>
      <w:r>
        <w:rPr>
          <w:sz w:val="22"/>
        </w:rPr>
        <w:t xml:space="preserve">In ancient Egypt, during the days of the Pharaohs, dogs were sacred. They if you saw my cat seminar that I did on anatomy of Physiology earlier, they were worshipped in a different sense. Anubis was the Egyptian God with the head of a Jackal, which is kind of like coyote. It's a small wild dog. And Anubis was the God over the, you know, over the dead, basically the afterlife. So dogs were looked at. In a different way and they were definitely looked at as sacred. </w:t>
        <w:br/>
      </w:r>
    </w:p>
    <w:p>
      <w:r>
        <w:rPr>
          <w:sz w:val="22"/>
        </w:rPr>
        <w:t xml:space="preserve">For more than 12.000 thousand years, the dog has lived with humans as a hunting companion, a protector, an object of scorn and admiration, and as a friend, the dog evolved. Excuse me from the grey wolf into more than 400 distinct breeds, human beings have played a major role in creating dogs that fulfill distinct social needs. They literally have evolved beside us. We have created dogs for a multitude. Of human uses. So let's talk about the anatomy of a dog. I this is obviously for fun, but what could be better? I love this graphic. </w:t>
        <w:br/>
      </w:r>
    </w:p>
    <w:p>
      <w:r>
        <w:rPr>
          <w:sz w:val="22"/>
        </w:rPr>
        <w:t xml:space="preserve">It is just here. Down here is the treat detector for kisses, the majestic chest floof. Stores all the love. For belly rubs. For handshakes for toe beans, that little turbo boost back there, the happiness meter, and then of course scratched here. And then obviously the sound. They can hear everything, especially the crinkling of a chip or cookie bag. But these guys are amazing, amazing, wonderful creatures that while we have all sorts of fun names, and that's the whole purpose of this, we have all sorts of fun names for the anatomy of the dog. As pet groomers and wolves say things like, Oh yeah, I found this or that over here by his booty or, you know, his little feets were. </w:t>
        <w:br/>
      </w:r>
    </w:p>
    <w:p>
      <w:r>
        <w:rPr>
          <w:sz w:val="22"/>
        </w:rPr>
        <w:t xml:space="preserve">Sore today or whatever. We should be aware of what the actual anatomical terms are so that when we are speaking and helping to educate our clients or we have to speak with other professionals, whether it be a veterinarian or a canine rehabilitative specialist or anyone. Who is another professional because as a pet groomer, you are a professional person and so we want to make sure that we are using the correct things to. </w:t>
        <w:br/>
      </w:r>
    </w:p>
    <w:p>
      <w:r>
        <w:rPr>
          <w:sz w:val="22"/>
        </w:rPr>
        <w:t xml:space="preserve">Educate people are you know the owners or to relay information to another pet professional. Like instead of saying oh he had a large bump on his booty we can say it's at the base of the tail or was that the rump or found this mass on the hip and or I noticed that when I ran my hands down over the saddle into the flank I found a sore spot or something. You know the temperature changed on the body and it was. Really warm or hot or there was a moist skin issue there? Things like that. We want to know that we can say things like. </w:t>
        <w:br/>
      </w:r>
    </w:p>
    <w:p>
      <w:r>
        <w:rPr>
          <w:sz w:val="22"/>
        </w:rPr>
        <w:t xml:space="preserve">And when I was touching the face and I pulled back the flu, I could see in the mouth and I noticed this or that. I could see swelling around the eye socket area, or he doesn't like his face touched right in where that stop is, or. If we. Move the fur away from the chest area and look into where the shoulder is. I can see there's some swelling so you know, things like that. Or if I if I put pressure or move the shoulder up and my hand is up on the Withers, I can feel that there's a clicking sound in there. </w:t>
        <w:br/>
      </w:r>
    </w:p>
    <w:p>
      <w:r>
        <w:rPr>
          <w:sz w:val="22"/>
        </w:rPr>
        <w:t xml:space="preserve">So there's all sorts of ways that you can relay information to the owner or again, to another pet professional. But using the basis of the correct anatomical terms should be something that you do as a normal regular practice. You want to make sure that you're looked at and seen and heard to be professional. Underneath all that fur. And skin is a thin layer of adipose tissue, or fatty tissue. Even the chubbiest, thickest of labs still does not have that much under there so. </w:t>
        <w:br/>
      </w:r>
    </w:p>
    <w:p>
      <w:r>
        <w:rPr>
          <w:sz w:val="22"/>
        </w:rPr>
        <w:t xml:space="preserve">Here is the bones, the skeleton. We talked about things like. Joints with the felines, how they usually buy four years old, will usually have a degenerative degenerative joint issue. A lot of different breeds come across that same thing from tiny. From your tiny, tiny breeds, we'll have shoulder. Issues will have elbow issues, we'll have hip issues, will also have knee issues. And then lastly, we'll have issues within the hawk or in where all these metatarsal bones are and metacarpal bones in the front legs. So when we're handling pets, when we are doing things that we are applying pressure, like here where the Atlas is at the base of the spine. </w:t>
        <w:br/>
      </w:r>
    </w:p>
    <w:p>
      <w:r>
        <w:rPr>
          <w:sz w:val="22"/>
        </w:rPr>
        <w:t xml:space="preserve">Where that cervical vertebrae, cervical vertebrae comes in or when we are doing nails and we are pulling that foot up and out and up high and placing a lot of stress within the shoulder joints within these the elbow joints or when we are using more than one person to do nail trims. And we're applying pressure and holding that dog tight and applying pressure here. There's the sternum, you know, there's the breastplate, here are the ribs. We're applying pressure here. That also affects the scapula. And we'll move that out of joint. We can affect where the thoracic vertebrae, how that is laying and the lumbar and the sacrum. </w:t>
        <w:br/>
      </w:r>
    </w:p>
    <w:p>
      <w:r>
        <w:rPr>
          <w:sz w:val="22"/>
        </w:rPr>
        <w:t xml:space="preserve">So everything is attached. We need to be aware that this is more than. Just a bunch of fluff that there is a lot going on underneath all that fluff and when we are manipulating that body that we have to be acutely aware that there is a. Enormous amount of muscle tissue and fascia and connective tissue attached to those bones as well that we can easily affect. By doing things incorrectly. So we need to make sure that we are handling appropriately because muscle and fascia will tear, it can disconnect from its point of origin where it connects onto the bone or attaches to the bone. </w:t>
        <w:br/>
      </w:r>
    </w:p>
    <w:p>
      <w:r>
        <w:rPr>
          <w:sz w:val="22"/>
        </w:rPr>
        <w:t xml:space="preserve">We can cause inadvertent injury if we are not handling animals the way that they are dogs, the way that they should be handled. And the first step in doing so is to understand that these things are in place, that it's not just a ball of fur. Underneath all that muscle tissue is. All of this important stuff, what are these? The internal organs. And then this doesn't show it, but also the sexual organs are in here as well. We also have the brain up here. It doesn't highlight the eyes and the teeth and the whole oral cavity, the nasal cavity, the ears, all these things are individual. </w:t>
        <w:br/>
      </w:r>
    </w:p>
    <w:p>
      <w:r>
        <w:rPr>
          <w:sz w:val="22"/>
        </w:rPr>
        <w:t xml:space="preserve">Highly specialized areas to perform a function for this job. So we need to treat them as such when we put pressure on that body. And we're. Constricting things like the esophagus and the trachea, those of you. That I've heard this before about. Oh, please don't put anything around my dog's neck. It has a has trachea issue or has a failing trachea. Or some of them will say they have had esophagus issues, some will tell you, oh, my dog has an enlarged heart, or they have diseases that affect the internal organs and we need to be aware of them there. </w:t>
        <w:br/>
      </w:r>
    </w:p>
    <w:p>
      <w:r>
        <w:rPr>
          <w:sz w:val="22"/>
        </w:rPr>
        <w:t xml:space="preserve">Are tools in place? Things that you don't have to put things around their neck. You can use things like the trick saver. It's an amazing tool that it literally does not put pressure on the trachea. That dogs sometimes will you put that loop on and then they just hang their head in there again when we use things like belly bands. And it's an older dog or a younger dog, and they're putting their full weight on those band and it's cutting across this hip area it and depending on the length of the dog's body, it is pinching off all these small intestines, the spleen, the stomach, all of this is getting compressed and pinching it off. </w:t>
        <w:br/>
      </w:r>
    </w:p>
    <w:p>
      <w:r>
        <w:rPr>
          <w:sz w:val="22"/>
        </w:rPr>
        <w:t xml:space="preserve">We need to be again, acutely aware of the tools that we use as groomers and how they affect. The internal body of the dog that we're working on. We see a lot, and I mean a lot of issues with dogs. Most of the time we don't get to see the inside issues. That's the veterinarian is the one that they bring them to that you know the dog is coughing or is breathing strange or is lethargic or has chronic diarrhea. Or has you know, all sorts of issues inside. However, we as the groomer. Usually see things like. Skin and coat, which is a whole different summit. </w:t>
        <w:br/>
      </w:r>
    </w:p>
    <w:p>
      <w:r>
        <w:rPr>
          <w:sz w:val="22"/>
        </w:rPr>
        <w:t xml:space="preserve">Skin and coat issues that are usually an indicator that something internal is going on. So when we see skin and coat problems, a lot of times it means something internally, systemically is happening within the Physiology of the animal that is causing skin and coat problems so. I'm going to talk a minuscule amount of time on skin and coat, but it's as it's related to in these areas, so these are my top. Few four. We have the pause, which we as groomer, I as groomers. We see a lot of call issues. We see dogs that have a lot of anxiety or trauma surrounding their paws. </w:t>
        <w:br/>
      </w:r>
    </w:p>
    <w:p>
      <w:r>
        <w:rPr>
          <w:sz w:val="22"/>
        </w:rPr>
        <w:t xml:space="preserve">Knees are another one we'll hear a lot. Oh, be careful. My dog has bad knees or my dog has had surgery on its knees. Again, elbow. Be careful. Elbow my dog has had an elbow surgery and then hip. We'll also talk a little bit about the area surrounding those areas as well. These common physical disorders can affect. Any breed. So that's why when we look at this picture that's below. I loved it because it shows a variety of breed type, coat type, size, even head shape, you know, ears, all of those things. It still affects. Across the board. So there isn't any animal within the dog breed community that is completely immune from these four things. </w:t>
        <w:br/>
      </w:r>
    </w:p>
    <w:p>
      <w:r>
        <w:rPr>
          <w:sz w:val="22"/>
        </w:rPr>
        <w:t xml:space="preserve">So that's why i chose them to go over today in the. In the anatomy and Physiology part pause let's just, let's just pause and talk about, pause for a minute. So there's lots and lots of dogs that have anxiety about their feet being touched why? While again, like I said, every single dog is an individual, we need to allow them to show us their unique individuality. There are specific breeds that are hardwired to protect their cause, terriers being number one. Because they are. </w:t>
        <w:br/>
      </w:r>
    </w:p>
    <w:p>
      <w:r>
        <w:rPr>
          <w:sz w:val="22"/>
        </w:rPr>
        <w:t xml:space="preserve">And I will also include dachshunds in there. If you know anything about the history of dachshunds, they are. They're a terrier. Even though they're not classified as a terrier, they are also. A dog that was bred to dig and to. Dig into. Eradicates vermin or small animals like mice and moles and Badgers. And even though Badgers aren't that small, but your Terriers are, they're the diggers. That's why they call them terror dogs. </w:t>
        <w:br/>
      </w:r>
    </w:p>
    <w:p>
      <w:r>
        <w:rPr>
          <w:sz w:val="22"/>
        </w:rPr>
        <w:t xml:space="preserve">And they do Terra dog trials. Which Terra? Literally, in Latin means earth. So they do terror, dog or earth, dog trials and your terrier. That's where the name Terrier derives from that Latin word Terra. The I like to say terror. But they are tenacious. They are hardwired, bred for centuries to. Kill small animals like to literally keep them at Bay, so again I included dachshunds in there. And I also include your French bulldog because a lot of people do not realize that they are also grouped into terriers. While they do not have the typical terrier head they were bred in France to keep the rats and mice out of lace factories. </w:t>
        <w:br/>
      </w:r>
    </w:p>
    <w:p>
      <w:r>
        <w:rPr>
          <w:sz w:val="22"/>
        </w:rPr>
        <w:t xml:space="preserve">And they were small enough to fit under the ladies dresses that were creating the lace and that would keep the mice from getting up underneath their dresses and the rats and keep them away from the ladies as well as help with warmth so and they did use small Terriers to create the breed, the French bulldog. So they are another one that is notorious for hating to have their feet touched why? Why are they bred to have such a hard wired fear of or I shouldn't even say fear, I should just say protection instinct for their feet. </w:t>
        <w:br/>
      </w:r>
    </w:p>
    <w:p>
      <w:r>
        <w:rPr>
          <w:sz w:val="22"/>
        </w:rPr>
        <w:t xml:space="preserve">Because when they are digging down into those holes, think about again. Breeds terrier breeds like schnauzer or wire Fox terrier or even your big terriers. Your large Terriers, same thing. They're very protective about their base as well because they dig that hole. And then they shove their face in there and that face usually has some kind of a beard, something with the exception of a few different you know, you have your smooth coated fox terriers, you have Frenchies, you have your doxies. There are some Terriers that are smooth coated. They are very protective of their faces and of their feet because that is what they do their job with. </w:t>
        <w:br/>
      </w:r>
    </w:p>
    <w:p>
      <w:r>
        <w:rPr>
          <w:sz w:val="22"/>
        </w:rPr>
        <w:t xml:space="preserve">They would not be able to. Kill those prey and to dig down into those tunnels or dig a hole without their feet. So it's ingrained in that. To be extremely protective of their face and feet. Now we have other breeds like pugs. Nobody can tell me that they haven't done a pugs. Nails at the pug, you know has just been a perfect little Angel and gives you its foot. They love to scream and you know have pug drama about their toes. So some dogs just have issue with feet. It is a vulnerable area within the dog's body to begin with. </w:t>
        <w:br/>
      </w:r>
    </w:p>
    <w:p>
      <w:r>
        <w:rPr>
          <w:sz w:val="22"/>
        </w:rPr>
        <w:t xml:space="preserve">So terrier or not, these are the anatomical drawings of the feet, just so you can see. They have carpal ball. They have the digital ball of the first toe, which is right underneath that duclaw. They have the plantar ball. And then they have the digital balls, which also known as toe beans. So then you have your muscles, your overlay muscles. Ok, that do claw comes out. We see it. Sometimes it's removed and it grows back because they didn't get the root and we have those funky little weird duclaw things sticking out. </w:t>
        <w:br/>
      </w:r>
    </w:p>
    <w:p>
      <w:r>
        <w:rPr>
          <w:sz w:val="22"/>
        </w:rPr>
        <w:t xml:space="preserve">Always double check these and then you. Then you have the bones of the feet. Then we have the other side where you're going to see the flexors and of the actual foot, and then of the actual where the toes come in. Here's the picture. So you have a carpal pad, which is like that stopper. I call it the stopper pad. You have your due claw again some dogs do not have a duclaw. If they do not have a duclaw and it's been removed, they may still be touchy about their feet. Sometimes that again is a sore spot. Some dogs carry trauma in that area from the removal. </w:t>
        <w:br/>
      </w:r>
    </w:p>
    <w:p>
      <w:r>
        <w:rPr>
          <w:sz w:val="22"/>
        </w:rPr>
        <w:t xml:space="preserve">You know, there's lots of things that can go on and with that the foot. So just be aware of that. You have your big pad, that metacarpal pad, you have your digital pads and then you have your claws or your nails. That is the canine foot. Signs of paw problems in dogs. These were the most common that I could think of that we see often or that we're questioned about as a groomer. So we usually will see licking. The paw dogs that obsessively lick. Sometimes they lick due to issues like arthritis or circulatory problems. </w:t>
        <w:br/>
      </w:r>
    </w:p>
    <w:p>
      <w:r>
        <w:rPr>
          <w:sz w:val="22"/>
        </w:rPr>
        <w:t xml:space="preserve">Other ones do it out of anxiety or fear. Think of people that bite. Their nails as a nervous habit, some dogs just lick. Limping or lameness usually means a either there's a structural issue with it, or there is some kind of an injury. Inflamed red paws means something is going on in there. Lesions like bumps, lumps, masses, anything. That's why when you are, the bathtub is the most amazing place to do your body discovery on your dog. I want my hands over everything i am not opposed to bathing systems, but I especially as a canine massage therapist, I want my. I want to feel every inch of that dog's body so I know what I am feeling and I know what belongs there and what doesn't. </w:t>
        <w:br/>
      </w:r>
    </w:p>
    <w:p>
      <w:r>
        <w:rPr>
          <w:sz w:val="22"/>
        </w:rPr>
        <w:t xml:space="preserve">And I can discover things like scabs, bumps and things that. You know don't belong. There are injuries that the owner may not even be aware of. Look for things like hair loss. Ulcers with scabbing and blisters any kind of discharge. Any type of bleeding and then of course a bad smell. Who doesn't know about the smell of the frito feed the corn chips, that is bacteria. So there's a bacteria on there. It's usually a form of yeast and there's lots of different ways to deal with that. And again, that's for another summit. That's a good skin and coat, summit one. </w:t>
        <w:br/>
      </w:r>
    </w:p>
    <w:p>
      <w:r>
        <w:rPr>
          <w:sz w:val="22"/>
        </w:rPr>
        <w:t xml:space="preserve">But any kind of foul smell. Means that. Something's going on that is not supposed to be there. Systemically there is an issue. These are all ways for the dog to non verbally tell you it is having a. Issue a problem? Seven most common dog paw problems. Ok, parasites. What are parasites? Fleas, ticks, mosquitoes, ants even can get onto a dog hitch a ride mosquitoes anything that's going to feed off of that dog. Obviously fleas and ticks are your number one parasite because you can get infestations with them. Again, when that dog is in the tub, that's the best way to go through that coat and look through that Paul look. </w:t>
        <w:br/>
      </w:r>
    </w:p>
    <w:p>
      <w:r>
        <w:rPr>
          <w:sz w:val="22"/>
        </w:rPr>
        <w:t xml:space="preserve">Move the skin between the toes around, get your fingers in there, feel in there. Allergies of course are another one. Obviously we can't diagnose that as a pet groomer. However, we can say hey, you might want to take him to the vet and have them do an allergy test or run an allergy panel to rule out some issues that he may be having with, you know. </w:t>
        <w:br/>
      </w:r>
    </w:p>
    <w:p>
      <w:r>
        <w:rPr>
          <w:sz w:val="22"/>
        </w:rPr>
        <w:t xml:space="preserve">Loss of fur or any of these that we just had. You know, ulcers or hair loss or any kind of discharge, this foul smell, those kinds of things so. There's nothing wrong with referring to a vet. I know a lot of rumors, like I don't like to tell them they get upset if I say they should see the vet. Well, if we keep seeing a problem over and over again on the same pet, it's our job as an advocate for that animal to speak up and to try to educate the client and say, listen, this needs veterinary care. I'm not a veterinarian, so there's also bacterial and fungal infections. Like I said, bad smells, the discharge. </w:t>
        <w:br/>
      </w:r>
    </w:p>
    <w:p>
      <w:r>
        <w:rPr>
          <w:sz w:val="22"/>
        </w:rPr>
        <w:t xml:space="preserve">Sometimes it could be bacteria. Or it could be a fungus. And again, we can't tell that from looking at it. We may have been doing this for a really long time and be able to look at something and go, Gee, that looks just like this. But the only way to know for sure is to take let them go to the veterinarian so that the veterinarian can do skin scrapings and look at that stuff under a microscope. Nail problems. We see this a lot. We see brittle nails that just break away or you cut them and they have shards. They may have some sort of looking swelling and infection looking area, infected looking area at the nail bed, any of those now problems? Are things you need to refer over to the vet any kind of a Paul injury? I just did a dog the other day that while I was bathing him had a big we get these things here in Arizona called Sand Spurs and they look like a. </w:t>
        <w:br/>
      </w:r>
    </w:p>
    <w:p>
      <w:r>
        <w:rPr>
          <w:sz w:val="22"/>
        </w:rPr>
        <w:t xml:space="preserve">Got a Chinese star on steroids, small, and they're hard and it's a plant that grows and drops them off and they're they hurt unbelievable when you step on them and they leave a like a little poison behind, that makes it perpetually hurt even when you pull them out. And so a paw injury, the dog I was washing literally had a sandspur in its foot and he was going crazy every time I touched the 1 foot. </w:t>
        <w:br/>
      </w:r>
    </w:p>
    <w:p>
      <w:r>
        <w:rPr>
          <w:sz w:val="22"/>
        </w:rPr>
        <w:t xml:space="preserve">And I got him in a position where I could actually look and it was. Said that he was wet because he was super furry and I put my fingers in there and I it actually stuck on my finger when I put my fingers in there, pulled it out and I just applied pressure and cool water and notified Mom and dad that there's, you know that to watch that because there could be an infection starting. We also here in Arizona see a lot of dry and cracked paws. </w:t>
        <w:br/>
      </w:r>
    </w:p>
    <w:p>
      <w:r>
        <w:rPr>
          <w:sz w:val="22"/>
        </w:rPr>
        <w:t xml:space="preserve">I'm sure if you're in a cold state you see that from the salt. I know we saw that a lot when I worked in New Hampshire. So be aware of these things. Check the pause. Look at them. Just like we cracked hands and it hurts so much, even hang nails when we pull on that skin and it cracks all the way open. Same thing on their precious feet that they need to walk around on. And then again burns. We can see burns from hot cement. We can see burns from chemicals. I have seen dogs that have been burned by disinfectants. </w:t>
        <w:br/>
      </w:r>
    </w:p>
    <w:p>
      <w:r>
        <w:rPr>
          <w:sz w:val="22"/>
        </w:rPr>
        <w:t xml:space="preserve">Being used in kennels and things like that. So be aware because we never want to inadvertently cause these problems either for these for these pets. This is a big one, the knee. That knee joint. You're going to hear this from tons and tons of clients when you work on large breed dogs. But also I'm a small dog specialist, I don't do anything over ten. Pounds i can't. I have medical restriction. I would probably say 70 % of the small dogs that I work on have a knee issue. </w:t>
        <w:br/>
      </w:r>
    </w:p>
    <w:p>
      <w:r>
        <w:rPr>
          <w:sz w:val="22"/>
        </w:rPr>
        <w:t xml:space="preserve">Let's look at this healthy knee joint, OK? We have the femur bone, which is right here. And then we have the tibia bone, which is right here. And then you have that kneecap that sits right on the outside. What we don't know. By looking at that dog or by feeling is that there is cartilage at the end of each one of these bones and then there is ligament. That attaches to each one of these bones there is a synovial membrane which is like a little Jelly like sack that stretches across underneath that ligament. And then inside of this, between these two bones is synovial fluid, which is the same fluid that's inside of this Jelly like membrane that sits inside of here. </w:t>
        <w:br/>
      </w:r>
    </w:p>
    <w:p>
      <w:r>
        <w:rPr>
          <w:sz w:val="22"/>
        </w:rPr>
        <w:t xml:space="preserve">It's all held in by the cartilage that is on the ends of the bone and. Those ligaments. The synovial fluid is made-up of blood cells, and the body creates it to be a cushion. It's basically a cloudy pillow of comfort for these bones to move. When the dog is in optimum condition, OK. That's what it should look like. One of the most common types of injuries, a cranial crucia ligament tear, is more prevalent in larger dogs. </w:t>
        <w:br/>
      </w:r>
    </w:p>
    <w:p>
      <w:r>
        <w:rPr>
          <w:sz w:val="22"/>
        </w:rPr>
        <w:t xml:space="preserve">The breeds affected include Labradors, rottweilers, newfoundlands, Staffordshire terriers, Chesapeake Bay retrievers, Mastiffs, Akitas, and Saint bernards so. Big, lumbering, heavy duty workhorses of dogs, OK? As for the smaller dogs, including Yorkshire Terriers, Chihuahuas, Pomeranians, miniature Poodles and Boston Terriers, the patellar luxations are always a concern. The condition in which the kneecap moves from its natural position is always, almost always, congenital, which means it is genetic. It is a breed thing. So now let's look at that normal knee joint. Ok, and then you have your anterior cruciate ligament. How many people have room to dog that? The owner has said he's had crucia surgery. </w:t>
        <w:br/>
      </w:r>
    </w:p>
    <w:p>
      <w:r>
        <w:rPr>
          <w:sz w:val="22"/>
        </w:rPr>
        <w:t xml:space="preserve">This is what they have to do. Ok, so here's the caudal cruciate ligament is here. And this is the anterior 1 here. These ligaments, remember when I showed you in the other video on the other photo of the knee joint that those ligaments, well, these are the ligaments that are holding all that stuff into place when that anterior cruciate ligaments, the ACL, which we also have. As human beings when that tears. It is no longer holding the bones into place and it falls right here. </w:t>
        <w:br/>
      </w:r>
    </w:p>
    <w:p>
      <w:r>
        <w:rPr>
          <w:sz w:val="22"/>
        </w:rPr>
        <w:t xml:space="preserve">A lot of times we think it's down here on the knee but it's actually up higher towards the tacca. And if you palpate it and you take the dog by the hawk and you hold, then push the leg up. You can feel the knee and you'll be able to. Sometimes, depending on how lean the dog is, you can actually sometimes feel those ligaments in there. Normal knee of a small dog, the medial patellar luxation on a small doc. So when we look at this. Do you see how this is coming all the way to the side? So you have your femur, which is the bone, the Patella, which is the actual kneecap. </w:t>
        <w:br/>
      </w:r>
    </w:p>
    <w:p>
      <w:r>
        <w:rPr>
          <w:sz w:val="22"/>
        </w:rPr>
        <w:t xml:space="preserve">There's that patellar ligament. Do you see where it attaches at the tubal, the tibial tubercle? The tibial tuberosity, which is the point of origin or point of attachment to the bone when it's not just the kneecap that moves, it is the entire ligament. Ok, this whole ligament shifts out of place. It should be this way straight up and down. Do you see how it fills in that spot? It moves all the way. A lot of times we feel this the Patella move. We can feel that rotating in there, move around. </w:t>
        <w:br/>
      </w:r>
    </w:p>
    <w:p>
      <w:r>
        <w:rPr>
          <w:sz w:val="22"/>
        </w:rPr>
        <w:t xml:space="preserve">Sometimes you'll get crunchiness and but it is the entire ligament that shifts. Luxating Patella in dogs is a common condition in which the kneecap the Patella shifts sideways or luxated away from that normal position at the front of the knee. You can all or you may also refer to it as an actual dislocated kneecap. 75 % of the time a luxating Patella in dogs tends to occur inward or towards the other hind limb, so instead of it coming out to the side, it actually goes into the side. </w:t>
        <w:br/>
      </w:r>
    </w:p>
    <w:p>
      <w:r>
        <w:rPr>
          <w:sz w:val="22"/>
        </w:rPr>
        <w:t xml:space="preserve">Towards the other leg. This version of a luxating Patella is called medial luxating patellar luxation and PPL and is more common in the smaller breeds. Sometimes the shift occurs outward or away from the other leg and this is known as lateral patellar luxation and that's the LPL and is more common in the larger breeds, although MPL is still more common overall. So even though we think of luxating. </w:t>
        <w:br/>
      </w:r>
    </w:p>
    <w:p>
      <w:r>
        <w:rPr>
          <w:sz w:val="22"/>
        </w:rPr>
        <w:t xml:space="preserve">Tell us as a tiny dog or a small dog problem, it really can happen in the large breeds, although generally it happens when that ligament and that kneecap shift out instead of inward towards the other leg. Elbow dysplasia. Is another big one. The canine elbow is a complex articulating joint made-up of three bones, the humerus, the radius and the ulna. These bones work together and allow a dog to bend, run and play. See that go back. Elbow dysplasia is a condition related to the abnormal bone growth and or development that alters the function of this joint. It leads to abnormal weight distribution, pain and. </w:t>
        <w:br/>
      </w:r>
    </w:p>
    <w:p>
      <w:r>
        <w:rPr>
          <w:sz w:val="22"/>
        </w:rPr>
        <w:t xml:space="preserve">Arthritis, which most certainly affects the dog's ability to run, jump and play. Elbow dysplasia is seen more often in younger, large breed dogs. I can't tell you how often that I have seen the medial patellar luxation and. The elbow dysplasia when I used to be a groomer for the Newfoundland club. And would see these young dogs come in and have these issues. Ok, so here's your humorous here's your radius, the Alna, and then. In this. Where these bones all join up is the. A colonial process and coronoid process, that is where that dog when it walks, it's going to move that back and forth. So think of a young dog, how often are they running and jumping and trying to play? That causes so much discomfort. </w:t>
        <w:br/>
      </w:r>
    </w:p>
    <w:p>
      <w:r>
        <w:rPr>
          <w:sz w:val="22"/>
        </w:rPr>
        <w:t xml:space="preserve">The other issue we see primarily is hip dysplasia. Hip dysplasia is a condition that occurs during the growth stage in dogs, again young dogs. It results in the loosening of the hip joint, which causes dysfunction and pain. The word dysplasia literally means displaced as the dog grows. The cartilage and the bone of the hip begin to just kind of wear down and then over time it causes arthritis, muscle atrophy, shrinkage and limited mobility. So this is a debilitating thing, but it is something that is happens over time and not like oh it's an old dog and now all of a sudden it has hip dysplasia. </w:t>
        <w:br/>
      </w:r>
    </w:p>
    <w:p>
      <w:r>
        <w:rPr>
          <w:sz w:val="22"/>
        </w:rPr>
        <w:t xml:space="preserve">No, it generally starts to happen when they are younger dog in those growth stages. And most commonly effects large breed dogs and research shows that it is hereditary. German Shepherds, golden Retrievers, Labrador Retrievers are the most effective breeds, but any large and giant breed dogs are at risk for canine hip dysplasia. This is a normal hip. It sits really nicely in that socket joint. See that it fits again like a glove. It should fit perfectly in there and do its job. Unfortunately, this one is the displaced one. If you look at the way it is, it is sits in a shallow hip socket and the actual femoral head is not formed correctly. </w:t>
        <w:br/>
      </w:r>
    </w:p>
    <w:p>
      <w:r>
        <w:rPr>
          <w:sz w:val="22"/>
        </w:rPr>
        <w:t xml:space="preserve">It's totally deformed. Not sit in that joint right. Another big issue in canines is this a phallic? Faces the brace of folic, so I know we all hear about bracing phallic or brachycephalic dogs. I wanted you to know that there was an index here. There's a dollar cephalic head, think greyhound, mesencephalic, think Beagle or that's a visla. And then brace if Alex that's the shortest and think boxer or pug or anything with a short smushy face, she Tzu. </w:t>
        <w:br/>
      </w:r>
    </w:p>
    <w:p>
      <w:r>
        <w:rPr>
          <w:sz w:val="22"/>
        </w:rPr>
        <w:t xml:space="preserve">Braces falling breed issues, so they have something called braces phallic obstructive airway syndrome BOAS When did you really? Understand this. Like I said in the very beginning, there's a difference between knowing something and actually understanding it. Look at the skull of a wolf. Look at the skull of a Husky. A Husky generally does not have airway obstruction or breathing obstruction issues or nasal problems. Now let's look at our abrasive fallout friends. Look at the head on that sheet. </w:t>
        <w:br/>
      </w:r>
    </w:p>
    <w:p>
      <w:r>
        <w:rPr>
          <w:sz w:val="22"/>
        </w:rPr>
        <w:t xml:space="preserve">You look at the way that skull is formed. Look at the pekinese. The pub. And the English bulldog. These dogs we have genetically engineered to tighten all this up and push everything in. Even the eye socket has changed shape. And placements. When we do that on the inside, we also affect the flat, the flesh on the outside. So it's called stenosis, nostril stenosis. And you can do a little more research and you can read about this if you are watching this or you go back and watch this in the video portion, you can read it literally is great. They're grading and you can see how the nose is wide and open, that's nice and wide and that's a grade one then there's mild, which is grade 2. </w:t>
        <w:br/>
      </w:r>
    </w:p>
    <w:p>
      <w:r>
        <w:rPr>
          <w:sz w:val="22"/>
        </w:rPr>
        <w:t xml:space="preserve">There is moderately stenotic nostrils, which is OK. I mean, they're starting to look like a little question marks there. And then there's the severely stenotic nose, which there's barely any opening. All right. That is when we really you barely are getting any air in through those nostrils. What does it look like for a healthy nose and throat? Because we only see them from the outside? I really wanted you to have an idea because when we work with these braces, phallic breeds understand what's going on inside their body when they are wheezing and snorting and getting stressed out because they don't want their nails touched or they hate the dryer or whatever it is. </w:t>
        <w:br/>
      </w:r>
    </w:p>
    <w:p>
      <w:r>
        <w:rPr>
          <w:sz w:val="22"/>
        </w:rPr>
        <w:t xml:space="preserve">So here we see a healthy nose and throat and the air flows freely. And easily when we have a crowded nose and throat, when we have flattened up this space, we have pushed the eye socket in. To the nasal cavity as well, the air flow is obstructed. Think of when you take a hose and you start to just crunch it all together and then try and run water through it. A healthy soft palate that is up at the base of the top of the throat. They have a compressed soft palate so air flow is restricted. See how nice and wide this one is? Look at the pugs, or any brachiocephalic rate. </w:t>
        <w:br/>
      </w:r>
    </w:p>
    <w:p>
      <w:r>
        <w:rPr>
          <w:sz w:val="22"/>
        </w:rPr>
        <w:t xml:space="preserve">A healthy windpipe. Air flow flows easily in. They have healthy sacks inside of the esophagus. Everything is flowing freely. The bronchioles, that's what those little sacks are in there and then into the lungs. They are functioning optimally. When we flatten the face like that, we have enlarged all the sacks and we have narrowed that entire windpipe now. Stress the dog out and put a grooming loop around that neck. It's a recipe for disaster. I told you I was going to touch a little bit on skin. </w:t>
        <w:br/>
      </w:r>
    </w:p>
    <w:p>
      <w:r>
        <w:rPr>
          <w:sz w:val="22"/>
        </w:rPr>
        <w:t xml:space="preserve">So we have the breeds that are most prone to skin issues. These are just a small bit boxers, Irish setters, retrievers, shower pays, beagles, Dalmatians and Bulldogs. We know that they come with a host, but. There are so many other breeds that have skin issues. Color even has an effect on skin issues that they're finding out so signs of skin problems, obviously. Itching and licking and rubbing odor, flaky or scaly patches, bumps and lumps, crusty scabs and hair loss. Same thing we talked about when we talked about problems with the pads, allergies, bacterial infections, hormone imbalances, fungal infections, sabria, just basic dandruff and then parasites. So these are all things that we should be looking at when we are assessing our pets and that we're talking to the owners. </w:t>
        <w:br/>
      </w:r>
    </w:p>
    <w:p>
      <w:r>
        <w:rPr>
          <w:sz w:val="22"/>
        </w:rPr>
        <w:t xml:space="preserve">And letting them know, hey, I'm not a vet, but I can tell you that more than likely it's one of these problems and your vet will be able to sort that out for you. We know that common allergy symptoms always affect the ears, the face, the skin, that hair coat overall and the pause. The pause are usually a good indicator as well. That little paw looks perfectly good and I thank you guys so much for spending the time with me. If you have any questions, I'm happy to answer any questions right now. But if you're watching this and re recording, I am happy to answer questions for you via email or the Facebook group if you have positive education as a membership. </w:t>
        <w:br/>
      </w:r>
    </w:p>
    <w:p>
      <w:r>
        <w:rPr>
          <w:sz w:val="22"/>
        </w:rPr>
        <w:t xml:space="preserve">Otherwise you could hit me up on social media. I'm always happy to answer questions. Ok, so give it a minute for questions. And if not, we will be back in a half hour with bobby. Who's going to go really into depth with the brachycephalic dogs, yes. All right, no questions. So we will see everybody in a half hour bye.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