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Feline Anatomy And Physiology</w:t>
      </w:r>
    </w:p>
    <w:p>
      <w:r>
        <w:rPr>
          <w:sz w:val="22"/>
        </w:rPr>
        <w:t xml:space="preserve">OK. Welcome to the third session of the breed grooming summit. So, Melissa Conti dinner is going to talk about feline anatomy and Physiology. Melissa's all yours. Thanks, Mary. I am most Conti dinner, also known as the oily groomer. This afternoon I'm going to talk to you guys about the feline anatomy and Physiology and basically understanding the needs of the of the feline. </w:t>
        <w:br/>
      </w:r>
    </w:p>
    <w:p>
      <w:r>
        <w:rPr>
          <w:sz w:val="22"/>
        </w:rPr>
        <w:t xml:space="preserve">Just some general handling tips and then of course I'm really going to delve into, since this is more of a breed summit, really going to talk to you about the special needs that specific breeds have. And as feline groomers, we want to just be aware of how we handle these breeds and what their special needs are. It should be a part of our overall care plan. </w:t>
        <w:br/>
      </w:r>
    </w:p>
    <w:p>
      <w:r>
        <w:rPr>
          <w:sz w:val="22"/>
        </w:rPr>
        <w:t xml:space="preserve">When working with felines, even if you're not a feline groomer and you're really a canine groomer, but you do cat nails, or you'll do a cat bath here and there, or you will occasionally work with a feline. It's my little disclaimer, the slip. Slides and everything in this presentation is for informational purposes and educational purposes only. It is for professional pet groomers, stylists. None of this is meant to treat or diagnose and of course never to replace a veterinarians care. </w:t>
        <w:br/>
      </w:r>
    </w:p>
    <w:p>
      <w:r>
        <w:rPr>
          <w:sz w:val="22"/>
        </w:rPr>
        <w:t xml:space="preserve">Everything here is a matter of opinion, my opinion most of it and it's based on scientific facts that I found in the medical journals and medical texts. As well as my own personal experiences as a feline groomer, I am a groomer and an educator, not a licensed medical professional. And when working with felines, especially those that have health issues, it is imperative to work closely with that pets veterinarian and their owner to develop a complete care plan that always includes holistic grooming as an integral part of that animal's Wellness routine. </w:t>
        <w:br/>
      </w:r>
    </w:p>
    <w:p>
      <w:r>
        <w:rPr>
          <w:sz w:val="22"/>
        </w:rPr>
        <w:t xml:space="preserve">So this is me working with Sophia. This is actually up at Kate shop, probably about four years ago. Kate Clayson and I worked together up there and I did a lot of holistic feline grooming. So, Umm, I've been a little bit about me. I've been a feline groomer more than 20 years. I've been involved with felines for more than 20 years. Between showing cats rescue and always working in a grooming capacity as well, I. Have an affinity for felines. I love them, but I also kind of had to really work hard to understand that they are very different than a canine. So you can understand. </w:t>
        <w:br/>
      </w:r>
    </w:p>
    <w:p>
      <w:r>
        <w:rPr>
          <w:sz w:val="22"/>
        </w:rPr>
        <w:t xml:space="preserve">Information, and then you can know information. And I want you to get a general understanding so that you can feel secure in knowing that you know how to work with a feline safely. So the information that I'm going to give you within is going to start with this core concept, which is every cat is an individual. One of my students said to me recently. How do I differentiate between the brief? So I primarily work with students that are learning canine grooming. This particular student was also working with one, wanted to learn to work with felines and we were working with the Scottish fold. </w:t>
        <w:br/>
      </w:r>
    </w:p>
    <w:p>
      <w:r>
        <w:rPr>
          <w:sz w:val="22"/>
        </w:rPr>
        <w:t xml:space="preserve">And so we were talking about the differences in personalities and different traits. And I said think of it this way if your name is Tom. And you are human, and you are a brother. You're an uncle. You're a friend. You're a husband. But at the core of all those things, you are still an individual that even though you may do things that fall into all those different categories. As an individual there are things that make you and that's how I like to look at the animals that I work with. I look at them even though we look at the breed, we look at the color, we look at the tendencies that specific breeds have towards this or that. </w:t>
        <w:br/>
      </w:r>
    </w:p>
    <w:p>
      <w:r>
        <w:rPr>
          <w:sz w:val="22"/>
        </w:rPr>
        <w:t xml:space="preserve">I still. Try to connect. On that basil level of this cat is an individual with individual experiences and traumas and reactions to the things that I'm going to require it to do while working with it in a grooming capacity. So it's not that I throw away the breed and throw away all the things that come with the breed itself, but I put that in the back seat and I let that cat individual personality sit up in the front seat as I try and maneuver my way through what I have to get done with this cat in the time allowed. </w:t>
        <w:br/>
      </w:r>
    </w:p>
    <w:p>
      <w:r>
        <w:rPr>
          <w:sz w:val="22"/>
        </w:rPr>
        <w:t xml:space="preserve">For a grooming session. So a lot of the information I'm going to give you here today. Kind of is an overview and then I will talk individually. And in small segments, since we only have the hour to give you bigger generalizations on specific brief related things that we need to kind of just be aware of when we're working with that. I always recommend researching and looking up all the information you can get on the different breeds or on felines in general. You can never have enough good information so I have a listing here of the cat fanciers association. </w:t>
        <w:br/>
      </w:r>
    </w:p>
    <w:p>
      <w:r>
        <w:rPr>
          <w:sz w:val="22"/>
        </w:rPr>
        <w:t xml:space="preserve">These are all the websites the International Cat Association. The American Cat Fanciers Association, the Cat Fanciers Federation, the American Cat association. And then thank you to Christine Newmeyer Smith, who turned me on to this. And I have been kind of going through and reading everything I can get my eyeballs on through the International Association of Animal Behavior Consultants, which they do have a feline branch. Which is amazing because a lot of times they are cats are left out. So you can look up things in here about individual breeds and you can also just get good solid information on the feline itself, not only including anatomy and Physiology types of things, but also personality traits and skin and coat. </w:t>
        <w:br/>
      </w:r>
    </w:p>
    <w:p>
      <w:r>
        <w:rPr>
          <w:sz w:val="22"/>
        </w:rPr>
        <w:t xml:space="preserve">And the latest research on health developments. So these sites are really a good place to do your research and to look and see what breeds because the breeds, just like in the dog world, the breeds and the feline world are constantly changing, and they're adding things and they are. Creating new breeds all the time, which I'm going to talk to you about a little bit later. So take the time and research these associations. They really do put a lot of really good information out there for you to educate yourself better on the feline itself. </w:t>
        <w:br/>
      </w:r>
    </w:p>
    <w:p>
      <w:r>
        <w:rPr>
          <w:sz w:val="22"/>
        </w:rPr>
        <w:t xml:space="preserve">Scientific name Feliz catus. The cat is similar in anatomy to. Other felid species. We know there are many different felid species. From the big cats all the way down to. The jungle the smaller Wildcats jungle cats all the way to our domesticated cat, and I do have a little bit of a timeline that kind, or a family tree graphic that'll show some of that to you. Overall it has a strong, flexible body, very quick reflexes, very sharp teeth, and retractable claws. </w:t>
        <w:br/>
      </w:r>
    </w:p>
    <w:p>
      <w:r>
        <w:rPr>
          <w:sz w:val="22"/>
        </w:rPr>
        <w:t xml:space="preserve">They're specifically adapted to killing small prey. Each claw, even though it is retractable, they don't work all together. They can if the cat wants them to, but they can be retracted one at a time, so they work individually as well. My cat white loves to tap me with that one claw out, just enough to poke me to get my attention. So they. Are true masters of knowing how to use the pressure and how to apply the pressure for either killing of prey or. </w:t>
        <w:br/>
      </w:r>
    </w:p>
    <w:p>
      <w:r>
        <w:rPr>
          <w:sz w:val="22"/>
        </w:rPr>
        <w:t xml:space="preserve">Scratching up a scratching post or letting you know that they are not happy with whatever is going on around them or if you happen to be the person that's trying to do something with them. It's night vision and sense of smell are highly developed and extremely sensitive. They have eyes almost like their people. It looks like a goat they have there. Instead of the people being round like hours, there are people is. Long ways, so it lets in more light, and it helps them to see better in the dark than say us as a human being they. </w:t>
        <w:br/>
      </w:r>
    </w:p>
    <w:p>
      <w:r>
        <w:rPr>
          <w:sz w:val="22"/>
        </w:rPr>
        <w:t xml:space="preserve">Have very acute almost like night vision like think about like a night vision goggles how that they illuminate for our eyes so we can actually see better in the dark. Their eyes naturally do that. Cat communication. And they do communicate the meowing. Is more of something that they develop to communicate with us as human beings, but they do have specific vocalizations like that purring and the little trilling, hissing, growling, grunting, or what they call in the big cat world, chuffing, which is a. Kind of noise that they make some cats. It's been seen especially in a lot of the cats that carry the gigantism, gigantism gene, which is our main like our main coons number one breed that carries that gigantism gene. </w:t>
        <w:br/>
      </w:r>
    </w:p>
    <w:p>
      <w:r>
        <w:rPr>
          <w:sz w:val="22"/>
        </w:rPr>
        <w:t xml:space="preserve">So we want to really pay attention to those noises, those sounds that they're putting out there. They are trying to communicate something to you, just like a dog would bark or make happy noises. Cats will do that same thing. They just have a little bit different way of doing it is a solitary hunter. But a social species and I have that highlighted and underlined because I really feel like we don't. Understand that they really, truly are a social species a lot of times because we see them as a solitary hunter. We think that they are just a solitary creature and that they do not. </w:t>
        <w:br/>
      </w:r>
    </w:p>
    <w:p>
      <w:r>
        <w:rPr>
          <w:sz w:val="22"/>
        </w:rPr>
        <w:t xml:space="preserve">Like to be around other animals or especially other cats, which is not true. They do like to live together, they just have lots and lots of social rules. And if you work with cats or if you live with cats and you know when you introduce a new cat into the household, it's usually a very long and laborious. Process to get them to integrate to one another. </w:t>
        <w:br/>
      </w:r>
    </w:p>
    <w:p>
      <w:r>
        <w:rPr>
          <w:sz w:val="22"/>
        </w:rPr>
        <w:t xml:space="preserve">It can hear sounds too faint or too high in frequency for human ears, such as those made by mice and other small mammals. It is also said that they can hear them underground. I just recently read an article, Umm. I can't remember what veterinary journal it was, but they were talking about actually terrier dogs that have can hear at such a high frequency that they likened it to almost as acute hearing as it is in felines where the Terriers can also hear the mice or small mammals underground, obviously because they're burrowing. Another born to dig and root out vermin. </w:t>
        <w:br/>
      </w:r>
    </w:p>
    <w:p>
      <w:r>
        <w:rPr>
          <w:sz w:val="22"/>
        </w:rPr>
        <w:t xml:space="preserve">Same thought process with cats. They can hear those animals under the ground and in their Burrows, so they have very specific sick Hearing? Frequency that they can pick up on that we would never be able to hear. Our ears are just not designed that way and their ears also move independently of one another, so they can flip an ear sideways or out or in to amplify and pick up more sound. They also have that little flap on the inside of their Canada and that they think is also an AMP works as an amplifier. It is a predator that is most active at dawn and dusk, so they still carry a lot of the predatory personality traits. </w:t>
        <w:br/>
      </w:r>
    </w:p>
    <w:p>
      <w:r>
        <w:rPr>
          <w:sz w:val="22"/>
        </w:rPr>
        <w:t xml:space="preserve">Sleep all day, work all night. Sometimes they're thought of as lazy, but it's it is true predatory behavior, however. It is also a prey animal. Our small cats are domesticated. Cats have also started to acquire the personality traits of a prey animal. So it is highly suspicious and guarded about their surroundings and their behaviors. So they kind of have a duality. I like to say that cats are a conundrum. Wrapped up in a dichotomy because they are. </w:t>
        <w:br/>
      </w:r>
    </w:p>
    <w:p>
      <w:r>
        <w:rPr>
          <w:sz w:val="22"/>
        </w:rPr>
        <w:t xml:space="preserve">On two sides of the spectrum, you know, and they are they're trying to live in a world that we want them a lot of times to act like another creature, like a dog. And they aren't a canine and they have their own way about that. And as we have made them smaller and smaller, they have also had to develop an attitude of I'm also prey, so I need to protect myself. </w:t>
        <w:br/>
      </w:r>
    </w:p>
    <w:p>
      <w:r>
        <w:rPr>
          <w:sz w:val="22"/>
        </w:rPr>
        <w:t xml:space="preserve">And they can be especially ferocious so. Know that within all those behaviors. They do have a very strict social structure and part of that social structure is that they secrete. And they perceive pheromones that are left behind a lot of times in just oils, when they rub the side of their face on you, or they can rub and wrap their tail around, say, your legs, they're leaving behind pheromones. And a lot of times when they come in and they sniff you and they're sniffing at you, they're trying to pick up or perceive if there were any pheromones left behind from another animal or another cat. </w:t>
        <w:br/>
      </w:r>
    </w:p>
    <w:p>
      <w:r>
        <w:rPr>
          <w:sz w:val="22"/>
        </w:rPr>
        <w:t xml:space="preserve">And that is for social purposes. Is there a specific function? That cats were bred for. We know that they were bred or kept, especially our smaller domesticated ones were just as hunters to just keep mice and vermin at Bay so that for us, we know vermin cause disease and bring in disease. So having the cats around to eat and kill them and keep them out of our grain supply and keep them out of our food supplies really helps. But did we specifically breed them for that? No, they were acting instinctually. </w:t>
        <w:br/>
      </w:r>
    </w:p>
    <w:p>
      <w:r>
        <w:rPr>
          <w:sz w:val="22"/>
        </w:rPr>
        <w:t xml:space="preserve">On those things. So cats are have a much more subtle way of their differences between, say you know, a Persian and a domestic short hair. Then we would say between a Beagle and say a Rottweiler. We know those two breeds were bred for specific work or specific duties while. We don't really specifically have a purpose for a domestic shorthair and say of. A Persian. Aesthetically they look differently, but purposefully there isn't much there so that's why although with selective breeding that for type and aesthetic look this is changing but not purpose and not function just aesthetic look because. Far and few cats anymore are raised with a function or a purpose other than to be a beloved pet so that fearless Cadis is always going to be at the basal layer of whatever cat you are working with. </w:t>
        <w:br/>
      </w:r>
    </w:p>
    <w:p>
      <w:r>
        <w:rPr>
          <w:sz w:val="22"/>
        </w:rPr>
        <w:t xml:space="preserve">Ok, so it is a. It is always going to act like a cat and have those types of reactions to things, whereas a Doberman or an A Rottweiler will act extremely different than, say, a Beagle or Cocker spaniel. The evolution of the cat and I love this picture of the of the domestic tabby down there underneath this gorgeous Saber tooth tiger, because that is where they came from. That is what they are from and believe me, get a fractious cat and it becomes that Saber tooth tiger. </w:t>
        <w:br/>
      </w:r>
    </w:p>
    <w:p>
      <w:r>
        <w:rPr>
          <w:sz w:val="22"/>
        </w:rPr>
        <w:t xml:space="preserve">So unlike most species, the feline have gone through minimal changes. Through the evolution of the actual species itself. Cats were first domesticated. In the Near East around seventy five hundred BC, it was long thought that the cat domestication was initiated in ancient Egypt. Since around thirty one hundred BC great respect was given to cats in ancient Egypt and they even had a feline goddess named Bastet or Bast. </w:t>
        <w:br/>
      </w:r>
    </w:p>
    <w:p>
      <w:r>
        <w:rPr>
          <w:sz w:val="22"/>
        </w:rPr>
        <w:t xml:space="preserve">There were great temples erected where they would breed cats specifically so that. The members of that temple, the people that worship them, would go and get them and then bring them home and they would be worshipped. They would be buried with their people. They would actually show remorse, or I should say not so much remorse, but morning at the death of one of their cats by shaving off their eyebrows. That was the way that they showed that they were in mourning for their cat so really great reverence. </w:t>
        <w:br/>
      </w:r>
    </w:p>
    <w:p>
      <w:r>
        <w:rPr>
          <w:sz w:val="22"/>
        </w:rPr>
        <w:t xml:space="preserve">And, i've seen this a lot in a lot of the cat memorabilia stuff that I collect that says, yes, they were worshipped at one time and they have never forgotten that and they will never forget it. And they're always going to let you know that they were once a great God. They're waiting for that to come back eventually. This is a really great graph. </w:t>
        <w:br/>
      </w:r>
    </w:p>
    <w:p>
      <w:r>
        <w:rPr>
          <w:sz w:val="22"/>
        </w:rPr>
        <w:t xml:space="preserve">I love this graph. It just breaks down the DNA sequences of 37 different species OK, so, you guys, I know this is recorded. So you guys can go back and you can look at this timeline and look at how this family tree just broke down all the way into our domesticated cat. It's way down here, domesticated cat. There's our fearless cat is down here and then the wild cat, the sand cat, the black footed cat and a jungle cat so. </w:t>
        <w:br/>
      </w:r>
    </w:p>
    <w:p>
      <w:r>
        <w:rPr>
          <w:sz w:val="22"/>
        </w:rPr>
        <w:t xml:space="preserve">All of these are linked, and you can see how they're linked and how that timeline has broken down so. Again, understand that these guys still carry a ton of that wild cat inside of them. That is a huge part of who they are. The anatomy of A of the domesticated cat, which includes the muscles, the nerves, the bones, the teeth, the claws, the hormones, all of its senses, is perfect for hunting prey or escaping danger. The domestic cat is also almost exactly the same as the anatomy of a lion or a tiger. </w:t>
        <w:br/>
      </w:r>
    </w:p>
    <w:p>
      <w:r>
        <w:rPr>
          <w:sz w:val="22"/>
        </w:rPr>
        <w:t xml:space="preserve">Almost the same, just in a much smaller. But just as ferocious package. Here is the skeletal cross section of a feline. This is a bobtail. See that little detail? It doesn't extend all the way out. One thing you need to understand about cats is that right here this scapula. It is not attached to the body, the bone. It's held in place by muscles, which I'm going to show you in a second here, but. </w:t>
        <w:br/>
      </w:r>
    </w:p>
    <w:p>
      <w:r>
        <w:rPr>
          <w:sz w:val="22"/>
        </w:rPr>
        <w:t xml:space="preserve">What I want you to know is this. These are the joint locations. So let's go back. Oh, sorry, back. Ok, so this scapula is not attached, but it is a joint. Here's a joint right here where it attaches to the humerus. Alright, so here we go. It is in this shoulder when we come down into that elbow. We also have a hip joint, a knee joint and a Hock joint. There's also a small joint down here at the wrist or where the carpools will start. These are the main points. The cats develop arthritis. Feline on arthritis, also known as degenerative joint disease DJD is very common in cast. It occurs when the cartilage that firm connective tissue that protects the ends of the bones. </w:t>
        <w:br/>
      </w:r>
    </w:p>
    <w:p>
      <w:r>
        <w:rPr>
          <w:sz w:val="22"/>
        </w:rPr>
        <w:t xml:space="preserve">When that tissue within a joint is just simply worn away, so that lack of that cartilage within that joint causes chronic unbearable pain and can lead to a very poor quality of life, it is when it starts to get down to bone on bone, but even before it is bone on bone, it can get very tender. Those of you out there that actually have arthritis, myself included, you know how painful. That can be and that weather affects it, food affects it, there are lots age affects it, there are lots of different things. So when we are working with a cat we need to be hyper aware that when we're pulling that leg out. </w:t>
        <w:br/>
      </w:r>
    </w:p>
    <w:p>
      <w:r>
        <w:rPr>
          <w:sz w:val="22"/>
        </w:rPr>
        <w:t xml:space="preserve">To cut now, so that we are not overextending, hyperextending or putting pressure on any of these joints in the front or in the back when we are grooming and we're lifting these back legs out to get into that sandy area that we are not overextending or putting undue pressure or stress on these joints. In all of my research. It says that most domesticated cats have some form of degenerative bone issue by the time they are four years old. Most domesticated cats have a fairly long life, some living up in until their twenties, so that is a long time. To deal with degenerative bone issues. Unlike other animals in number of feline bones is not the same for all cats typically have two thirty to two fifty. </w:t>
        <w:br/>
      </w:r>
    </w:p>
    <w:p>
      <w:r>
        <w:rPr>
          <w:sz w:val="22"/>
        </w:rPr>
        <w:t xml:space="preserve">Amount of bones. The range gives an average of about two forty four. The number is dependent on two factors. One is the number of toes that the cat has and the other one is the length of the tail. The longer the tail, the more bones. The more toes polydactyl, the more bones. The skeleton does these things, and these are just some of the things that skeleton does. Red blood cells are made inside the bone. They carry that needed oxygen around the body. </w:t>
        <w:br/>
      </w:r>
    </w:p>
    <w:p>
      <w:r>
        <w:rPr>
          <w:sz w:val="22"/>
        </w:rPr>
        <w:t xml:space="preserve">Within the inside the blood. It protects the inside of the cat's body and all the internal organs, so that the heart, the lungs, the kidney, and so on are kind of inside of a protective cage. It supports the cat's body. Without a skeleton, the cat would be flat on the floor like a sloppy cat pudding. There is a. Very intricate barry useful. Muscular system that overlays on top of the bones. So when we are moving this cat around watching a cat move. Understand that for every movement, it is affected by the way that this muscular system works in conjunction with how they attach to the bone. </w:t>
        <w:br/>
      </w:r>
    </w:p>
    <w:p>
      <w:r>
        <w:rPr>
          <w:sz w:val="22"/>
        </w:rPr>
        <w:t xml:space="preserve">Remember that scapula that was on the? Picture of the skeleton so. You have the spinal deltoid and the acroma deltoid and those, along with the levitator scapula here and the middle trapezius are all holding that scapula in place. It is not attached to the body and that allows them to stretch out and jump and leap and make all the movements that we see. Cat do that, a dog isn't able to. </w:t>
        <w:br/>
      </w:r>
    </w:p>
    <w:p>
      <w:r>
        <w:rPr>
          <w:sz w:val="22"/>
        </w:rPr>
        <w:t xml:space="preserve">The cats nervous system breaks down this way. The brain to the spinal cord, the peripheral nervous system that breaks into two groups. You have your cranial nerves all in the face muscles of the face, and then all the information from the senses to the brain. Then you have the spinal nerves that goes into the all into the body, into the muscles and then the muscles of the organs inside the body and the gland producing hormones and other substances. So it's it is a like a spiders web, everything is connected to everything. When we look at the internal organs. </w:t>
        <w:br/>
      </w:r>
    </w:p>
    <w:p>
      <w:r>
        <w:rPr>
          <w:sz w:val="22"/>
        </w:rPr>
        <w:t xml:space="preserve">Remember the skin is very paper thin layer. They have a very small amount of adipose tissue, so there is not a lot of fat. Even if you have the chunkiest monkey of a cat, there still is not a lot of fat adipose tissue and these organs are protected only by that skeleton and the muscle and then obviously the skin and fur. So when we are holding cats and we're leaning on them or we are holding them in a way that we have to apply pressure, these organs are very close. </w:t>
        <w:br/>
      </w:r>
    </w:p>
    <w:p>
      <w:r>
        <w:rPr>
          <w:sz w:val="22"/>
        </w:rPr>
        <w:t xml:space="preserve">And very easily affected by the way that we handle that animal. Just a little tidbit of information that a cat's brain is biologically more similar to a human brain than it is to a dog. Both humans and cats have identical regions in their brains that are responsible for emotions, so even though they might be a little bit aloof don't say that they are not. I hate to give them human traits, but you can't say that they are not a emotional animal, that they do not how that they do not know how to equate emotion to what they're doing. </w:t>
        <w:br/>
      </w:r>
    </w:p>
    <w:p>
      <w:r>
        <w:rPr>
          <w:sz w:val="22"/>
        </w:rPr>
        <w:t xml:space="preserve">I always say emotions are energy in motion, and I think that they are an emotional animal. Leonardo da Vinci said that the smallest feline is a masterpiece, and that is totally true when it comes to anatomy of a feline. They are Beautiful Creatures in so many different ways and they have some really unique anatomical structures. They per that's the intermittent, intermittent signaling by the diaphragm and the muscles in the larynx. To make that noise, they have whiskers or vibrissae. That they analyze everything that the cat touches via sensitive, very sensitive nerve endings. </w:t>
        <w:br/>
      </w:r>
    </w:p>
    <w:p>
      <w:r>
        <w:rPr>
          <w:sz w:val="22"/>
        </w:rPr>
        <w:t xml:space="preserve">They have that sandpaper tongue helps with grooming. It removes dirt and debris somewhat. We know that self grooming is a misnomer, but that tongue is there also to help rip and tear apart at meat and remove it from bones from small prey umm those barbs on that sandpaper tongue are made out of Curtin like their claws, and they do serve a very specific anatomical purpose. They have something called the Jacobson's Organ which is in the roof of the mouth. It helps cats analyze scents. Your cat's mouth will be partially open when they use this organ is also known as the Fleischman response. </w:t>
        <w:br/>
      </w:r>
    </w:p>
    <w:p>
      <w:r>
        <w:rPr>
          <w:sz w:val="22"/>
        </w:rPr>
        <w:t xml:space="preserve">You'll see them do this. They kind of roll that tongue up and lift their mouth open a little bit. And some of them will also make that chuffing sound, that kind of noise. The tail contains almost 10 % of the cats bones. It acts like a counterweight and helping them balance. The tail is also a communicator of its mood. Anyone that works with cats will always say watch the tail, it's going to tell you what that cat is thinking about doing. Understanding tail speak is an important part of reading feline body language and I mentioned this before polydactylism which is. </w:t>
        <w:br/>
      </w:r>
    </w:p>
    <w:p>
      <w:r>
        <w:rPr>
          <w:sz w:val="22"/>
        </w:rPr>
        <w:t xml:space="preserve">Six or more toes on each foot. My favorite thing is the primordial pouch. I love a chunky cat or a cat that has that big swaying tummy pouch. It's just that big loose flap of skin that runs along the length of the belly, but is more pronounced towards that back rear part just in front of the hind legs. It can often be seen swaying from side to side when the cat moves. I love it because I love big cats too, and big cats mostly have them, especially tigers which are a favorite of mine. Pet owners often attribute the primal primordial pouch to weight gain, but it is common on cats. </w:t>
        <w:br/>
      </w:r>
    </w:p>
    <w:p>
      <w:r>
        <w:rPr>
          <w:sz w:val="22"/>
        </w:rPr>
        <w:t xml:space="preserve">All shapes and sizes, even slim ones. So it doesn't necessarily mean that your cat is heavy. If it shows that primordial pouch. We do not understand what it is and there and why it's there, but we have lots of theories on what its purpose is. We think that it protects the vulnerable internal organs. We think that it can help the cat to stretch out when it's running or jumping. It can help with greater stomach expansion when the cat is actually eating or engorging on a large meal, and to provide a fat reserve in the amount of leaner times when it can't gorge on a big meal. </w:t>
        <w:br/>
      </w:r>
    </w:p>
    <w:p>
      <w:r>
        <w:rPr>
          <w:sz w:val="22"/>
        </w:rPr>
        <w:t xml:space="preserve">And I'm not convinced about this because of primordial pouch is mostly loose skin and fur, so I'm not sure if it really does provide much more of a fat reserve, but it's one of the theories that are out there. I just know that if you can. Get a cat to let you touch his tummy. That's my favorite part to just kind of motion around. As a massage therapist too, i love to just be able to let them trust me enough to touch that part of their body. </w:t>
        <w:br/>
      </w:r>
    </w:p>
    <w:p>
      <w:r>
        <w:rPr>
          <w:sz w:val="22"/>
        </w:rPr>
        <w:t xml:space="preserve">Feline skin contains more collagen and elastin than canines. It aids their body and stretching longer and reaching further out. The skeleton is very flexible. Shoulder blade is not fixed to the main skeleton, it gives them added power into that movement. 32 muscles in a cat's ears remember I said they can go and have directional hearing aids. They can face One Direction and one point in the ears can be different and also have complete independent. Movement how do you safely pick up a cat? Never by the scruff. Never by the front legs. </w:t>
        <w:br/>
      </w:r>
    </w:p>
    <w:p>
      <w:r>
        <w:rPr>
          <w:sz w:val="22"/>
        </w:rPr>
        <w:t xml:space="preserve">Never around the stomach by the rib cage. We want to always just reach in one hand. It's almost like a scooping and pick up underneath and support those back legs and feet cradling the rear of that cat's body so that they feel that sort of a seat that they're supported. A lot of times they freak out. And they get very uncomfortable because when we scruff, all that weight is being pulled down onto this back end of the body where we know that they have issues with giants. When we pulled by these front legs again we know they have joint issues and when we just scoop them from around their belly again, this is an uncomfortable area that they're very protective and vulnerable. </w:t>
        <w:br/>
      </w:r>
    </w:p>
    <w:p>
      <w:r>
        <w:rPr>
          <w:sz w:val="22"/>
        </w:rPr>
        <w:t xml:space="preserve">They're vulnerable area, the stomach area especially, and it is non supportive. They feel like their legs. We're just dangling out from under that, so we don't want to, we don't want them to feel unsupported at any time. Here's my 6 tips. For handling effectively when you're dealing with a fractious cat. So don't try and handle a fractious cap without assistance close by. </w:t>
        <w:br/>
      </w:r>
    </w:p>
    <w:p>
      <w:r>
        <w:rPr>
          <w:sz w:val="22"/>
        </w:rPr>
        <w:t xml:space="preserve">There is no shame in asking for assistance. Your main goal should be able to help this animal, and it should not be about ego that I can do this all by myself. It should be about I can do this to the best of my ability and if I need to have help because this cat is extremely fractious, I can ask for help and not feel shame in that. Make sure you have all your tools and restraint items assembled prior to working with the cat. Towels, blankets, muzzles. All those things that you want to utilize, and those are great. They all work wonderfully. But we cannot do that for the entire time we're working. We have to set short time limits for anything like muzzles and blankets and all that stuff. </w:t>
        <w:br/>
      </w:r>
    </w:p>
    <w:p>
      <w:r>
        <w:rPr>
          <w:sz w:val="22"/>
        </w:rPr>
        <w:t xml:space="preserve">We do not want to ever overstress the animal nail trimming done before anything else. Now I know Angie did hers and Angie talks about Angie Coates. She always says that you can also do it at the end. And I. 100 % wholeheartedly agree. I like to try to get them done first, but if that cat is so upset about having that done, save it for last. Do what works best for the cats and always try to create the most friendly of feline environments so that they are feeling not only supported in body and mind but also in spirit as well so that they are not. </w:t>
        <w:br/>
      </w:r>
    </w:p>
    <w:p>
      <w:r>
        <w:rPr>
          <w:sz w:val="22"/>
        </w:rPr>
        <w:t xml:space="preserve">Feeling that they are on edge. The last of this is I'm going to talk to you about some of the genetic mutations and how to work with them. Since this is a breed summit, I'm going to actually highlight some specific breeds. These are the top breeds with deformities now. I just kind of compiled this list from my research. You may have a different list as you do research, but these are the ones that I felt as though deserve the most attention. We have the Scottish fold, the American curl. The Persian, any of the exotics, the bobtails, these are new breed, which is kind of upsetting to me. </w:t>
        <w:br/>
      </w:r>
    </w:p>
    <w:p>
      <w:r>
        <w:rPr>
          <w:sz w:val="22"/>
        </w:rPr>
        <w:t xml:space="preserve">They're called twisty or squirrel cats and I'll show you. A picture of them they're. Upsetting at best. The mom, the munchkin, the Siamese and the main Coon. Now we can have mixes. I just did a Scottish fold bobtail. Persian mix the other day kitten. It was absolutely adorable, but it is probably going to have quite a few deformities genetically in that cocktail that it was given. So here's 2 pictures. </w:t>
        <w:br/>
      </w:r>
    </w:p>
    <w:p>
      <w:r>
        <w:rPr>
          <w:sz w:val="22"/>
        </w:rPr>
        <w:t xml:space="preserve">You have your Scottish fold and your American curl ears down for the Scottish fold. American curl. The ears curl backwards, you know, just up and over. It looks like their ears kind of flipped inside out. Are they cute? Abso freaking lutely. Do they come with genetic issues abso freaking lutely. And here's one of the biggies. They come with bone deformities. So if we look at these, this is a normal cat leg and foot with all the tarsals and the Tarsis here. These are the Scottish fold and the American curl have this as a common problem. </w:t>
        <w:br/>
      </w:r>
    </w:p>
    <w:p>
      <w:r>
        <w:rPr>
          <w:sz w:val="22"/>
        </w:rPr>
        <w:t xml:space="preserve">Do you see how the feet are not formed? Not all the bones are there. The bone is malformed and sits outside of the junction of where it should connect. And go back up. Sorry guys, let me go back one second here. It also has a lack of collagen, which helps build the synovial fluid in the joints. Here's the knee joints. More than likely these cats will also have a higher percentage of knee and hip and shoulder and elbow issues because they lack the collagen production. It's just one of those things that we get that year that lays down instead of stands up. </w:t>
        <w:br/>
      </w:r>
    </w:p>
    <w:p>
      <w:r>
        <w:rPr>
          <w:sz w:val="22"/>
        </w:rPr>
        <w:t xml:space="preserve">It also affects other parts of the of the body. Exotic Shorthairs and Persians. I am a Smooshy faced lover. I love good Smooshy faced dog and cat, although it is really hard on the animal to have that brachycephalic face. Here is I love this graph because the desired phenotype phenotypic traits in these cats would be considered a severe developmental abnormality in humans. The selection for extreme forms of Brachiocephalic or. Bracia Fowley must be reconsidered and that is Professor Martin Schmidt and his colleagues. </w:t>
        <w:br/>
      </w:r>
    </w:p>
    <w:p>
      <w:r>
        <w:rPr>
          <w:sz w:val="22"/>
        </w:rPr>
        <w:t xml:space="preserve">This is the British Veterinary Association. They want cats to be restored back to this typical feline look and not this bracelet phallic look even. 50 years ago, the Persian space was not this short. So when we look at what happens as we start, here's the domestic shorthair, it actually has a grief Melissa. It actually has a bridge of a nose. We start to when we came with the doll face. And then just started to really work. It look at the eye socket starts to open the nose, the mouth, the face. It just starts to degrade until this is what we are left with. </w:t>
        <w:br/>
      </w:r>
    </w:p>
    <w:p>
      <w:r>
        <w:rPr>
          <w:sz w:val="22"/>
        </w:rPr>
        <w:t xml:space="preserve">And that just causes a host of horrible health issues. American Bobtail, Japanese bobtail, Manx, twisty cats, squitten cats, kangaroo cats and squirrel cats. Here we go. Bobtails, even the Japanese bobtail, any kind of Manx little bobtail here. Some of them have a little bit longer. Here's our twisty squitten squirrel. Look at these legs. This cat can no longer maneuver itself in a normal manner. Because of the deformity. This is a spinal deformity for the bobtail. This without that tail they develop. Without the rest of those bones, they can develop a spinal deformity that eventually can render them unable to walk or walk or have any sort of balance. </w:t>
        <w:br/>
      </w:r>
    </w:p>
    <w:p>
      <w:r>
        <w:rPr>
          <w:sz w:val="22"/>
        </w:rPr>
        <w:t xml:space="preserve">When we look at the leg deformities, it's even harder to be able to. Understand why you'd want to do this to cats. The humorous may be shortened and or twisted. Look at the carpals of the wrist. The four leg bones are dramatically shortened, vestigial or absent, and if they're there they are completely twisted. The risk may attach directly to the elbow. Think of that you're the wrist is attached to the elbow. We are losing all the olness and the radius in there. The paws are usually deformed and actually look flipper like. This is not a good look. So we should not be perpetuating this. </w:t>
        <w:br/>
      </w:r>
    </w:p>
    <w:p>
      <w:r>
        <w:rPr>
          <w:sz w:val="22"/>
        </w:rPr>
        <w:t xml:space="preserve">But as a groomer, if these come to you, understand and know that these cats are going to require extreme care. Here is that. Look at that deformity on that leg. This is the radius. Look at that aye. And like, how could that not be painful? Siamese cats and munch munchkin cats. Two different breeds. Both of them look at these long legs and super angulated head. Look at these itty bitty legs and this little round muzzle with the big giant eyes. </w:t>
        <w:br/>
      </w:r>
    </w:p>
    <w:p>
      <w:r>
        <w:rPr>
          <w:sz w:val="22"/>
        </w:rPr>
        <w:t xml:space="preserve">Again, leg deformities. We are seeing all sorts of leg deformities, foot bone. Here it is hyper. The bone extends out past the joint. Junction pieces are not fully formed. Here again we see flipper type of feet. Here is that totally twisted joint, and the joint is completely twisted out of place, and that radius is fully bent out of place. Regular forelimb munchkin. Look at that. Look at the elbow joint. It is barely even there. It is in. It's like in a spot that this is so short and deformed that this is no longer an elbow. </w:t>
        <w:br/>
      </w:r>
    </w:p>
    <w:p>
      <w:r>
        <w:rPr>
          <w:sz w:val="22"/>
        </w:rPr>
        <w:t xml:space="preserve">So think about movement the gate the way that breed is supposed to actually move it's hindered. So Maine Coons are on the rise as many people. I just did a munchkin the other day and then A and a rag doll as well and they are also two breeds that are on the rise but. Maine Coon has exploded. People want for everybody that wants the itty bitty dogs. Most of these, a lot of these cat people are wanting these humongous Maine Coons and these ginormous cats and they have that extreme size genetic and unfortunately that is. </w:t>
        <w:br/>
      </w:r>
    </w:p>
    <w:p>
      <w:r>
        <w:rPr>
          <w:sz w:val="22"/>
        </w:rPr>
        <w:t xml:space="preserve">Causing all sorts of problems when you start to make a cat bigger than it really genetically is predisposed to be. So the biggest issue is hip dysplasia, which as a dog groomer we see this in our giant breeds. We see this even in some of our medium breeds that are being bred larger and thicker. A lot of the bully breeds, we're seeing that in, well, we're seeing this now in these gigantic cat breeds, primarily the main Coon. They're mixing some of the Siberians. In there to get that jacket, bring this Siberians bigger. </w:t>
        <w:br/>
      </w:r>
    </w:p>
    <w:p>
      <w:r>
        <w:rPr>
          <w:sz w:val="22"/>
        </w:rPr>
        <w:t xml:space="preserve">They are just. Playing with genetics and it is unfortunate because hip dysplasia is becoming a real problem. This is a normal set of hips. See how that ball and socket. Fit together like a glove. Look at it over here. Look at all this space in here. Do not. Sit together the synovial fluid, the line of synovial fluid and the cushioning in there is not there. </w:t>
        <w:br/>
      </w:r>
    </w:p>
    <w:p>
      <w:r>
        <w:rPr>
          <w:sz w:val="22"/>
        </w:rPr>
        <w:t xml:space="preserve">It just is not able to support the weight and the function. This one's a little bit harder to see, but you can see how that this sits beautifully in there and then this one is out of place. Again, severe. This one mild. This one severe. It just is. A progressive thing? It will get worse as it gets bigger, and it will get worse as it gets older. They also are predisposed to HCM within the heart. This is a healthy heart. And then we see that this tissue builds up within the heart causing a dysfunction. </w:t>
        <w:br/>
      </w:r>
    </w:p>
    <w:p>
      <w:r>
        <w:rPr>
          <w:sz w:val="22"/>
        </w:rPr>
        <w:t xml:space="preserve">It's a shame because they're beautiful, beautiful animals and unfortunately when we look at this gorgeous cat. We're causing a lot of issue to it, but it's not our place to tell clients that. It's not our place to tell clients they shouldn't have this or that freed or that this freed or that breed is better or worse. What it is our job to educate the client on the issues that we know that come with the breed and work appropriately to help alleviate any suffering that animal will. </w:t>
        <w:br/>
      </w:r>
    </w:p>
    <w:p>
      <w:r>
        <w:rPr>
          <w:sz w:val="22"/>
        </w:rPr>
        <w:t xml:space="preserve">Have when it is in our care, so when we see these big guys over stressing that heart. Even in the smallest braids is not a good thing. But when we are trying to trim nails or maneuver that body to shave out, especially in this area right in here where the tummy sanny trims go and we're pulling these legs out, twisting and moving this cat to try and clean up underneath there and do everything we need to do in there. We need to take into consideration that already just your regular run of the mill domestic shorthair cat, domestic long hair cat, what used to be called the alley cat. Already by the age of four years old is probably experiencing some degenerative joint disease. </w:t>
        <w:br/>
      </w:r>
    </w:p>
    <w:p>
      <w:r>
        <w:rPr>
          <w:sz w:val="22"/>
        </w:rPr>
        <w:t xml:space="preserve">Now when you take a cat that has been bred for a specific aesthetic, we know factually through. The veterinary journals that these animals are experiencing almost like a hyper. Issue with joints not being formed correctly with dysplasia, which means it's not. It's literally it's displaced of those joints and so that's already causing an issue. So of course that animal is going to be fractious. Of course that animal is going to be more touchy when you're trying to move it and maneuver it in certain ways. </w:t>
        <w:br/>
      </w:r>
    </w:p>
    <w:p>
      <w:r>
        <w:rPr>
          <w:sz w:val="22"/>
        </w:rPr>
        <w:t xml:space="preserve">Number one, it's just not natural. Number two it probably hurts so. When as a groomer we're looking at these specific breeds, we also need to look at that cat as an individual, and we know that even though with a breed, a specific breed attached. Just the fearless cattus itself. Is already experiencing issues that can make its life much more painful, like hip dysplasia. Or any of the other ones the heart issues as well. Some have breathing issues with brachiocephalic faces. </w:t>
        <w:br/>
      </w:r>
    </w:p>
    <w:p>
      <w:r>
        <w:rPr>
          <w:sz w:val="22"/>
        </w:rPr>
        <w:t xml:space="preserve">Some also will come across as ones that have just are already anxious. It just comes with the breed. Like the orientals or the sinese they are prone to with that long skinny. Their face is kind of triangular. For some reason they are have a high incidence of asthma and asthmatic attacks, so cats are already extremely susceptible to sense and smells around them, so be hyper aware of that. Again, a lot of those facts can be. Now within those associations I gave you at the beginning of the presentation. Yep, you there, you there. You're awesome. And I thank you so much for joining me today. </w:t>
        <w:br/>
      </w:r>
    </w:p>
    <w:p>
      <w:r>
        <w:rPr>
          <w:sz w:val="22"/>
        </w:rPr>
        <w:t xml:space="preserve">This is me. I'm the oily grammar. This is where you can find me and I will answer any questions you guys have now if anybody is live on and has questions or feel free to contact me through any of these mediums and I'll happily answer any questions about the presentation. Also reminder, if you have a summit membership, you could ask. You could tag Melissa in the group and ask her questions, absolutely. Ok. So we'll give it a minute if anyone has any questions, but we will be taking a half hour break and we will be coming back with Melissa. Thank you question OK, what's your take on muzzling, coning, etcetera, restraining? Like I said in the, in the, in the presentation umm. </w:t>
        <w:br/>
      </w:r>
    </w:p>
    <w:p>
      <w:r>
        <w:rPr>
          <w:sz w:val="22"/>
        </w:rPr>
        <w:t xml:space="preserve">I prefer to use those I've. I feel like those are tools just like any other tool, and they need to be used properly for them to be effective. I also use them in very short bursts, like only for a moment or so to get one thing done and then take it off or put it away. I do not like to use heavy restraints and muzzle for an entire groom. I may pop the cone muzzle i call it looks like the horse. You know, the ones that they use on horses that covers their eyes, but it's all mesh. </w:t>
        <w:br/>
      </w:r>
    </w:p>
    <w:p>
      <w:r>
        <w:rPr>
          <w:sz w:val="22"/>
        </w:rPr>
        <w:t xml:space="preserve">They have a cat muzzle like that. That's my favorite and has little Velcro and it's the least intrusive. Because they can still kind of see what's going on and they can breathe and it's not heavy, but even that, I'll only use that for a moment or two. So again, it's tool and it needs to be used briefly. What is christina's 8 year old cat under his chin or side of his face? I've seen this in just a few cats. </w:t>
        <w:br/>
      </w:r>
    </w:p>
    <w:p>
      <w:r>
        <w:rPr>
          <w:sz w:val="22"/>
        </w:rPr>
        <w:t xml:space="preserve">They might be doing the Fleischmann's response. You know, they may be trying to basically read the air around that. When they make that noise, you know when you hear that. It could also be a stress response. So hopefully that helps you, Christina. Again, they're all well. Yes, it fits OK. Yeah, it could be the fleischmanns response. That's you know, or just a basic stress response. I mean, like people get stressed and they have ticks. You know, we do certain things when we're stressed. Cats will do the same. So will dogs. I do want to add just to continue on with Gabby's question. So I was an unrestrained cat groomer for probably the last. </w:t>
        <w:br/>
      </w:r>
    </w:p>
    <w:p>
      <w:r>
        <w:rPr>
          <w:sz w:val="22"/>
        </w:rPr>
        <w:t xml:space="preserve">10 or so years that I was grooming and but what I mean by that is little restraint, all right? So and I found when you worked with the cat, rather than trying to force them to do something, it literally took like 3 grooms. I would have cats that were banned from other facilities and out. 3 grooms. Doing it, working with them turned them around. If it didn't turn them around in three grooms, it was unlikely it was going to this. That makes sense. </w:t>
        <w:br/>
      </w:r>
    </w:p>
    <w:p>
      <w:r>
        <w:rPr>
          <w:sz w:val="22"/>
        </w:rPr>
        <w:t xml:space="preserve">Yeah, absolutely. And that's how that's how I feel is that it's those things are tools to use, but only in a very small window of opportunity to get something done. So, Umm, Catherine never looped because they're fast, they will snap their neck OK. The track Saver is an also another tool that could be really effective for securing cats and. Think that's about that's about it. I'm not a fan of the muscles that go around the face, and that's because it's touching the whiskers, yes. </w:t>
        <w:br/>
      </w:r>
    </w:p>
    <w:p>
      <w:r>
        <w:rPr>
          <w:sz w:val="22"/>
        </w:rPr>
        <w:t xml:space="preserve">But other than that, I mean, so like I said, the least amount of restraint on a cat long term, even if it takes a couple of rooms to get there, it's you're playing for the long game, not the short game, right? I agree. Ok, so we will be back in a half hour with melissa again. I'll do this again for canines. So see everybody in a half hour.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