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Feline Tips And Tricks</w:t>
      </w:r>
    </w:p>
    <w:p>
      <w:r>
        <w:rPr>
          <w:sz w:val="22"/>
        </w:rPr>
        <w:t xml:space="preserve">So good morning everybody or good afternoon depending on where you are and welcome to the first summit of the 2023 be regrouping Summit we're going to start off with Angie. Take it away. Oh, actually, wait, wait. Do a little bit of housekeeping really fast, OK? If you have a membership. You have six weeks to watch this recording. If you have purchased this a la carte, you have three weeks. If you need closed captioning, you need to enable it in zoom so closed captioning is on, but you have to enable it at your end. </w:t>
        <w:br/>
      </w:r>
    </w:p>
    <w:p>
      <w:r>
        <w:rPr>
          <w:sz w:val="22"/>
        </w:rPr>
        <w:t xml:space="preserve">Transcripts will be provided later today with the along with the recordings. The recordings go up pretty quickly, so by the end of today, all of today's recordings and transcripts will be available on the website if anyone has any trouble accessing. The recordings, please send me a message, I will help you out. All yours, Angie. All right. Thank you. All right. Welcome, everyone, and let's dive in. </w:t>
        <w:br/>
      </w:r>
    </w:p>
    <w:p>
      <w:r>
        <w:rPr>
          <w:sz w:val="22"/>
        </w:rPr>
        <w:t xml:space="preserve">So today's first class is feline tips and tricks. I'm Angie Coates. I've been drumming for 34 years. I don't know, very successful salon. And the best ways to reach me are Facebook. Messenger or text me. Don't call me. I'm not going to answer the phone. If it's a number I don't recognize and especially if I'm working on a pet. If you text me, I'll get back to you because I'll see it when I'm done with the pet and I am in the picture room. So text me or messenger me. So my goal today is to give you some ideas that you can incorporate into your cat grooming routine to make your cat grooming easier. </w:t>
        <w:br/>
      </w:r>
    </w:p>
    <w:p>
      <w:r>
        <w:rPr>
          <w:sz w:val="22"/>
        </w:rPr>
        <w:t xml:space="preserve">As always, the disclaimer. The information in this program is designed for educational purposes only. It is solely advisory and the authors cannot be held responsible for actions taken in regard regarding this program. We offer no warranty they're white or expressed in all material is accurate to the best of my knowledge. Today's topics. Intake makes the day easier by the numbers. Tools and assistance methods handling. What about the scary cats? Because we all know there are scary cats. </w:t>
        <w:br/>
      </w:r>
    </w:p>
    <w:p>
      <w:r>
        <w:rPr>
          <w:sz w:val="22"/>
        </w:rPr>
        <w:t xml:space="preserve">And keeping them coming back from you. What's David? Intake makes the big easier. Proper intake ensures you don't get in over your head. There are no surprises after the owner has left, and you're not liable for issues that they created. That magically appeared when you opened the crate. So this picture here. This cat came in and you can see the healing holes in her skin. She had seven of them around her head, neck and face. So I popped her out of the crate. And when I do intake I start at the top. </w:t>
        <w:br/>
      </w:r>
    </w:p>
    <w:p>
      <w:r>
        <w:rPr>
          <w:sz w:val="22"/>
        </w:rPr>
        <w:t xml:space="preserve">Start the note and I go all the way back. And that owner cannot leave. Until I am finished with intake. Normally intake takes about 3 minutes. Sometimes it takes longer. This cat was pelted to the skin. And he had attempted to cut the mats off around her head because the matting had gone all the way up her cheeks. So when she went to squat to urinate. It pulled on her face. Like a facelift. He had cut her seven times. </w:t>
        <w:br/>
      </w:r>
    </w:p>
    <w:p>
      <w:r>
        <w:rPr>
          <w:sz w:val="22"/>
        </w:rPr>
        <w:t xml:space="preserve">And he said he may have nicked her once. So I knew immediately when I took her out of the crate that I was looking for holes. And I found seven of them. I took pictures of all of them. And I documented their position and where they were on the cat. And I had him sign that he created. These issues additionally. I refused to. Because of. The mat. I brushed out the what was left on her face. And the area around her neck. But I refuse to shave in the areas about a quarter size around those holes. </w:t>
        <w:br/>
      </w:r>
    </w:p>
    <w:p>
      <w:r>
        <w:rPr>
          <w:sz w:val="22"/>
        </w:rPr>
        <w:t xml:space="preserve">I left them in zoos. Because I didn't want him saying that I had made them worse or if there was needed to be stitches or anything like that. I'm not paying that Bill. He created this mess. I am not responsible for this. And so. And I also called the vet for him. So he could have her scene because one of the holes was actually oozing. And she ended up. And he was like, yeah, i'll you know, take care. </w:t>
        <w:br/>
      </w:r>
    </w:p>
    <w:p>
      <w:r>
        <w:rPr>
          <w:sz w:val="22"/>
        </w:rPr>
        <w:t xml:space="preserve">And frankly, I didn't believe him. So I called the vet while he was standing right there and just passing the phone. Here to help you make an appointment now. And when people feel that they're backed into that position, they'll actually do it. But if I had let him leave, he probably would never have had her seen. So intake is really important. So Rule 1, the owner doesn't leave until intake is done ever for any reason. </w:t>
        <w:br/>
      </w:r>
    </w:p>
    <w:p>
      <w:r>
        <w:rPr>
          <w:sz w:val="22"/>
        </w:rPr>
        <w:t xml:space="preserve">There's no drop and go kind of thing. You don't get to walk out that door until you have signed off on the form after I have done intake. This is in different cat and. The owner said she's not bad. She was pulled into the skin. Not bad. By what comparison? Rule 2 is it owner must sign off on the intake form before the groom begins. If they don't sign, I'm not touching it. I'm not grooming. If you do not sign the form, I'm not touching that cat or dog. </w:t>
        <w:br/>
      </w:r>
    </w:p>
    <w:p>
      <w:r>
        <w:rPr>
          <w:sz w:val="22"/>
        </w:rPr>
        <w:t xml:space="preserve">Because we have a form for dogs and bunnies as well. Document everything with pictures and video so. I have an assistant. And I take pictures throughout the group if it's something like a Celtic room. Or if there are other. Like here we have an ingrown toe toenail. And so that is. Right, as you can see. Take a picture of it, documented everything. So if they're madding. Cut from owners feces stuck to the rear because we know that when that. </w:t>
        <w:br/>
      </w:r>
    </w:p>
    <w:p>
      <w:r>
        <w:rPr>
          <w:sz w:val="22"/>
        </w:rPr>
        <w:t xml:space="preserve">Pieces comes off. There may be fecal sculpt underneath it and. If they come back and say well this is Clipper burn. No and on the form that I have under. It you know, it says there's feces stuck to the rear. It very clearly states that this area may be red, may be swollen, maybe sensitive, maybe chafe due to the feces or urine. And the mounting that is on the rear end. This is not. </w:t>
        <w:br/>
      </w:r>
    </w:p>
    <w:p>
      <w:r>
        <w:rPr>
          <w:sz w:val="22"/>
        </w:rPr>
        <w:t xml:space="preserve">Flipper burn. This was created by your neglect, not by my room. So all of this is. Clearly written out as to what may be present underneath. What's there that they can't see? So like with the matting and the pelting. There could be lesions under there and that's happened a few times. There may be cuts from the owners from them trying to cut out the mats and instead they cut the skin umm. </w:t>
        <w:br/>
      </w:r>
    </w:p>
    <w:p>
      <w:r>
        <w:rPr>
          <w:sz w:val="22"/>
        </w:rPr>
        <w:t xml:space="preserve">Eye discharge on dogs and cats. They can have all in here, can be raw, red, swollen, sore and then they'll come back later and say, oh, you cut no. That is not Clipper burn, that is not cut. That was created by you leaving this. Clump of goo on this pet space or. Months at a time. And ingrown nails. So if the nail is lightly touching the pad, I will cut the nail if it's into the pad. I'm out, I'm out. You need a vet because it's going to create a whole. Bigger than I can deal with. And now you're gonna need what if there's an infection in there? What if there's bacteria in there? What if there's? No go to the vet and have them deal with it. </w:t>
        <w:br/>
      </w:r>
    </w:p>
    <w:p>
      <w:r>
        <w:rPr>
          <w:sz w:val="22"/>
        </w:rPr>
        <w:t xml:space="preserve">Plus they have silver nitrate and they have pain meds and all these sorts of things that I don't have. Because they don't have a medical degree so. When it comes to things like that, you just go see a vet. Because that's out of my realm. So there are quite a few things about cat grooming that are different from dog grooming umm. Hankering is specialty grooming. Because you have to be a little bit crazy in Group chat. And I love cat grooming. </w:t>
        <w:br/>
      </w:r>
    </w:p>
    <w:p>
      <w:r>
        <w:rPr>
          <w:sz w:val="22"/>
        </w:rPr>
        <w:t xml:space="preserve">I think it's awesome. It's so much fun but. A ten pound cat is equal to a fifty pound dog. And if a ten pound cat decides they're going to be irascible? If a twenty pound cat decides they're going to be fractious. We have a problem. And it can be a very scary problem. Because they have lots and lots of weapons umm. Cats, because they're smaller, usually take less time than dogs do. But they should still cost more. So it's specialty grooming. And if that pet is. Fractious then. </w:t>
        <w:br/>
      </w:r>
    </w:p>
    <w:p>
      <w:r>
        <w:rPr>
          <w:sz w:val="22"/>
        </w:rPr>
        <w:t xml:space="preserve">You know it. You need different set of skills and that skills translates to money. So the next thing about cat grooming? Is the Clippers. So when it comes to cat grooming. Torque is much more important than speed. Now, every time I actually looked at about 30 different types of Clippers. When I was putting this class together. Because I wanted to compare torque and speed to give you like a chart however. They don't list that. The only one I found that even lists torque. As a thing or you know a qualifier is escalate. </w:t>
        <w:br/>
      </w:r>
    </w:p>
    <w:p>
      <w:r>
        <w:rPr>
          <w:sz w:val="22"/>
        </w:rPr>
        <w:t xml:space="preserve">Every other brand will tell you, oh, it has 3000 to 6000 strokes per minute. It has 4000 to 8000 strokes per minute. It's all about the speed. But when you're dealing with pelting, like with cats and rabbits. Torque get you further than speed because. Going faster? When you are cutting through a pelting. Just makes the blade hotter. And it doesn't cut. As quickly, which is weird. You can have high speed, low torque. And that will not cut as fast. As high torque, low speed. Because you can't speed shave a felted animal. </w:t>
        <w:br/>
      </w:r>
    </w:p>
    <w:p>
      <w:r>
        <w:rPr>
          <w:sz w:val="22"/>
        </w:rPr>
        <w:t xml:space="preserve">You can't. Because you can't see what's underneath that. So as you're going and you're rolling your blade as you do, you know getting down to it and you're saw essentially sawing under this pelt. The torch. Will cut through the hair easier. Then speed will. So my preferred Clipper for all pelted cats and bunnies. Is the Escalat Fav 5 corded Clipper? I also have the cordless but it doesn't have as much power. So I like the corded version better. I mean, ideally, who wouldn't love to have you be able to use cordless? But we all know with pelted pets, it just it doesn't have enough. </w:t>
        <w:br/>
      </w:r>
    </w:p>
    <w:p>
      <w:r>
        <w:rPr>
          <w:sz w:val="22"/>
        </w:rPr>
        <w:t xml:space="preserve">Maybe in a few years. It will. They'll make one that is equivalent. But right now i just don't think we have the technology available to have the same power. So this is my go to umm. And these go for about 300$ and they'll last you a career. Because the drive doesn't even have to be changed, except for like every seven years or so, because the metal drive is not plastic. Still, your maintenance is less. And i don't have any brand affiliation with the company or anything. I'm not a paid advertiser. But I wanted to give you guys. </w:t>
        <w:br/>
      </w:r>
    </w:p>
    <w:p>
      <w:r>
        <w:rPr>
          <w:sz w:val="22"/>
        </w:rPr>
        <w:t xml:space="preserve">An idea of what? Works well for me. Because maybe it will work really well for you if you're having a difficulty with. You know we're coming into pelting season. Winter is you know we're in mid swing we just had the winter solstice so that means the there's the animals are shedding out and. For those that don't bother to get their cat groomed on a regular basis. Helping is gonna happen. We've got maybe next month we're going to start seeing them and they're going to be popping up February, March, April, and God forbid they have to wait until May. </w:t>
        <w:br/>
      </w:r>
    </w:p>
    <w:p>
      <w:r>
        <w:rPr>
          <w:sz w:val="22"/>
        </w:rPr>
        <w:t xml:space="preserve">So scheduling cats is easier than scheduling dogs. Because owners generally. For the most part, my cat owners are straight up honest and go, oh, he's a mess. And you know my assistant or I will ask, is he pelted? And they go, Oh yeah yeah. Where the dogs, they're like no he's in perfect condition. I don't have those dogs anymore. All mine are on a regular schedule but. For the Cats cat owners straight up yeah no. Ok, that will need a 2 hour time block. Scheduling your time for cats can be simpler once you know your speed. </w:t>
        <w:br/>
      </w:r>
    </w:p>
    <w:p>
      <w:r>
        <w:rPr>
          <w:sz w:val="22"/>
        </w:rPr>
        <w:t xml:space="preserve">So for me I can bathe dry and come out and maintenance cat like so somebody on a regular board of six week schedule. In 45 minutes. Long haired Persian. But I book an hour. Because clean up. Because I have to clean up the tub and or hexit, clean the table back in the room, do all that stuff to make sure I'm not passing anything else on. Then I have to clean my equipment. </w:t>
        <w:br/>
      </w:r>
    </w:p>
    <w:p>
      <w:r>
        <w:rPr>
          <w:sz w:val="22"/>
        </w:rPr>
        <w:t xml:space="preserve">Take me about 15 minutes. So i booked that as an hour. And I add 30 minutes if the cat needs a haircut. Like regular haircut. Not felted, just regular trim. And so, 90 minutes for a bath and haircut on a maintenance cap. A new cat that's mad at her pelted. I'll book 2 hours. I may or may not bathe the cat that day. It all depends on the cat. </w:t>
        <w:br/>
      </w:r>
    </w:p>
    <w:p>
      <w:r>
        <w:rPr>
          <w:sz w:val="22"/>
        </w:rPr>
        <w:t xml:space="preserve">So if this is a 16 year old cat and I'm removing the pelting and like a turtle shell. I'm not bathing the cat, don't they? I'm not however. They will pay for the haircut as well as the bath that day. And then I make an appointment for them to come back for the back. So if they're already paid for that second portion. But you're paying for it before you leave, because otherwise you're not going to come back because you let the cat get into this position to begin with. </w:t>
        <w:br/>
      </w:r>
    </w:p>
    <w:p>
      <w:r>
        <w:rPr>
          <w:sz w:val="22"/>
        </w:rPr>
        <w:t xml:space="preserve">So obviously their comfort and grooming is not high on your hit list so. You pay for everything up front. I'll shave off all the pelting, get all of that sorted out. They still need a bath because that pelting held all that dander and skin and oil and stuff underneath there, and a waterless isn't going to be enough to get that off. So bring the cat back. I will bathe it in three days or next week. And then I can get the cat all sorted out and looking good. Nail trims. I book in 10 minute walks and I will have days that are just nail trim days. </w:t>
        <w:br/>
      </w:r>
    </w:p>
    <w:p>
      <w:r>
        <w:rPr>
          <w:sz w:val="22"/>
        </w:rPr>
        <w:t xml:space="preserve">Cat, money and dog and. Start at eight thirty. And do 10 minute walks of nails all day long. And I charge 100$ an hour. And nail terms are 20 bucks. So and that's, you know, nail filing and for the bunnies and the dogs and. Just I don't file cat nails umm. But it's 20$ and you can get a lot of them done in one day. There was a day I did 63 nail trims in one day. So is something you guys may want to consider if you have. maybe. What doing this year, what we're doing this year going forward is one day a month is going to be nailed from day and. </w:t>
        <w:br/>
      </w:r>
    </w:p>
    <w:p>
      <w:r>
        <w:rPr>
          <w:sz w:val="22"/>
        </w:rPr>
        <w:t xml:space="preserve">It's a very profitable day. And we. Call it a nail clinic. And we book appointments for the nail trim so that they still get the text message reminder and. And then they just come in and we get them done. You know, one at a time. And it's very profitable and it's really easy day. It's just nail all day long. Thank you very much for the money. I don't know why I waited so long to make this a regular thing. </w:t>
        <w:br/>
      </w:r>
    </w:p>
    <w:p>
      <w:r>
        <w:rPr>
          <w:sz w:val="22"/>
        </w:rPr>
        <w:t xml:space="preserve">I wish I had done this 20 years ago. Tools and assistance so we have many tools at our disposal for cat grooming. Some work better than others. And I'll help you save some time and some money trying out stuff that. Isn't really. A thing or work as well. Yes, the 63 nails room was in a salon. no i am salon based. I am not house call or mobile. But I do know a mobile, a mobile groomer. </w:t>
        <w:br/>
      </w:r>
    </w:p>
    <w:p>
      <w:r>
        <w:rPr>
          <w:sz w:val="22"/>
        </w:rPr>
        <w:t xml:space="preserve">That will go into. The, you know, the retirement communities. So they will post on Facebook. That they are going to this retirement community and they will be there from this time to this time because my step grandma lives in Florida. And her mobile groomer comes in and she takes her Kitty out for a nail trim, short haired cat and she maintains them and she takes her Kitty out for the nail trim. And the whole community, very large community, there are hundreds of people. Most of them have pets. So what they do is she makes appointments, sets up appointments for them. </w:t>
        <w:br/>
      </w:r>
    </w:p>
    <w:p>
      <w:r>
        <w:rPr>
          <w:sz w:val="22"/>
        </w:rPr>
        <w:t xml:space="preserve">The rumor. And she takes them in, she has an assistant and they all have like little dogs or cats. And she will pull into this retirement community. She'll be there for about 3 hours and she does about. 100 to 150 nail primms. That's all she does. That day is just now turning. And then she goes to the next retirement community so if you are mobile. That may be something that you might want to consider. Is doing a nail trim day. For the retirement communities, because so many of the elderly have small pets that need nail trims on a regular basis and she goes every month and they just. Ring it's more important for them to have their pets nails done. </w:t>
        <w:br/>
      </w:r>
    </w:p>
    <w:p>
      <w:r>
        <w:rPr>
          <w:sz w:val="22"/>
        </w:rPr>
        <w:t xml:space="preserve">Because their skin. As we age, our skin becomes much more tender. And delicate and a little scratch to me is not a big deal. However, when you're 80 or 90 and your skin is deeper. It becomes much more a thing. And they can develop blood clots and massive hematomas on the skin from these scratches from their pads, so they're much more in tune. With having their nails done on a consistent and regular basis. </w:t>
        <w:br/>
      </w:r>
    </w:p>
    <w:p>
      <w:r>
        <w:rPr>
          <w:sz w:val="22"/>
        </w:rPr>
        <w:t xml:space="preserve">So if you're mobile, I would definitely take advantage of that. All right, so. Some of the tools that we have at our disposal. First gloves. So you can see the black gloves. Those are two versions of Chris' gloves, the All Black Glove. And blauer is the brand that I prefer. And what frisk gloves are is law enforcement wears them when they're doing popped out. Because people have needles. And sharps of different types. And you don't want them poking in your skin because. There's lots of diseases that can go along with that. So police work Chris gloves because you can still feel through the glove. They're not so thick as so you can't feel something. </w:t>
        <w:br/>
      </w:r>
    </w:p>
    <w:p>
      <w:r>
        <w:rPr>
          <w:sz w:val="22"/>
        </w:rPr>
        <w:t xml:space="preserve">But so you have. You know they're bendable, flexible, but you're not going to end up with a needle in your in your finger. They have great movement. You can't put shears over them. So your whatever hand you scissor with. You're not gonna be able to fit the glove over and still be able to scissor so you can wear it on your off hand. Just not on your scissorhand while you're scissoring. </w:t>
        <w:br/>
      </w:r>
    </w:p>
    <w:p>
      <w:r>
        <w:rPr>
          <w:sz w:val="22"/>
        </w:rPr>
        <w:t xml:space="preserve">Then there are the Kevlar gloves. So the Kevlar gloves are the leathery looking ones that are in the top middle. And the movement of hands and fingers is a bit more limited because the leather is a thicker material. These are not washable. So the first gloves, those are the ones on the far right that they are both types of frisk gloves. But the Kevlar ones have a bit more lining to them. You can't wash them, but you can wipe them down with you. Just put chlorex on a on a rag. And wipe the gloves down just like you were washing your hands. With the rat. </w:t>
        <w:br/>
      </w:r>
    </w:p>
    <w:p>
      <w:r>
        <w:rPr>
          <w:sz w:val="22"/>
        </w:rPr>
        <w:t xml:space="preserve">Ok. The bite Buster. Zero movement. Your hand is literally like. It's this. You can't even really bend your fingers more than like that umm. They are very easy to clean and they're great for an assistant to put a hand wall, so with some cats. We I have my assistant and all she does is she'll put the bite Buster gloves on. And she just puts the. Her hands on each side of the cat's face. She's not holding anything because you can't rip. But she just puts them on each side of the cat's face. And that way, if the cat is going to turn, it's going to turn into the bite Buster. </w:t>
        <w:br/>
      </w:r>
    </w:p>
    <w:p>
      <w:r>
        <w:rPr>
          <w:sz w:val="22"/>
        </w:rPr>
        <w:t xml:space="preserve">Now Mary says she can't wear the bite Buster sleeves, which will get you on the next slide. Because it causes a rash for her. And she used to use a heavy sweatshirt to protect her arm. So a heavy sweatshirt is great. It just ends up really hairy. And these are the Kevlar sleeves here and. They work. Amazingly well if. You're not prone to rashes. They cannot bite through them, they cannot scratch through them. </w:t>
        <w:br/>
      </w:r>
    </w:p>
    <w:p>
      <w:r>
        <w:rPr>
          <w:sz w:val="22"/>
        </w:rPr>
        <w:t xml:space="preserve">And if you don't have super sensitive skin, so worth the money, so worth the money. Angie, my assistant uses this. I do a lot of very fractious cats that need sedation to go to the vet and I don't do drug tests. So they come to me without anything. And they're cranky. So she will wear usually one of the Kevlar gloves. And one of the first gloves. And then I have the other frisk glove on my hand, on my off hand and. She wears the Kevlar sleeve and. That's how we avoid issues umm. </w:t>
        <w:br/>
      </w:r>
    </w:p>
    <w:p>
      <w:r>
        <w:rPr>
          <w:sz w:val="22"/>
        </w:rPr>
        <w:t xml:space="preserve">With the with the pets and it has worked out exceptionally well muzzle. Don't bother. You're just going to escalate because what muscles do is the maxillary bimber side, the whiskers on the cat's face when you depress them. What you do is it's stimulation. So you take a cat that's a little bit cranky and you make it really cranky. Don't bother. You're just creating more stress and escalating the issues. Don't do that. Don't make your job harder. There's no point cones the fabric works really well and they look like a little cow and it's kind of funny. No, but the more Wiley cats can get the fabric ones off really easy. </w:t>
        <w:br/>
      </w:r>
    </w:p>
    <w:p>
      <w:r>
        <w:rPr>
          <w:sz w:val="22"/>
        </w:rPr>
        <w:t xml:space="preserve">Because what they do is they get their back feet up and they just go. And it pops right off. But if you have a cat that is a bit noise sensitive. What I'll do is, I'll put, you know, because of the Clipper. If they're getting a haircut, they're pelted. I'll put a happy hoodie on and then I put the cow fabric cone on and they're like, oh. Ok, I can deal with that. Because they can't see all the motion going on behind them. They just have the little cone and. Angie's in front of them and she just sits there and she just kind of passed their head and they're like, oh, I can do this is acceptable. </w:t>
        <w:br/>
      </w:r>
    </w:p>
    <w:p>
      <w:r>
        <w:rPr>
          <w:sz w:val="22"/>
        </w:rPr>
        <w:t xml:space="preserve">The green cone. That's the one down the bottom. I like the green cone a lot. I use that when we have one of the naughty cats. It's 7 4 ounces. So it's well under the sustained maximum of 11 ounces for a cat 's neck. So a cat's neck. Their spinal cord is actually very delicate. So you never want to have more weight on a cat's neck for any period of time that is greater than 11 ounces. </w:t>
        <w:br/>
      </w:r>
    </w:p>
    <w:p>
      <w:r>
        <w:rPr>
          <w:sz w:val="22"/>
        </w:rPr>
        <w:t xml:space="preserve">Because they don't have the depth of bone. To sustain anything more than that. So it's not even a pound umm. And you know, we'll have people that come in with these cats that are indoor, outdoor cats. And they have collars on that we ton, they've got an air tag and they've got all this the rabies tag and they have the name tag and all these things. And I have to have a discussion with them and say OK. You may want to dial it down a little bit, because what you've got here is almost a pound and a half of material around your cat's neck and you're wondering why your cat's head is like sagging all the time. </w:t>
        <w:br/>
      </w:r>
    </w:p>
    <w:p>
      <w:r>
        <w:rPr>
          <w:sz w:val="22"/>
        </w:rPr>
        <w:t xml:space="preserve">It's too much weight. It's not comfortable so. The green cone I like. It worked well. It cleans, disinfects really easy. You just. You know, spray down with Forex, let it sit. Couple minutes later wipe it out. Nice done. And it has the Velcro strapping on the back and just take your old crummy slicker brush and. Rush out the Velcro after the cat. And to get all the fuzzies out of it, because it does. So the air muzzle is 14 ounces. And as we discussed, 11 years the sustained maximum. </w:t>
        <w:br/>
      </w:r>
    </w:p>
    <w:p>
      <w:r>
        <w:rPr>
          <w:sz w:val="22"/>
        </w:rPr>
        <w:t xml:space="preserve">So I don't use it on cats. This is actually Roxanne. And Roxanne? I don't actually use it on dogs either, however umm. We use it in our outer space theme, we slap NASA stickers all over it and we use it in the outer space theme and this is Roxanne. This is this was Christie's girl. She's since passed. But I just love that picture. And she's so happy. She's like, OK, I'll wear the helmet, that's cool. The clear space looking helmets. I don't care for because they're too small. </w:t>
        <w:br/>
      </w:r>
    </w:p>
    <w:p>
      <w:r>
        <w:rPr>
          <w:sz w:val="22"/>
        </w:rPr>
        <w:t xml:space="preserve">So what it does is it bends the whiskers because so again you have that sustained contact with the whiskers. So that's why I like it open-ended So that the whiskers aren't constantly being pushed at by something, because that causes stimulation. Stimulation causes an escalation in stress. An escalation stress causes an escalation of aggression. So you're just building on. All of that stress and what you have is a cat that's just going to go. And if they're not going to do that, then they probably don't need the helmet to begin with. So you're for cats like that. </w:t>
        <w:br/>
      </w:r>
    </w:p>
    <w:p>
      <w:r>
        <w:rPr>
          <w:sz w:val="22"/>
        </w:rPr>
        <w:t xml:space="preserve">I'll just use the green cone because it it's open. And they can turn their heads. And it the whiskers may touch the sides a little bit, but all they have to do is turn their head a little bit more and it stops touching. Where they don't have that option in the helmet because the helmet isn't wide enough. It is under the 11 ounces, or at least the one that I looked at was. But again, it's depressing on the maxillary of imprecise. Which is creating a whole separate issue. This is Simba. I asked Beverly Copus rock if I could use this picture for the class and she said I could so this is a groomers wall. </w:t>
        <w:br/>
      </w:r>
    </w:p>
    <w:p>
      <w:r>
        <w:rPr>
          <w:sz w:val="22"/>
        </w:rPr>
        <w:t xml:space="preserve">I just love the picture. I thought it was like probably the best picture I'd seen of a cat with the groomers wall. And the groomers wall works great for solo cat grooming. And when bedrooms cat she always uses the groomer small because what it does is it provides a backing to a table in an open area. So the cat can kind of. You know, sit back to it and they feel like they're safety there. They're security. </w:t>
        <w:br/>
      </w:r>
    </w:p>
    <w:p>
      <w:r>
        <w:rPr>
          <w:sz w:val="22"/>
        </w:rPr>
        <w:t xml:space="preserve">Nothing's going to get them from behind. They don't have to worry about what's going on back there. Because their wall provides that security. Full disclosure, I am the alpha groomers brand ambassador. I don't get paid to advertise for them or anything like that, but I hundred percent % their products and they use them multiple times per day. So I really like this. And if you are a solo cat groomer. It may be something you want to look into because it does provide that it. </w:t>
        <w:br/>
      </w:r>
    </w:p>
    <w:p>
      <w:r>
        <w:rPr>
          <w:sz w:val="22"/>
        </w:rPr>
        <w:t xml:space="preserve">Lessons the escape factor. So you can lighten up on worrying about the cat leaving in the opposite direction handling. So you don't know what's under a pelted cat until you peel it off. The husband said this cat was about 7. Umm, no. She's 18, so when he made the appointment. He said she was about 7. We got the rabies certificate. And for whatever reason, on this particular day. I didn't check the age. Always check the page, but on this particular day I did. This is what I found under that problem. A cat is bones. So as soon as this started becoming apparent. </w:t>
        <w:br/>
      </w:r>
    </w:p>
    <w:p>
      <w:r>
        <w:rPr>
          <w:sz w:val="22"/>
        </w:rPr>
        <w:t xml:space="preserve">I had Angie grabbed the rabies certificate and I'm like, what is the age of this cat? And she's 18. So had I been thorough enough to check the age, which I didn't for God knows what reason. I learned after this I always check the age first. Now she's this cat isn't finished, but I was taking pics as I as I go, especially with the pelted pets. Because I have an assistant and so she's sitting in front of the cat umm so but this was what was underneath the pelting. </w:t>
        <w:br/>
      </w:r>
    </w:p>
    <w:p>
      <w:r>
        <w:rPr>
          <w:sz w:val="22"/>
        </w:rPr>
        <w:t xml:space="preserve">So you don't know what's under there until you peel them like an orange. So keep that in mind that the pet owner. May not even know. Their pets age, so don't go necessarily by what they're saying. I find that less is more when it comes to cats. If you over handle them you can take a good cat and make them really aggressive. So don't over handle the cat. Less is more. They don't like to be like dogs, like to be old. </w:t>
        <w:br/>
      </w:r>
    </w:p>
    <w:p>
      <w:r>
        <w:rPr>
          <w:sz w:val="22"/>
        </w:rPr>
        <w:t xml:space="preserve">You don't really hate yes and rub the face and the neck and all rub the bum and I think that's great. Some cats are OK with that, but most cats yeah. Not so much. And not all kinds are the same. You'll have cats that can't be put on the table. This cat right here can't groom him on the table. He had very bad grooming experience. Had another salon. And if you put him on the table, he literally turns into the Tasmanian devil. He just comes out, teeth, claws, freaking out. </w:t>
        <w:br/>
      </w:r>
    </w:p>
    <w:p>
      <w:r>
        <w:rPr>
          <w:sz w:val="22"/>
        </w:rPr>
        <w:t xml:space="preserve">He will kill you. He's not like, no holds barred. Terrifying cat. First time we groomed him. No, we couldn't be put on the table. Owner didn't know. He couldn't put on table open the crate door. He came out, he bit me twice, he bit Angie three times, scratched me. It was like there was blood everywhere and the cat was like, it's on and it's like, holy smokes. All and he like ran out of the crate to attack him. So it was like, OK, that's a little scary. So then. The next time he came in. </w:t>
        <w:br/>
      </w:r>
    </w:p>
    <w:p>
      <w:r>
        <w:rPr>
          <w:sz w:val="22"/>
        </w:rPr>
        <w:t xml:space="preserve">We opened the crate on the floor and he was like, oh, hi guys, how's it going? Because we're ready. I mean, we have the bike Buster gloves and the sleeves and the we're like, all right, crazy cats coming out. And he was just like, hey. How's it going? And he sat there. So I moved the crate out of the way. And I gave him his haircut because he cannot be brushed at home because he is a naughty cat and. </w:t>
        <w:br/>
      </w:r>
    </w:p>
    <w:p>
      <w:r>
        <w:rPr>
          <w:sz w:val="22"/>
        </w:rPr>
        <w:t xml:space="preserve">So you will have cats that you can't put on table but are totally fine on the anti segment on the floor. You will have cats that refuse to be put in a lap. You will have cats that don't want to be on their back but will tolerate being on their side, especially the elderly cats because they're so Bony. And I have a one inch anti fatigue mat underneath my table top. And even that isn't soft enough for the elderly cats so. And you can put a pile of towels and they're still so arthritic and sensitive. It's not enough. So they can't go directly on their spine, but they're OK on their side. </w:t>
        <w:br/>
      </w:r>
    </w:p>
    <w:p>
      <w:r>
        <w:rPr>
          <w:sz w:val="22"/>
        </w:rPr>
        <w:t xml:space="preserve">So we just gotta kind of work around what works for them. Dogs give you their trust so easily. With Pats, you have to earn every single ounce of trust they give you, because that's your pants. All right, so here's a belly and an inner thigh mash up. They seem to be the most difficult for many cat groomers and this is 3 times speed just for time. </w:t>
        <w:br/>
      </w:r>
    </w:p>
    <w:p>
      <w:r>
        <w:rPr>
          <w:sz w:val="22"/>
        </w:rPr>
        <w:t xml:space="preserve">So this is Max after being bathed and dried. And he's holding on to the side of the table with his front claws. I don't do nails until last because most cats I have hate it. They hate it so much. So if I don't do nails until last, they generally are not so grouchy. So why do the thing they're the most grouchy about first? To make them really grouchy. So I saved the thing they're the most grouchy about for last. So as we go on, you'll see that. He actually starts sleeping through the room. </w:t>
        <w:br/>
      </w:r>
    </w:p>
    <w:p>
      <w:r>
        <w:rPr>
          <w:sz w:val="22"/>
        </w:rPr>
        <w:t xml:space="preserve">He is not drugged. I do not do sedated pets. And he is actually the litter mate sibling of the crazy cat that can't be put on a table. And he is a Siberian. And again, this is 3 times speed. I don't. From this past, I don't do that with that. So and he gets A5 Kind of scooting them forward a little bit. </w:t>
        <w:br/>
      </w:r>
    </w:p>
    <w:p>
      <w:r>
        <w:rPr>
          <w:sz w:val="22"/>
        </w:rPr>
        <w:t xml:space="preserve">So that he can hold on to the side of the table, sink his claws in. And get comfy. I don't like to use sevens on cats umm. I use every other blade on cats. I use fives, I use fours, I use threes. I use snap ONS of every link umm and. But I don't like sevens. Simply because of the tooth spacing, but I know other groomers that use them just fine. That's my personal preference. I know a lot of groomers that do cast all the time in seven apps and not an issue. For me personally. I don't like them. </w:t>
        <w:br/>
      </w:r>
    </w:p>
    <w:p>
      <w:r>
        <w:rPr>
          <w:sz w:val="22"/>
        </w:rPr>
        <w:t xml:space="preserve">I don't like the spacing. It makes me queasy. So he's 10 use. Fives i use fours. I use threes. I use snap ONS of every link and. If you are not. If you don't have good Clipper control. Any blade, including a 10, can be dangerous for cats because of their 10 skin umm so use. If you are. Play pause this video. If you are conscientious about your shaving and you're not trying to blow through the groom. You can use any blade. Now back a million years ago when? I didn't own a finish blade. </w:t>
        <w:br/>
      </w:r>
    </w:p>
    <w:p>
      <w:r>
        <w:rPr>
          <w:sz w:val="22"/>
        </w:rPr>
        <w:t xml:space="preserve">If somebody wanted a longer haircut, I used a skip tooth blade on a cat. I used to routinely do a four and five skip on counts. Because I didn't own a finished. They were new on the market and no one in my salon was going to pay for finished blades when we had a full set of skip tooth blades. That was ridiculous so. What I would suggest to anybody that is grooming cats is I want you to take your Clipper and learn skimming. So instead of using your Clipper flat to the skin. I want you to skim. This is how I learned to use a Clipper. </w:t>
        <w:br/>
      </w:r>
    </w:p>
    <w:p>
      <w:r>
        <w:rPr>
          <w:sz w:val="22"/>
        </w:rPr>
        <w:t xml:space="preserve">I want you to shape with your Clipper and skim with it. That will teach you very good Clipper control. And then you can just scissor over it to make it shorter. But I want you to come up with a clear definition of what you want. This particular shape. You can do it on dog, doesn't have to be on the cat. So you're gonna do a bump. Ok. And now normally you would just use the chunkers and make it nice and round and then, you know, sweep it up with your thinners and nice nights, right? Instead, what I want you to do is I want you to take your. </w:t>
        <w:br/>
      </w:r>
    </w:p>
    <w:p>
      <w:r>
        <w:rPr>
          <w:sz w:val="22"/>
        </w:rPr>
        <w:t xml:space="preserve">Clipper blade. And you can use any blade, you can use blocking blade, you can use a skimming blade. You can use a 7 or 10. And I want you to skim down that bum to shape it. And I want you think of your Clipper as an eraser, OK? And this is your eraser. And you're going to use that and then you can go back and make it shorter with your chunkers or your thinners. And I know it's going to take you more time, but this is going to give you really good Clipper control. And then it doesn't matter what blade you put on your Clipper, because you'll always be letting the Clipper do the work. </w:t>
        <w:br/>
      </w:r>
    </w:p>
    <w:p>
      <w:r>
        <w:rPr>
          <w:sz w:val="22"/>
        </w:rPr>
        <w:t xml:space="preserve">You can feel everything that goes on in that Clipper. And I had a cat that was pelted. And it had been groomed. Six months prior. By another groomer and they hot glued the cuts on the cat. Like hot glue. It was a glob of hot glue the size of a quarter. And I couldn't see it because it was under the pelting. But I hit it with my Clipper and I knew to pull out because something was there. So if you become adept at using your Clipper to skim, you will begin to feel. </w:t>
        <w:br/>
      </w:r>
    </w:p>
    <w:p>
      <w:r>
        <w:rPr>
          <w:sz w:val="22"/>
        </w:rPr>
        <w:t xml:space="preserve">Through that Clipper and then it doesn't matter what blade do you? so. I want you guys to work on that if that's something you want to achieve. Alright, so this is Daisy. Daisy is a crazy cat and. So with crank cats. You have to. Do minimal holding. Because the more. Pressure I put on her. The Crankier she gets. So I try to shape her. With my body. As I groom her and I will pet her because she likes belly rubs. </w:t>
        <w:br/>
      </w:r>
    </w:p>
    <w:p>
      <w:r>
        <w:rPr>
          <w:sz w:val="22"/>
        </w:rPr>
        <w:t xml:space="preserve">She's good with that. But she's not a huge fan of over. Handle it. And I, you know, give her a break in between. This is also I pretty sure it's either 3 or 4 speed so. All right. So we're just going to that, you get the idea on that. I'm running out of time, so I want to hit the last of umm right. When I'm bathing a cat. I always use a claw. To get in. All those grooves. What's needed for what christina? I'm not sure what your umm. What you mean by that? Christina asked. Will you have what's needed posted or linked? You have to be more specific. </w:t>
        <w:br/>
      </w:r>
    </w:p>
    <w:p>
      <w:r>
        <w:rPr>
          <w:sz w:val="22"/>
        </w:rPr>
        <w:t xml:space="preserve">I'm not understanding. So when I'm bathing the face, I use a microfiber cloth. And it allows me to get in all the good. For some reason the Black Cats because the. They can't see the goop as easily, so nobody cleans their face. So they always have a ton of goo in their face umm. For the tools and supplies, no I don't have a list because they were in the class, so I had the names and everything in there. So i didn't. Make a separate list. Happy hoodies are a must, well drying and you want the small, although I do have a couple mediums for some of the larger cats like Maine Coons. </w:t>
        <w:br/>
      </w:r>
    </w:p>
    <w:p>
      <w:r>
        <w:rPr>
          <w:sz w:val="22"/>
        </w:rPr>
        <w:t xml:space="preserve">Because they need them. Because their heads are huge. They're like the size of a softball. Scary cats. So with the tools I've shown you so far, you can get timid or somewhat fractious cats done. However, there comes a time when you have to know when to say no. A career ending injury. It's not worth it. It's just not. No one to call. And this cat is named Ricky. And was dealing with the rabies certificate up front. This is the camera I have in my cat room. And so this crate he wouldn't. I couldn't get the sucker open kissing. Just gonna put that little. Cover to the side there. </w:t>
        <w:br/>
      </w:r>
    </w:p>
    <w:p>
      <w:r>
        <w:rPr>
          <w:sz w:val="22"/>
        </w:rPr>
        <w:t xml:space="preserve">They don't pop out. I'm gonna go get a pair of gloves. But my first love on. Ok. That's when Angie told me, oh by the way, his rabies is expired. And I said thank God. Because you haven't actually done anything with the cat yet. On the on the forum, the mom said that he had been kicked out of numerous grooming salons. And was very cranky and had bitten the last grimer, so they asked him not to return. After this, when she did get the rabies, the cat came back and. </w:t>
        <w:br/>
      </w:r>
    </w:p>
    <w:p>
      <w:r>
        <w:rPr>
          <w:sz w:val="22"/>
        </w:rPr>
        <w:t xml:space="preserve">I have groomed him every six weeks ever since and that's fine. But again. Less is more. So we often get cats that are very fractious, and after we've groomed them a time or two, then they're just like, OK, you guys aren't bad, I guess. 95 % of my cat owners reboot. Before they even check out. Before I give them the square to put their payments in. My assistant will say we need to make your next appointment now to ensure you have a spot, because if you don't make it now, you won't have one. </w:t>
        <w:br/>
      </w:r>
    </w:p>
    <w:p>
      <w:r>
        <w:rPr>
          <w:sz w:val="22"/>
        </w:rPr>
        <w:t xml:space="preserve">And they go, oh, OK, yeah, most of mine booked for the year, I say probably 90 %. And I was given my magnetic calendar with all the different dates on it however umm. A few will leave it until next time. This is Ella. That is Ella's fur that came out of Ella after her bath. And that's not counting what we lost in the tub. That's just what I brushed out of her after her bath. And and so I made a little baby Ella and I gave that to her mom. </w:t>
        <w:br/>
      </w:r>
    </w:p>
    <w:p>
      <w:r>
        <w:rPr>
          <w:sz w:val="22"/>
        </w:rPr>
        <w:t xml:space="preserve">She said it was spherical. I yes, I do keep googly eyes and compounds in my form for that very reason. And owners think it's hysterical. So any other questions, we have a couple minutes left and I'm on time, mary umm. And if there is a question you may have later. Then you can Facebook me or text me. I also want to make mention that if you do have a membership, there is a private Facebook group in which you could tag Angie. </w:t>
        <w:br/>
      </w:r>
    </w:p>
    <w:p>
      <w:r>
        <w:rPr>
          <w:sz w:val="22"/>
        </w:rPr>
        <w:t xml:space="preserve">In that group you have questions yes. So I will go back real quick so in case you didn't write down the. These are the frisk gloves. They're blower. There are the Kevlar gloves. There are the bite Buster gloves. And then the sleeves are bite Buster sleeves. Ok. We'll be back in the Clipper. This is the Clipper that I recommend so. Go ahead and do you, were you able to get those? No prob. Ok. So we will be back in. Ok. Jackie, I have a new membership. How do I get into the private Facebook group? Ok. You should have gotten an email. With the link to it. If you can't find it, shoot me a Facebook message so that I can add you to the group. </w:t>
        <w:br/>
      </w:r>
    </w:p>
    <w:p>
      <w:r>
        <w:rPr>
          <w:sz w:val="22"/>
        </w:rPr>
        <w:t xml:space="preserve">Ok. Alright, we will be back in a half hour with our replacement because Helen is like literally dying right now. She's got like some sort of upper respiratory thing going on. Oh, I hope it's not RSV. I don't know what. She's not in good shape. So Tammy is going to do a Bichon and we will eventually get the carry and I will have sort of like the clock tick once I actually get the carry recording. So if you bought it individually, that would be 3 weeks from when I get the carry recording or if you have a membership, when I get six weeks from when I get the carrier recording. </w:t>
        <w:br/>
      </w:r>
    </w:p>
    <w:p>
      <w:r>
        <w:rPr>
          <w:sz w:val="22"/>
        </w:rPr>
        <w:t xml:space="preserve">So you'll get a little extra. Time because of that. So we'll see everybody in a half hour. Thank you very much for coming.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