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Handstripping With Helen</w:t>
      </w:r>
    </w:p>
    <w:p>
      <w:r>
        <w:rPr>
          <w:sz w:val="22"/>
        </w:rPr>
        <w:t xml:space="preserve">OK. Welcome to the last session for today, the second day of the positive educational training breed grooming summit. We still will have Helen send us the recorded video of the Kerry grooming, so we're going to wait for that. But in the meantime, Helen has taken Part 2 of Scott's workshop. So Helen. Take it away. All right. Well, thank you, Mary and thank you Terry for giving us a really good overview of hand stripping and like why we do it in the last session. I'm Helen. This is Keith. He is my Lakeland terrier. And he's very blown. </w:t>
        <w:br/>
      </w:r>
    </w:p>
    <w:p>
      <w:r>
        <w:rPr>
          <w:sz w:val="22"/>
        </w:rPr>
        <w:t xml:space="preserve">So we're going to talk about, you know, some of the tools and how we use the tools going up. These kinds of cuts, so it's not going to be brief profile as much as it's going to be technique. So not to give everybody nausea here, but these are all of our stripping tools. So you can see there's several different kinds. There are some wooden handle style, every single one has a different tooth swing, there's some meeky styles. So these are like you preen, so there's some kind of knife that will fit your hand and that's important because hand stripping is obviously very labor intensive. </w:t>
        <w:br/>
      </w:r>
    </w:p>
    <w:p>
      <w:r>
        <w:rPr>
          <w:sz w:val="22"/>
        </w:rPr>
        <w:t xml:space="preserve">One of the other things that. It's not a treat. Mention in the can't even get this open and the last seminar was finger cots. Finger condoms. Whatever you want to call them, they're these little rubber dice. Tips that you can put on your hands to help protect yourself. These ones have little nubs, I don't know if you can kind of see that there. They come in different sizes. The orange is kind of a small. These white ones are medium, so these ones don't have nubs, but they're great, especially even just to have. </w:t>
        <w:br/>
      </w:r>
    </w:p>
    <w:p>
      <w:r>
        <w:rPr>
          <w:sz w:val="22"/>
        </w:rPr>
        <w:t xml:space="preserve">If you cut yourself with scissors, you can put it over the Band-Aid to keep the hair out. You can also get the style that secretaries use from the office supply stores. These are more permanent rubber ones. They come in different sizes. They can go on your thumb or your finger. Either way. Give you a little bit more grip. Another really great tool if you're beginning to hand strip and you're unsure. Pumice stones. These aren't necessarily appropriate on every single coat. It can cause some coats to be damaged, and you can still cause damage with it if done improperly. </w:t>
        <w:br/>
      </w:r>
    </w:p>
    <w:p>
      <w:r>
        <w:rPr>
          <w:sz w:val="22"/>
        </w:rPr>
        <w:t xml:space="preserve">But they're great because you can get the ones with different texture. If you look at it, this one's kind of fine and smooth, whereas this one's a little bit more coarse and medium. You can wear them down to fit your hand better so those are always a nice option. They also make several different companies make stones on a stick. Basically Greyhound makes some itsumi has a really great wooden stick with some sandpaper edge on the on the end of it that are very affordable and my favorite also too, the glass nail file. This is just from dog fashion. </w:t>
        <w:br/>
      </w:r>
    </w:p>
    <w:p>
      <w:r>
        <w:rPr>
          <w:sz w:val="22"/>
        </w:rPr>
        <w:t xml:space="preserve">Male and one side is really fine, one side really coarse if anything to help you grip the hair. We talked about, well, we talked about you, Umm, grooming tools, being sharp and how we don't want to cut. And I did just mention that pumice stones can even cut hair. So what does that look like? Well, a sharp knife. If you rub on the back of the teeth or the front of the teeth, you're going to feel. You're gonna feel a catch because these are machines, so they get little tiny metal splinters inside that aren't quite as smooth. Terry mentioned the quick stop in the sandpaper. My favorite ways to dull my knives is to go out into my garden and use them to weed. </w:t>
        <w:br/>
      </w:r>
    </w:p>
    <w:p>
      <w:r>
        <w:rPr>
          <w:sz w:val="22"/>
        </w:rPr>
        <w:t xml:space="preserve">I like to break up some roots with them. And the whole point of it is so that when we go and we pull our coat, we're not going to break it. This is blown code. It's very going to pull up very easily, but I'm still going to tighten up the skin and I'm going to show you what. A good pool looks like. So you can see here. I used my thumb to hold the hair against the knife. You could see all those ends. Like Terry mentioned in the previous class, hairs are bandit. </w:t>
        <w:br/>
      </w:r>
    </w:p>
    <w:p>
      <w:r>
        <w:rPr>
          <w:sz w:val="22"/>
        </w:rPr>
        <w:t xml:space="preserve">Lakelands are no exception. You could see it's white down here, pretty park up there. And Umm. That's what we want. We want the full hair. We don't want any of these to be half missing. We don't want to split ends at the bottom. We want to see that full piece of hair come out because we're trying to clear the hair follicle for that new growth. He got out of control and then I got busy with Christmas and then six, so he's got a lot of hair pull. So the next. And we were talking about here is when do we start here chirping. </w:t>
        <w:br/>
      </w:r>
    </w:p>
    <w:p>
      <w:r>
        <w:rPr>
          <w:sz w:val="22"/>
        </w:rPr>
        <w:t xml:space="preserve">You know most puppies are ready to start stripping around 12 to 16 weeks. It depends on your breed and the coat. You definitely want to get them on the table before that to learn how to stand and act proper right act proper. You might not necessarily pull as much as what I'm going to be doing here today. Which is going to be kind of an overhaul, an overhaul I did start earlier. Terry mentioned staging. So I just wanted to show something. I'm not gonna do this on camera because I it's gonna be 6 hours of work, but you could see his neck there. </w:t>
        <w:br/>
      </w:r>
    </w:p>
    <w:p>
      <w:r>
        <w:rPr>
          <w:sz w:val="22"/>
        </w:rPr>
        <w:t xml:space="preserve">I've pulled everything pretty well down to the undercoat. I'm actually going to pull the rest of that out. And that's versus all this other hair. That's rather long so. We can see this is really short. I pulled all that guard hair out compared to what I started with, which was this one of the Lakeland's neck and most of these Terriers and the neck hair or the throat hair rather is there, but barely. Lakelands are a purely striped dog. That means we don't use scissors or Clippers anywhere on them, unless you're going to do it for things like the sanitary around testicles and anus. </w:t>
        <w:br/>
      </w:r>
    </w:p>
    <w:p>
      <w:r>
        <w:rPr>
          <w:sz w:val="22"/>
        </w:rPr>
        <w:t xml:space="preserve">Those are usually acceptable places for grooming competitions, especially though for pet dogs. So this is typical of I do a lot of hand stripping in my salon, which is also why my dog looks like this because I'm tired at the end of the day but. One of the things that I start with if I get a dog in that has a coat like this. If I start with a coarser knife and a coarse knife doesn't actually pull out nearly as much hair as a fine knife. But because we are not trying to, we're not trying to cut coat. We you know, if we're going to cut coat, we might as well flip it, but we also don't want to just pluck out a little bit of hair at a time. </w:t>
        <w:br/>
      </w:r>
    </w:p>
    <w:p>
      <w:r>
        <w:rPr>
          <w:sz w:val="22"/>
        </w:rPr>
        <w:t xml:space="preserve">Ok, you can hand strip with just your hands. But it's very time consuming, so our tools speed us up. What I mean by a coarse knife is something like this, where the teeth are well spaced. Ok. This is going to take out less hair. Ok, you can see how little hair that took out compared to something like a fine knife. Which would be. Like the sortero, where they're much closer together. See the teeth, the detail and the teeth? This is going to pull out a lot more hair. </w:t>
        <w:br/>
      </w:r>
    </w:p>
    <w:p>
      <w:r>
        <w:rPr>
          <w:sz w:val="22"/>
        </w:rPr>
        <w:t xml:space="preserve">At a time and you're like, well, that's going to speed me up, but it can also cut the hair because it's not necessarily appropriate. For this pet, for this area, the tighter the teeth are, the finer the work that could be done. So if I'm trying to bulk off a lot of this, I want to move fast and I want to get. It's done as much as possible. But I also don't want to hurt the skin of the dog or the coat. A good pool, a good. Hand stripping pool. It's from the shoulder. So we're going to pull from the shoulder, not the rest. </w:t>
        <w:br/>
      </w:r>
    </w:p>
    <w:p>
      <w:r>
        <w:rPr>
          <w:sz w:val="22"/>
        </w:rPr>
        <w:t xml:space="preserve">We don't want to flick or bend our wrists. That'll cut hair. It can also hurt. So when we're getting ready to hand strip our dog. We're going to stack them up. We're going to. All the skin taught with our other hand. We are going to hush slightly the hair up. With our son. So the motion is the knife goes in to that kind of the link that we want to take off if he wasn't blown and I just wanted to take the top. </w:t>
        <w:br/>
      </w:r>
    </w:p>
    <w:p>
      <w:r>
        <w:rPr>
          <w:sz w:val="22"/>
        </w:rPr>
        <w:t xml:space="preserve">The very like 1/3 of the coat. The very longest hairs. I would stick my knife behind those long hairs. I would bring my thumb in and I would just pull them. But he's pretty glum, so I'm going to put that knife. Pretty much up and down. And I'm going to then push the hair and grab it between my thumb and the Knights. I'm now pushing it a great distance. I'm going just a little snitch. I don't want to like that because it's going to work. </w:t>
        <w:br/>
      </w:r>
    </w:p>
    <w:p>
      <w:r>
        <w:rPr>
          <w:sz w:val="22"/>
        </w:rPr>
        <w:t xml:space="preserve">So for him, normally I don't start at my top line, so this is just for an example. Ok, so in all of my difficult areas. The dog doesn't like. Or that I don't like to do because I'm going to get tired. This is a very tiring exercise. So now that we coach laying down, if I'm going to be stripping this in a normal way, I would put my knife. And my thumb neat, and I pull with my shoulder. Right, and it's really fast but. I am not. Doing this really nilly. I'm doing an area and a section at a time. I like to go for myself. Corncob method. Which it sounds kind of funny, but. </w:t>
        <w:br/>
      </w:r>
    </w:p>
    <w:p>
      <w:r>
        <w:rPr>
          <w:sz w:val="22"/>
        </w:rPr>
        <w:t xml:space="preserve">I like to. Go side to side in an area, then up and down side to side in an area that we don't want to create holes in the dog. To be even. You can see I just took off a lot of hair with just a few strokes. What a whole is when you go over and over in this area, which I'm going to create one here because again. He's blown and I have to take this all out anyway. So what we what we don't want to do? We don't want to create a hole. </w:t>
        <w:br/>
      </w:r>
    </w:p>
    <w:p>
      <w:r>
        <w:rPr>
          <w:sz w:val="22"/>
        </w:rPr>
        <w:t xml:space="preserve">So I have this is the shoulder, this is the flat work. So normally when I do my dogs, I start with my flat work, which is my shoulders, my thighs, under my tail, my throat, my head and ears. There's not going to be much to save under here, so. How we create holes or how you accidentally create holes because you don't want to do this on purpose and you just keep pulling that same area over and over and over again and that creates. This whole see that? It's a little divot there on his shoulder and it's completely bald. </w:t>
        <w:br/>
      </w:r>
    </w:p>
    <w:p>
      <w:r>
        <w:rPr>
          <w:sz w:val="22"/>
        </w:rPr>
        <w:t xml:space="preserve">And there's nothing to be done about it except to let the hair grow back in. And you can hide it with chalk sometimes if you're in a competition, but you're not going to do that for a pet. However, in this case it's completely appropriate because I am trying to start this code over New Year's resolution is to finish my AKC and my ICC hand strip certification because they're the last ones I have to do umm. But we don't want to create these holes because what happens is we can as we are working in area too much and not paying attention and accurately cutting the hair. </w:t>
        <w:br/>
      </w:r>
    </w:p>
    <w:p>
      <w:r>
        <w:rPr>
          <w:sz w:val="22"/>
        </w:rPr>
        <w:t xml:space="preserve">Come here, it's going to look really blunt. Instead of these fine tapered ends. You that you can see through. You're going to end up looking like the hair was cut with scissors, so we don't you don't want that. You can get that from flicking your wrist on from the skin moving. While you are hand stripping and all of those things are going to contribute to poor regrowth and also a lot of skin damage. So how do you know when it's appropriate to ship your dog? If you. Do a lot of clients dogs. I like to dictate the schedule to them. They don't stay on it ever. But you want to really bring it them in every month at least I like to reset the codes really well and then so that takes me like, you know, once every two weeks, the first session being the longest. </w:t>
        <w:br/>
      </w:r>
    </w:p>
    <w:p>
      <w:r>
        <w:rPr>
          <w:sz w:val="22"/>
        </w:rPr>
        <w:t xml:space="preserve">And subsequent sessions being shorter until I feel that there's a good amount of hair growing on the dog, then we can put it out to a month or so umm. You can obviously strip a dog until it's bald, but the idea is that you want this coat to lay really flat, so you can see there's like a lot of wave in here. This is somewhere that I would pool. Ok, until the wave is gone. And I am again not staying in one spot because I don't necessarily want to create a hall, I want to hand strip evenly. And I'm going to pull until I don't see this wave anymore. </w:t>
        <w:br/>
      </w:r>
    </w:p>
    <w:p>
      <w:r>
        <w:rPr>
          <w:sz w:val="22"/>
        </w:rPr>
        <w:t xml:space="preserve">And that's layers and layers and layers of hair, because it's like, couldn't tell you. Honestly, the last time I had this dog, I was very enthusiastic about getting hand stripped dog. And then as much as people say my Cocker spaniels take a lot of maintenance, this is a dedication. If you are going to compete in hand stripping or want to own a hand strip dog or want to just practice at home to get better. It takes a lot of routine, you know. </w:t>
        <w:br/>
      </w:r>
    </w:p>
    <w:p>
      <w:r>
        <w:rPr>
          <w:sz w:val="22"/>
        </w:rPr>
        <w:t xml:space="preserve">You have to have a really good set routine to keep these pets maintained. You definitely want to keep A roll on them if possible. They always look better that way. And part of the routine is also not jumping around so that you get done. So my preference for knives. I have wide hands, so I like. Please Mikey style is a brand. You can sometimes find them from Europe, but artero makes a good version of them. So there's ascalaph, which is the European brand, also new. The Sentinel Knives, I don't think they're available in the US right now, but you can get them from Canada and from Belgium from trans groom. </w:t>
        <w:br/>
      </w:r>
    </w:p>
    <w:p>
      <w:r>
        <w:rPr>
          <w:sz w:val="22"/>
        </w:rPr>
        <w:t xml:space="preserve">They're really nice, so they have wide handles and slim handles so they can fit your hand a little bit better. Going to move some of these out of my way umm. One of the things with hand stripping is we do it because it is labor intensive. It's labor intensive for you and for the past. Lost him there for a second. And so I'll let them lay down. </w:t>
        <w:br/>
      </w:r>
    </w:p>
    <w:p>
      <w:r>
        <w:rPr>
          <w:sz w:val="22"/>
        </w:rPr>
        <w:t xml:space="preserve">When can you table training a dog to lay down? I don't want my table. When I'm capable training my dog to lay down. I am going to. Do it gently with a positive intent. Which sometimes for a terrier, the. Because the sign of weakness. But I'll take the dog close to my body like this. And then I will hold both of their joints, so the back end and the front end, the shoulder and the thighs, and I'm going to lay them down gently. </w:t>
        <w:br/>
      </w:r>
    </w:p>
    <w:p>
      <w:r>
        <w:rPr>
          <w:sz w:val="22"/>
        </w:rPr>
        <w:t xml:space="preserve">I'm not pressing. She's very dramatic. I'm not going to hold him down roughly, I'm not going to. You're not gonna let me go. Let me do this. Let you know I'm not going to force him down. I'm just going to let him lay down. Check if your dog's fighting you. Don't push harder. Just kind of hold their shoulder down. I just have a hand here to remind him that he's supposed to lay down. Dogs don't get up from their rear end typically they get up from their front end, so if you keep a little pressure here, it'll help them lay down. This position is really good for getting this transition line underneath. </w:t>
        <w:br/>
      </w:r>
    </w:p>
    <w:p>
      <w:r>
        <w:rPr>
          <w:sz w:val="22"/>
        </w:rPr>
        <w:t xml:space="preserve">I like to do my flat work like this because it's really easy. Anywhere that you're setting a pattern line, though, you really want to make sure that you know. Where you want. That pattern because when they're laying down the skin and the muscle structure is different. I will use this hand to pull up. And I'm still doing the same as he was seeing me. I'm pulling from my shoulder, I'm just changing my body position and his. So I can get underneath it. </w:t>
        <w:br/>
      </w:r>
    </w:p>
    <w:p>
      <w:r>
        <w:rPr>
          <w:sz w:val="22"/>
        </w:rPr>
        <w:t xml:space="preserve">Here Lakeland don't have an underline. They have. He's especially doesn't need it because his chest is at his elbow, so this is great for getting that sensitive area that otherwise would be very loose. And even for this position you can see. I'm moving evenly. Over the area, I'm not staying in one area too long. I'm pulling. I know. He's a very grumbly boy. I am using my shoulder to complete the pool. And again, I'm pushing with my thumb and pulling with my shoulder. Do you want to make sure you have a good grip with your stuff? Some people like to use gloves, the finger cots and chalk. </w:t>
        <w:br/>
      </w:r>
    </w:p>
    <w:p>
      <w:r>
        <w:rPr>
          <w:sz w:val="22"/>
        </w:rPr>
        <w:t xml:space="preserve">You can put your powder into their hair to help the grain. I usually wear latex gloves on my whole hand. And I do it on both hands, much like Terry mentioned that she does. She's a ambidextrous hand stripper. So am i don't have any left-handed tools, but when I do have to use my left hand I typically may I am from. I typically try to use my pumice stone. If I have to switch or I. Can use. This end of the night. On the handle when I'm using a glove with my other hand, it's for certain areas. </w:t>
        <w:br/>
      </w:r>
    </w:p>
    <w:p>
      <w:r>
        <w:rPr>
          <w:sz w:val="22"/>
        </w:rPr>
        <w:t xml:space="preserve">You're fine. As I'm stripping the sides while he's laying here from bleak, I start working my way up. I generally when I'm doing a dog for a grooming competition, I do. My top line laughs. Is that where the dog is standing and I've built up my top line I don't like? To start with my top line and try to blend my sides down on a hand strip dog. Because if I need to build up a divot. It's easier to not pull it. Then if I had tried to pull straight top line and then realized that oh hey, there's a dip here, if I pull from the side and go towards the top line, I can then leave that fill there. </w:t>
        <w:br/>
      </w:r>
    </w:p>
    <w:p>
      <w:r>
        <w:rPr>
          <w:sz w:val="22"/>
        </w:rPr>
        <w:t xml:space="preserve">And when I get to that divot, I would just brush the hair over the side and pull it in. Which I can show you when we stand him back on no, we're not standing up right this second. Especially for him, a lot of times carriers are bullheaded. They want you to think you. They want to think that it's our idea. And so if they don't think that this is their idea, you're going to have a little bit of a struggle on your hands. They definitely teach Trump humility. </w:t>
        <w:br/>
      </w:r>
    </w:p>
    <w:p>
      <w:r>
        <w:rPr>
          <w:sz w:val="22"/>
        </w:rPr>
        <w:t xml:space="preserve">You could see here, like this is all still very blown, but it's a lot thinner here. Where I've been pulling then back here. Where I've not gotten to yet. Laying down, if you can get them to agree to it OK is also great for this neck callus here. I'm going to tilt this a little bit so he's going to pop up, but it's OK. So that way you can see. </w:t>
        <w:br/>
      </w:r>
    </w:p>
    <w:p>
      <w:r>
        <w:rPr>
          <w:sz w:val="22"/>
        </w:rPr>
        <w:t xml:space="preserve">Mayor Keith. So this is one of those. Hard to get areas. And this is really hard to see on him. You're fine. Item I. There's a reversal here. It's a swirl, so it's a calic. It's right here on his neck. And that's what I'm going to start pulling. Make sure you guys can see it yeah so we have his cheek here and then we have this reversal. And I like to let him lay down for this because it is so high. All of these callbacks, there's the neck calloc on the inner, the outer. This is one that is just a swirl. </w:t>
        <w:br/>
      </w:r>
    </w:p>
    <w:p>
      <w:r>
        <w:rPr>
          <w:sz w:val="22"/>
        </w:rPr>
        <w:t xml:space="preserve">This is a natural part of his coat pattern. And it happens to be behind his ear. So I'm going to kind of look for the center of these and this is how I like to deal with them is by not stripping my dog and then. Fighting with them, but. These are generally one of the areas that you'd want to do every week. Lay down my friend. And again, do as I say, not as I do. </w:t>
        <w:br/>
      </w:r>
    </w:p>
    <w:p>
      <w:r>
        <w:rPr>
          <w:sz w:val="22"/>
        </w:rPr>
        <w:t xml:space="preserve">Ok. But you just said then no. Where is my friend? Ok. So I look for the center of it, or where I can find any discernible pattern, because obviously he's pretty well overgrown. And then I start with my fingers until I can see it because the key to. Any good hand strip? Is to. Follow the way the hair grows, unless you're really correcting something, like if you have a flip because it was incorrectly pulled. </w:t>
        <w:br/>
      </w:r>
    </w:p>
    <w:p>
      <w:r>
        <w:rPr>
          <w:sz w:val="22"/>
        </w:rPr>
        <w:t xml:space="preserve">But I like these are supposed to be really tight, and the only way to get them to lay really nice and tight and swirly is to constantly pull at them. So once I get that pattern, I start from the inside and I work my way out. That's how I handle them. I don't know how their people do. But I find that works the best because if I start from the outside, eventually you get to a point where you have just like a little pigtail sitting up in the air, and it's, especially for a blown coat, difficult to see. </w:t>
        <w:br/>
      </w:r>
    </w:p>
    <w:p>
      <w:r>
        <w:rPr>
          <w:sz w:val="22"/>
        </w:rPr>
        <w:t xml:space="preserve">Which way that hair should actually lay? I'm still pulling with my shoulder. Thumb down. I'm bad about that. I always do my thumb up, but I'm all. I'm pulling the way that I want the hair to grow. So I wanted to grow. In that pinwheel. Style and then. This is flat, so I'm just going to pull some of this out of my way so I can see my. Calica little bit better because again remember I like to move in a section, so sometimes that section is down the side of the neck. </w:t>
        <w:br/>
      </w:r>
    </w:p>
    <w:p>
      <w:r>
        <w:rPr>
          <w:sz w:val="22"/>
        </w:rPr>
        <w:t xml:space="preserve">I just want to keep it kind of even kind of. Exposing you can see this is the outside. That's the inside of it. Like no friends? no. So it's this is what I'm working on. You could see what I mean by. The inside sticking straight out. So if I pull all this from the outside then I'm going to have this just out. Where I know while it's standing up, and this is actually a really terrible spot because he has a double reversal. </w:t>
        <w:br/>
      </w:r>
    </w:p>
    <w:p>
      <w:r>
        <w:rPr>
          <w:sz w:val="22"/>
        </w:rPr>
        <w:t xml:space="preserve">There's a reversal here and there's a reversal here and they sit right next to each other it's really challenging. So I'm going to take a little bit of this outside so I can define my edge. I'm pulling into the calic that naturally every dog has the outer calic line. This is the inner calic line. And that's why these hairs, like stick out like a rough collar because. There's hair growing this way and there's hair growing that way, and then they just meet in the middle and crash like a wave. I know. I know life's tough. I'm holding the skin taunt from the other side here. It's out of my way. Out of your way. </w:t>
        <w:br/>
      </w:r>
    </w:p>
    <w:p>
      <w:r>
        <w:rPr>
          <w:sz w:val="22"/>
        </w:rPr>
        <w:t xml:space="preserve">Pulling down into my calic line. I'm being very careful because you can see even here this hair starts growing back this way. This hair starts growing back this way. This hair is growing down. So we want to just be very mindful of that. We don't want to go in and just pull Willy nilly because. It'll just grow back that way. Whichever way you pull the hair follicles, the way that it's going to grow. Voice from there, pulling from my shoulder with my shoulder. Even if I'm pulling down. I know. You can see this reversal there. This is what we're working up to. Come on, buddy. Sorry, guys. He is not the most cooperative of friends, but. </w:t>
        <w:br/>
      </w:r>
    </w:p>
    <w:p>
      <w:r>
        <w:rPr>
          <w:sz w:val="22"/>
        </w:rPr>
        <w:t xml:space="preserve">So when you're working these areas, you just want to remindful of things that can go wrong. Cutting hair is one of them. It looks like I got a few in here from him moving. Trying to grab one, but it's on my pal mat, so that's. If you can, if it's focusing, that's what a cut hair looks like. It's kind of blunted and this could just be a short hair that I pulled out, but. We want to watch. You want to make sure that the bulk of your hair, you know 99 9 % of it is full with a dead hairball at the end. You also want to keep watch on the skin. </w:t>
        <w:br/>
      </w:r>
    </w:p>
    <w:p>
      <w:r>
        <w:rPr>
          <w:sz w:val="22"/>
        </w:rPr>
        <w:t xml:space="preserve">You want to make sure it's not getting too red, too irritated. Just like with people that get whacked, this can cause an allergic reaction. You want to make sure you're avoiding making holes unless it's on purpose. And you want to make sure you're using the right tool if this if this knife stops being effective for me, maybe this knife is a better fit for this area. You know, maybe I'm going to get more out of it. You want to make sure that it. Grabbing the hair and pulling an appropriate amount, you can see. If I'm struggling to pull out the amount of hair that I have under that knife, maybe this is too aggressive for that area I need to back up to that coarser on. </w:t>
        <w:br/>
      </w:r>
    </w:p>
    <w:p>
      <w:r>
        <w:rPr>
          <w:sz w:val="22"/>
        </w:rPr>
        <w:t xml:space="preserve">Because i don't want to hurt and I don't want to pull out too much hair. And when you are actually like putting a dog and breed profile, it's very important to make sure that you're pulling just the appropriate amount of hair. You know, some places are tighter, like this shoulder. In some places are thicker, like the back of the neck. Terry talked about that during staging, so if I was going to stage him. Which is not something that Lakeland really get. But I would pull. All of this here because he needs that really long. </w:t>
        <w:br/>
      </w:r>
    </w:p>
    <w:p>
      <w:r>
        <w:rPr>
          <w:sz w:val="22"/>
        </w:rPr>
        <w:t xml:space="preserve">And then I would pull this last because this is the area that I need grown in the shortest. And of course he doesn't want to sit, so I lay down. So we're sitting, which is not ideal. This is not a muscle structure that is really great for stripping, I don't mind laying down because they're kind of more in how they would be stacked. You know, I can see where it is. When they sit, everything changes around. However, he is not the easiest of animals, so we go with the flow. </w:t>
        <w:br/>
      </w:r>
    </w:p>
    <w:p>
      <w:r>
        <w:rPr>
          <w:sz w:val="22"/>
        </w:rPr>
        <w:t xml:space="preserve">And that's really important. Like to work with the dog. Come down again. Thanks for doing this side. We're going to work on this reversal some more. How you know a knife fits your hand, it's not going to slip. You're going to feel comfortable using it. I know a lot of people have calluses and blisters and they use it as a sign of pride. I do not particularly care for blistered hand myself and I feel like that's part of friction and it's moving. One of the rules that I have for the salon. And success in the salon with Transhipping is I don't do more than two hours on a small dog. </w:t>
        <w:br/>
      </w:r>
    </w:p>
    <w:p>
      <w:r>
        <w:rPr>
          <w:sz w:val="22"/>
        </w:rPr>
        <w:t xml:space="preserve">I really need to go lay down, my good friend. Thank you. And I'll do more than two hours on the small dog. And I don't do more than three on a large. If it's more than that, they have to come back. They prepay for everything, you know, if I think that I need another hour, hour and a half. They're prepaying for that just so that they do come back. </w:t>
        <w:br/>
      </w:r>
    </w:p>
    <w:p>
      <w:r>
        <w:rPr>
          <w:sz w:val="22"/>
        </w:rPr>
        <w:t xml:space="preserve">And if they don't, that's their loss. But you want to make sure that you're setting yourself and the dog up for success umm. If for him or for a pet dog that I am doing this much strip work on, I would not generally be them afterwards. I don't bathe them before. Dirty hair is easier to grip. I also don't want to soften the hair follicle up by steaming it. So your hair, your skin is very pliable as you know, and when we soak in a tub we can see the effects of the water on our skin and gets extra moisturized extra. </w:t>
        <w:br/>
      </w:r>
    </w:p>
    <w:p>
      <w:r>
        <w:rPr>
          <w:sz w:val="22"/>
        </w:rPr>
        <w:t xml:space="preserve">Kind of soft and pliable. I want the skin a little harder and drier when I'm doing my hand stripping, just to keep the follicle in good in good shape, making it easier to do my job. Less likely for the blood flow to be at this the surface of the skin already. So I'm going to have less irritation. You know, I will have I there's almost always irritation because this is stimulating the capillary reflex. </w:t>
        <w:br/>
      </w:r>
    </w:p>
    <w:p>
      <w:r>
        <w:rPr>
          <w:sz w:val="22"/>
        </w:rPr>
        <w:t xml:space="preserve">Of any animal. But it's not going to already have the blood flow at the capillary from the warm water or the cold water or whatever it is umm. I do bathe my dog's jackets. Might this dog, particularly I be his jacket? I do that not every week. I just do it every like six weeks or so. He got Sandra. And even though this code is waterproof and. Weather proof and it's supposed to hold an extra seem he's just. He has dry skin, and it's not terribly dry, but it's flaky and I don't like it, so I paid him. But I do not glossy dry my tears. </w:t>
        <w:br/>
      </w:r>
    </w:p>
    <w:p>
      <w:r>
        <w:rPr>
          <w:sz w:val="22"/>
        </w:rPr>
        <w:t xml:space="preserve">I don't ever velocity dry my Terriers, even their furnishings. And you have to lay down. And the reason for that is that's really what lifts the code up. I see it on my Cocker spaniels as well. Cockers and Cockers are considered a natural coat. They're not hand stripped per se, but they are carted out and plucked so they won't. Just the very longest guard hairs get plucked out by a Cocker. It's a different process for a sporting dog. </w:t>
        <w:br/>
      </w:r>
    </w:p>
    <w:p>
      <w:r>
        <w:rPr>
          <w:sz w:val="22"/>
        </w:rPr>
        <w:t xml:space="preserve">We don't necessarily use knives, and a lot of English Cocker people do. But just like on this jacket, I would never use a free because he's considered a broken code terrier. I would use. I could use a rake on my sporting dogs because this is mostly guard hair. Wire coat is mostly guard here. A sporting dog is mostly undercoat. So that's really the big difference there is how we're removing those two types of hair. So carting and raking for sporting dogs, pinstriping and a little bit of carting for our Terriers. You can see I'm really pulling this down now. </w:t>
        <w:br/>
      </w:r>
    </w:p>
    <w:p>
      <w:r>
        <w:rPr>
          <w:sz w:val="22"/>
        </w:rPr>
        <w:t xml:space="preserve">This is that building that we would do for staging. You can see like. Although he's wanting to see it up, he's not fighting me for this little bit that I'm pulling down to the skin. So like Terry mentioned in the previous class, it's not cruel because this hair is dead. It's not doing anything. It's not keeping him warm, it's not protecting his skin and his coat. It's just it needs to be cleared out so good coat can come back through, so we stopped being so dandruffy. And you know he'll get some really brilliant, brilliant color. </w:t>
        <w:br/>
      </w:r>
    </w:p>
    <w:p>
      <w:r>
        <w:rPr>
          <w:sz w:val="22"/>
        </w:rPr>
        <w:t xml:space="preserve">I let him go way too long. Then again, I'm just steadily doing this so there is some layers here that could possibly be left. It's not all over, but I don't want him looking patchy when he grows back in, so I'm just going to keep on going. This is not something I would ever do. However to a client talk they will. Not very much appreciate you getting involved on so. For a client though, there's one like this I will. </w:t>
        <w:br/>
      </w:r>
    </w:p>
    <w:p>
      <w:r>
        <w:rPr>
          <w:sz w:val="22"/>
        </w:rPr>
        <w:t xml:space="preserve">Not to use that knife. I will use a more of a medium knife umm. This has finer teeth on it, and it seems like it would be like a tighter grip i'm trying to get the camera to focus on the teeth, which is. I know I've been possible to ask, but these teeth themselves are smaller and closer together, so they are going to pull out a lot of hair. However, this knife very flexible. Umm, the metal is a little thinner than other knives that I have. So like that because it had a little bit of gear without it being cooped damaging. If this was a client dog that was blown like this, I would umm. </w:t>
        <w:br/>
      </w:r>
    </w:p>
    <w:p>
      <w:r>
        <w:rPr>
          <w:sz w:val="22"/>
        </w:rPr>
        <w:t xml:space="preserve">Kind of do what you know, like how Terry said is pull out a good amount of it but leaving some. So that there will be hair growing back. Holly would do that as I would start anywhere and I would just pull and go down and pull and go down and I'm going to move fairly rapidly on a pet dog. Because it doesn't necessarily matter. Where I'm leaving here is it this blue? And then I would start back over at the neck until it was like a reasonable length. So this is not a reasonable length. But I'm also not balding this dog, because if it's a pet, they want the color and the texture cat, it doesn't matter that. </w:t>
        <w:br/>
      </w:r>
    </w:p>
    <w:p>
      <w:r>
        <w:rPr>
          <w:sz w:val="22"/>
        </w:rPr>
        <w:t xml:space="preserve">The coat length isn't right or that it might be a little bit dead because they just they want their dog to look cute and not like it has mange when it leaves your shop. If you are doing show grooming for a show person, have that conversation. Do you want this coat folked out? Do you want it? Bold it. You know it makes a huge difference between sending a dog home with a giant bald patch and then sending a dog home with. What will be this shoulder second here? And it pulls some of it. I'm going to pull that much off that shoulder. You can see. So it's hair there, but it's starting to get a little bit darker and it's going to grow in a dark layer. </w:t>
        <w:br/>
      </w:r>
    </w:p>
    <w:p>
      <w:r>
        <w:rPr>
          <w:sz w:val="22"/>
        </w:rPr>
        <w:t xml:space="preserve">So this is the difference between. What I'm doing for, say, getting this dog ready for grooming competition. For next year. Where I neglected this code. Versus a pet dog that they don't understand how often truly they should be coming in for the hand stripping. One of the other things when we talk about it, I didn't mention the pumice stones stop you need to stay. They are not. Again, a lot of people think like oh, they're kind of like the training wheels of hand stripping, you know, they're not going to damage coat, they're not going to cut the coat and that can and cannot be true. </w:t>
        <w:br/>
      </w:r>
    </w:p>
    <w:p>
      <w:r>
        <w:rPr>
          <w:sz w:val="22"/>
        </w:rPr>
        <w:t xml:space="preserve">Wiry coat is pretty fragile. It's by nature course and open and anything course can be broken. You know it just it will break. So you have to be careful that you're not. Just gripping loosely. That you are keeping that same tight skin tight hair follicle that you're gripping really well with your thumb and pulling with your shoulder again. You want all of those dead hair bulbs, all that dead hair from the root out. You want to clear those hair follicles to make way for new hair. </w:t>
        <w:br/>
      </w:r>
    </w:p>
    <w:p>
      <w:r>
        <w:rPr>
          <w:sz w:val="22"/>
        </w:rPr>
        <w:t xml:space="preserve">Umm, one of the ways you can tell that you are causing damage with a pumice stone is that the hair that grows back in it's going to flip. I unfortunately did that with my Cocker spaniels. I thought that I was doing the right thing and I caused an incredible amount of Co damage on my Cocker, pulling all of his large long guard hairs with the pumice stone and it ended up breaking and then curling it like ribbon umm. </w:t>
        <w:br/>
      </w:r>
    </w:p>
    <w:p>
      <w:r>
        <w:rPr>
          <w:sz w:val="22"/>
        </w:rPr>
        <w:t xml:space="preserve">So again, this is great because it can cover a lot. They're easy on the hand, so if you have any kind of mobility issues in your hand like I have. A lot of mobility issue actually. My right thumb. I was hit by a cat and have nerve damage for forever, so it doesn't really bother me that much anymore. But I can't open my phone all the way. So it's good, it's a nice tool that can sit in your hand really nicely and you can feel a little bit more confident about. </w:t>
        <w:br/>
      </w:r>
    </w:p>
    <w:p>
      <w:r>
        <w:rPr>
          <w:sz w:val="22"/>
        </w:rPr>
        <w:t xml:space="preserve">When we get to more of the flatwork right. When you get to your head and your ears, those areas are super, super tight and especially on this dog. Terry talked about a brick shaped shed and how we don't want an hourglass. And if you look at him, he looks like he has an hourglass right now. But what is actually going on is I did pull his beard and mustache a little bit the other week, but he has very prominent cheekbones, like that is his cheekbone. </w:t>
        <w:br/>
      </w:r>
    </w:p>
    <w:p>
      <w:r>
        <w:rPr>
          <w:sz w:val="22"/>
        </w:rPr>
        <w:t xml:space="preserve">And he had, he hollows out a little bit. He's not snipy, but he's very. Horse headed. It's not necessarily like that perfect brick shape. So I need to get really close on his face and his ears. So that's when we're going to go to these really super fine knives. They have almost no teeth to them. This one has a little bit of a tooth. If you can see that. </w:t>
        <w:br/>
      </w:r>
    </w:p>
    <w:p>
      <w:r>
        <w:rPr>
          <w:sz w:val="22"/>
        </w:rPr>
        <w:t xml:space="preserve">Trying to catch up to the light and then this one actually has the most microscopic teeth I've ever seen in my entire life. It it's barely there it's. This is, I've seen butter knives that are more aggressive than this umm. These are great for these areas that you need to get kind of like right down to the skin so to fix his face. </w:t>
        <w:br/>
      </w:r>
    </w:p>
    <w:p>
      <w:r>
        <w:rPr>
          <w:sz w:val="22"/>
        </w:rPr>
        <w:t xml:space="preserve">All of this, I always bold it. I always pull all of this out. And this kind of just. Grab every hair because it goes right to the skin. I'm grabbing it with my thumb. Pulling his head forward. But that's what these kinds of knives are great for, is this little detail work. So you're going to work your way down from those course knives. Just fine knife, medium knife. Find the one that's doing the right job for you. Some of them are too fine, you know, like this. I'm having a hard time gripping because of the shape of the head of this has teeth from the top all the way down. </w:t>
        <w:br/>
      </w:r>
    </w:p>
    <w:p>
      <w:r>
        <w:rPr>
          <w:sz w:val="22"/>
        </w:rPr>
        <w:t xml:space="preserve">So now I'm going to look and see. What else do I have? Well, I have this knife which is also a very finely toothed. But it feels more like the regular knives. It's doing a better job for me. So if you have, if this is something that interests you, hand stripping, you definitely want to go around and. See if there's somebody that is near you that has a ton of knives that you can put in your hand. Go to the shows, try them out if you can. There's also really great tools. One that's kind of expensive but can really fit someone's hand nicely is the Dymo brand. </w:t>
        <w:br/>
      </w:r>
    </w:p>
    <w:p>
      <w:r>
        <w:rPr>
          <w:sz w:val="22"/>
        </w:rPr>
        <w:t xml:space="preserve">From Whitman. I know. Doctor this school here? It looks like it should be Jelly, but it's not. But it has pre kind of squished in. Finger areas, they have grip. Sandpaper grip. Some of them have teeth, some of the models don't. But this is nice because it can be used in multiple ways and it's kind of A3 in one tool so I can pull this way I can use these tiny little teeth from the end to do all of this detail work. </w:t>
        <w:br/>
      </w:r>
    </w:p>
    <w:p>
      <w:r>
        <w:rPr>
          <w:sz w:val="22"/>
        </w:rPr>
        <w:t xml:space="preserve">So I can go ahead and. Use them to just grip in there and pull. I can flip it around. Use this side with the teeth that's more traditional knife head to kind of get some more of this bulk out. So there's just a myriad of tools to be used with hand stripping and. Each one's a little different, each one has a little bit more of something to offer, and again, the important thing is that it fits in your hand nicely. Trying to see if we fixed this. Second show you guys. I'll get rid of that we got rid of that little bit of hourglass shape. </w:t>
        <w:br/>
      </w:r>
    </w:p>
    <w:p>
      <w:r>
        <w:rPr>
          <w:sz w:val="22"/>
        </w:rPr>
        <w:t xml:space="preserve">Hi, come here so. Have switched on all of his hair down but. You could see how pulling just even that little bit of hair I. Change that plane of the head. On this side, so you can see this is still pretty very well hourglass this is still needs some out. We're getting more of that brick shape. So that's what that brick shape is. When we're doing the head, I'd like to start with the cheeks, the top of the head and go around on the ears. </w:t>
        <w:br/>
      </w:r>
    </w:p>
    <w:p>
      <w:r>
        <w:rPr>
          <w:sz w:val="22"/>
        </w:rPr>
        <w:t xml:space="preserve">I have a really hard time with ears. That is one place that I will put chalk in umm. So I like to do them with just my hands, because otherwise I tend to get the little edges here of the ear. And that can cause some of this brown, blackish, skunk. Which you can kind of. See here. it's. I don't want to say it's like stud tail, but it's almost like that because even when I'm not keeping it. Obviously strict. It's there. However, you can take that off with some benzoyl peroxide shampoo. That really helps that umm. I like to try to pull the bulk of this. </w:t>
        <w:br/>
      </w:r>
    </w:p>
    <w:p>
      <w:r>
        <w:rPr>
          <w:sz w:val="22"/>
        </w:rPr>
        <w:t xml:space="preserve">If you're going to compete, you can do the areas that don't affect the overall profile. At least the majority of that area before you get in the ring, especially if they don't like something like he doesn't like his back end done at all umm. That's why it's very fuzzy. He hates all this. But there is reversals here that are very important. So if I'm going to a grooming competition, this is part of my sanitary. I consider those ears part of my sanitary, so I either pull just the edge and leave the ear fluffy, or a pool just the inside because they're bad for it. </w:t>
        <w:br/>
      </w:r>
    </w:p>
    <w:p>
      <w:r>
        <w:rPr>
          <w:sz w:val="22"/>
        </w:rPr>
        <w:t xml:space="preserve">And then I tell my judge now maybe I don't pull this part here. Where he doesn't care so much, you know? So it's not completely done. I'm not cheating. But I am doing what's comfortable for the dog and for, you know, especially out of Barclays show where you're on video, it's really easy to have these dogs like rule the roost. I feel like that's where everybody kind of like has a terrible face because we're having a like hard concentration and the dogs look angry because they're terriers, and so you want to make sure that. </w:t>
        <w:br/>
      </w:r>
    </w:p>
    <w:p>
      <w:r>
        <w:rPr>
          <w:sz w:val="22"/>
        </w:rPr>
        <w:t xml:space="preserve">You are doing you know what's comfortable for you, what's comfortable for the pet, because maybe he needs his ears pulled so that they're not scabby and weird. You know, a few days before the show, maybe he I leave just like a little fringe of hair to take off there. It doesn't affect the fact that he has 17 million weeks of hair back here, you know? And I would never take a dog in like this, but. </w:t>
        <w:br/>
      </w:r>
    </w:p>
    <w:p>
      <w:r>
        <w:rPr>
          <w:sz w:val="22"/>
        </w:rPr>
        <w:t xml:space="preserve">That is really important and if it's something that's on a pet and they're just fighting you and fighting you. As long as the owner doesn't have expectations that this is a showroom and you're umm. Honest about it. I say clip it. I know there's purists out there. Scott's probably dying right now for me to say that. But if they're going to fight you for the inside of the ear, there's no point in keeping the color there because they're just going to injure themselves or you or you're never going to get it done and it's going to blow. </w:t>
        <w:br/>
      </w:r>
    </w:p>
    <w:p>
      <w:r>
        <w:rPr>
          <w:sz w:val="22"/>
        </w:rPr>
        <w:t xml:space="preserve">It's going to look like this anyway. So I just clicked that part because I don't need to look at that, you know, maybe pull the outside of the ear. That's where I'm going to see the color, and that's when pets. You know, same thing with the butt. If they're not going to let me pull this, there's no reason that this needs to be beautifully colored. You know, same thing with the around the genitalia. I always slip out my paw pads. I do try to strip out my feet umm. One of the things that I think I struggled with the most with feet is getting on nice and tight. </w:t>
        <w:br/>
      </w:r>
    </w:p>
    <w:p>
      <w:r>
        <w:rPr>
          <w:sz w:val="22"/>
        </w:rPr>
        <w:t xml:space="preserve">So what I do for that is I actually just strip out these toes stop. You're fine, my friend. So get one of those fine knives. And all this hair here. I will cool i will either pull up. Or at least forward. And this is a great way to get a column leg. You just pull out a little bit of this hair and it's going to give enough color. </w:t>
        <w:br/>
      </w:r>
    </w:p>
    <w:p>
      <w:r>
        <w:rPr>
          <w:sz w:val="22"/>
        </w:rPr>
        <w:t xml:space="preserve">That you're not gonna end up like this. White stuff from him walking on it. He goes outside on concrete. But you're going to keep some of that color? And texture. But you're going to make your foot nice and tight, and once it's. Clipped underneath. What are you doing? You look at me. Once it's clipped underneath, it doesn't necessarily. You're not going to see all this like little white stuff, but it's going to give you a nice clean bottom of the foot. Let me go. Instead of your column way, your toes are going to be pulled in already. </w:t>
        <w:br/>
      </w:r>
    </w:p>
    <w:p>
      <w:r>
        <w:rPr>
          <w:sz w:val="22"/>
        </w:rPr>
        <w:t xml:space="preserve">And then back and you can leave the rest of that leg because this is again supposed to be all pooled. And again, I do apologize. It's just you, Kerry. I can just scissor this off when I carry. But this is all that flat terrier front, which isn't actually very flat. And you can see look how it's getting irritated there already from where I pulled earlier. Some skin works which is great for that. The Artero balsam spray will calm it down which Hazel as long as it you know they don't live with caps umm. </w:t>
        <w:br/>
      </w:r>
    </w:p>
    <w:p>
      <w:r>
        <w:rPr>
          <w:sz w:val="22"/>
        </w:rPr>
        <w:t xml:space="preserve">Something like a Listerine, the original Listerine, 5050 Well, i did mention earlier that I don't feed my dogs if I pull this much hair off of them, and the reason for that is very much the same as the reason for. Are dumping shampoo. You can get vernacular osis by opening up the hair follicles too much. What an open hair follicle is hair follicles aren't separate from there's the skin, they come from the skin. So it's not like skin cell, hair follicle skin cell, it's just a clump of skin cells that are producing that hair. And when we pull them, when we pull this out away from their retire pili muscle away from, you know, the sebaceous gland, we are causing stimulation. </w:t>
        <w:br/>
      </w:r>
    </w:p>
    <w:p>
      <w:r>
        <w:rPr>
          <w:sz w:val="22"/>
        </w:rPr>
        <w:t xml:space="preserve">That's why he's red there. This is the body trying to kill itself. It would be like me pinching my arm over and over and over and. Over and over again and we try to be gentle and that's why I'm saying look and watch for the skin here. You know, I pulled all this out and it looks pretty good. You can even see a little bit of where the new hairs are starting to grow in. </w:t>
        <w:br/>
      </w:r>
    </w:p>
    <w:p>
      <w:r>
        <w:rPr>
          <w:sz w:val="22"/>
        </w:rPr>
        <w:t xml:space="preserve">From my prior attempts, i do sit on the couch and at least pull like 3 hairs out in them. But when you pinch and pinch and pinch, the skin gets red. You can see. On yourself, if you go like this, it's going to get red. That's blood coming to the surface. I don't like to bathe my dogs when I pull all of this because of all that blood there and because I have. Pulled this from the skin, it's causing like little pinprick openings so I don't want to wash any bacteria into those. </w:t>
        <w:br/>
      </w:r>
    </w:p>
    <w:p>
      <w:r>
        <w:rPr>
          <w:sz w:val="22"/>
        </w:rPr>
        <w:t xml:space="preserve">I don't want the skin to become. Too soft and pliable and I want to bring excess heat from blood flow from using warm water. I don't want to bring up more heat to the surface. So I tend to skip it. After I do a big strip like this. If I'm doing like a normal roll, I will bathe the dog. If they insist on something being bathed, I will bathe their furnishings and their face. They're beards, goatees on things like that. But I won't necessarily wash the body jacket. You can however do a Listerine rinse. It's the yellow kind. It's you know, just like for our mouths, anti microbial, antibacterial. </w:t>
        <w:br/>
      </w:r>
    </w:p>
    <w:p>
      <w:r>
        <w:rPr>
          <w:sz w:val="22"/>
        </w:rPr>
        <w:t xml:space="preserve">You would mix that 5050 with distilled water. It cleanses, it's an antiseptic, it cleanses the surface of the skin. You can do a Chlorhexidine spray and then rub it through with a board bristle brush. That's another good way. Chlorhexidine is the skin cleanser that they use pre surgery in vet care. I'm a huge fan of it. So there are ways that you can cleanse this after without. Fully bathing the dog. But I'm also honest with my owners and I just tell them I don't bathe it because we've done a lot of work today and it would be like taking a hot shower after getting waxed and as long as the owners of female they generally understand that. </w:t>
        <w:br/>
      </w:r>
    </w:p>
    <w:p>
      <w:r>
        <w:rPr>
          <w:sz w:val="22"/>
        </w:rPr>
        <w:t xml:space="preserve">But before running on time here. Terry, I talked about the flat terrier fronts and this is what the Flat Terrier front is stuff. I'm trying to get your line in here friend. So this is his shoulder structure. And he's actually a very nicely bred dog. He's just his bite went off. So that's how he's in my house. But you can see this is the front of his shoulder and then it just comes in slightly here. </w:t>
        <w:br/>
      </w:r>
    </w:p>
    <w:p>
      <w:r>
        <w:rPr>
          <w:sz w:val="22"/>
        </w:rPr>
        <w:t xml:space="preserve">So when he's all finished, all this is going to be gone and it's going to look pretty well flat down. And just like the schnauzer, he's only going to have a little bit of fill here and you can see we've got most of this belly hair off. But that just sets in this powerful column leg, so that little bit of hair that I took off of his toes. You can see if I had chalked this up. It's really stops naughty. </w:t>
        <w:br/>
      </w:r>
    </w:p>
    <w:p>
      <w:r>
        <w:rPr>
          <w:sz w:val="22"/>
        </w:rPr>
        <w:t xml:space="preserve">You can see that it goes straight from that return of forearm. That's what this is. Down to the toe, that's what your column leg is. It'll be a theme from. Right here under that turn of muscle, straight down and then the back and these legs. You know, a lot of people scissor thinning, strip, thinning, thin them. Much like that Westie head. Where Terry said just pull a few minutes. Same thing with these legs. You don't want the furnishing to get this white. This is too white. I let it go too long. </w:t>
        <w:br/>
      </w:r>
    </w:p>
    <w:p>
      <w:r>
        <w:rPr>
          <w:sz w:val="22"/>
        </w:rPr>
        <w:t xml:space="preserve">To keep color and volume and texture in the legs. You just pull a few hairs all over very evenly. I just pluck them. A really long ones. For a Lakeland they are obviously. Like I said earlier, there's nothing on them that is scissored or clipped minus his paw pads. So this is how I would do it is I would bring up my column leg. Comb it all out and then I would look. From the front of the dog and they would pull out anything that's hanging out all the way around until I have a nice cylindrical shape. He is the most cooperative of all models, but you can see. Compared to where I did not call him at, how much does need to come off? So this is something that we would be working on over and over, but that's all of your long furnishings punch. </w:t>
        <w:br/>
      </w:r>
    </w:p>
    <w:p>
      <w:r>
        <w:rPr>
          <w:sz w:val="22"/>
        </w:rPr>
        <w:t xml:space="preserve">All of your long furnishings need to be constantly pulled to keep color in. Just not at the volume or frequency of the rest of the hair. So all this is blown. I would just comb it out and everything that is kind of. Hanging out. They have a half moon shaped face so anything hanging out past his eye on either side. And out of that Half Moon shape. I'm going to pull it straight out and up. And I'm going to keep that in mind that I need this to fill. </w:t>
        <w:br/>
      </w:r>
    </w:p>
    <w:p>
      <w:r>
        <w:rPr>
          <w:sz w:val="22"/>
        </w:rPr>
        <w:t xml:space="preserve">And this will allow new hair to come in, keep that color. And keep. That texture. You could do that on pretty well all of your dogs. If you have dogs with a goatee, he has a slight 1 here. I like the pool from the outside towards the inside because that's also the way that I want the hair to grow. You can see I we do a little bit of a better job pulling that. </w:t>
        <w:br/>
      </w:r>
    </w:p>
    <w:p>
      <w:r>
        <w:rPr>
          <w:sz w:val="22"/>
        </w:rPr>
        <w:t xml:space="preserve">It has a little bit more color. But again, you could see two looking really closely, there's band of color at the end and then nothing towards the skin. And that's because just like on this body. Where I pull a little bit, the colors all at the end and then the white is where it's dying off. So you want to make sure that wherever you're pulling, you're pulling so that the color is what you see when you come back here and anything that has white at the bottom that's ready to go. And that is the quick overview of hand stripping. Are there any questions? We'll give it a minute for questions. </w:t>
        <w:br/>
      </w:r>
    </w:p>
    <w:p>
      <w:r>
        <w:rPr>
          <w:sz w:val="22"/>
        </w:rPr>
        <w:t xml:space="preserve">Just to just to reiterate, if you have a membership Helen, I added you to the submit membership group. Alright, so next questions of Helen in the group, tag her and if you don't have a membership Helen had a somebody get a hold of you to ask a question. Facebook's probably the best. I have been sick for the last few days so I'm trying to come out of the. Direct messaging whole so if I don't answer right away or the next day just text type message me again but i do try to answer. I know this is like a little like jumping around, but it was not necessarily my plan. </w:t>
        <w:br/>
      </w:r>
    </w:p>
    <w:p>
      <w:r>
        <w:rPr>
          <w:sz w:val="22"/>
        </w:rPr>
        <w:t xml:space="preserve">Send me that hairy, hairy boy. But you can always, you know, friend me on Facebook if we're not friends already. I'll probably post a picture of his naked butt later when I finish this. So Aaron thought it was a great webinar. I thought it was great. Thank you. I always thought, you know. I'm my own worst critic, so OK, Aaron says. It was very indepth, and she learned more than any other stripping seminar she attended. Ah. Thanks girl. Don't make Helen cry. </w:t>
        <w:br/>
      </w:r>
    </w:p>
    <w:p>
      <w:r>
        <w:rPr>
          <w:sz w:val="22"/>
        </w:rPr>
        <w:t xml:space="preserve">Ok. So we're going to wrap it up, Helen and I do want you to stay for a few minutes, OK? Ok. No worries. </w:t>
        <w:br/>
      </w:r>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 xml:space="preserve">Page </w:t>
    </w:r>
    <w:r>
      <w:fldChar w:fldCharType="begin"/>
      <w:instrText xml:space="preserve">PAGE</w:instrText>
      <w:fldChar w:fldCharType="end"/>
    </w:r>
    <w:r>
      <w:t xml:space="preserve">/</w:t>
    </w:r>
    <w: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