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Handstripping With Teri</w:t>
      </w:r>
    </w:p>
    <w:p>
      <w:r>
        <w:rPr>
          <w:sz w:val="22"/>
        </w:rPr>
        <w:t xml:space="preserve">OK, everybody, welcome to the next session of the positive educational training breed grooming summit. So we have Terry Demarino, who is going to do Terry and the Terriers correct OK. Thanks Mary and welcome everybody. Thank you very much for joining us and happy New Year to all just to move that up and out of the way. And yeah, we're going to focus on, I know you were expected to see Scott Wasserman, you know Scott we were selling for Scott, but you're going to get two of us today. </w:t>
        <w:br/>
      </w:r>
    </w:p>
    <w:p>
      <w:r>
        <w:rPr>
          <w:sz w:val="22"/>
        </w:rPr>
        <w:t xml:space="preserve">You're going to get me and I'm going to be doing a PowerPoint. We're going to be going over the bulk of the terrier breeds with a lot of specifics of the mechanics of hand stripping. Ok, the mechanics of hand stripping. Why how and the variety well more the how is going to be picked up by Helen Schaefer after me. She's got a lakey. So it's the both of these seminars are going to complement each other. But I like Terriers when you and the salon I had in Florida we did specialize in Terriers. </w:t>
        <w:br/>
      </w:r>
    </w:p>
    <w:p>
      <w:r>
        <w:rPr>
          <w:sz w:val="22"/>
        </w:rPr>
        <w:t xml:space="preserve">And we figured that we spent approximately 20 to 25 % of our time on with new terrier client correcting incorrect grooms, OK, correcting grooms that were not terrier type. And we when you get a reputation for doing a particular specialty, it grows. It really does. Like it would not be a after I sold my salon a couple years later, I walked in there and there were four groomers working at the tables, two of them I knew. And they each had a hand stripped dog on the table and I said wow, I did my work. I trained these people and we had a niche market in the Terriers there. </w:t>
        <w:br/>
      </w:r>
    </w:p>
    <w:p>
      <w:r>
        <w:rPr>
          <w:sz w:val="22"/>
        </w:rPr>
        <w:t xml:space="preserve">You've got to be able to deal with these dogs. These are feisty dogs. They are very in your face. I call them a wizzywig dog. What you see is what you get and you have to be able to posture to these dogs properly. Now that does not mean be aggressive with your handling because these dogs can be feisty and aggressive, but you just have to dogs. Will do pretty much anything you want them to do as long as you let them figure, think it's their idea. </w:t>
        <w:br/>
      </w:r>
    </w:p>
    <w:p>
      <w:r>
        <w:rPr>
          <w:sz w:val="22"/>
        </w:rPr>
        <w:t xml:space="preserve">So dealing and going into a terrier groom like that, you're really going to come out better off. So work with these dogs. Don't work against them. But I tell you, there's a lot of money in Terriers when you do them properly. We used to do that. Wouldn't be a day go by that we didn't have at least a couple bedlington's wheatons, soft carry Blues hand strips and other groomers. You come by and said, we don't see any of those. I said because we're doing them all. You get a reputation and these people talk, they talk. </w:t>
        <w:br/>
      </w:r>
    </w:p>
    <w:p>
      <w:r>
        <w:rPr>
          <w:sz w:val="22"/>
        </w:rPr>
        <w:t xml:space="preserve">Who groomed your dog? And they send them on. So this is something where you really want to perfect your skills or perfect your knowledge and move on with these dogs. We're going to touch on the majority of the Terrier group today. First, let's talk of the structural differences in Terriers. They are a little different. If you saw my seminar just previous to this, the camouflage grooming, we're just very briefly going to go over the average square built dog. This is an illustration of a poodle and we're going to compare it to what you might see with a terrier. Ok, or a couple of the terrier breeds. </w:t>
        <w:br/>
      </w:r>
    </w:p>
    <w:p>
      <w:r>
        <w:rPr>
          <w:sz w:val="22"/>
        </w:rPr>
        <w:t xml:space="preserve">45 degree angle off the shoulder to the ground. Scapular length? The same, approximately the same. And this is, in an ideal world, same length as the shoulder blade with the top. Of the scapula or shoulder blade directly above the elbow and the distance from the shoulder to the elbow should be the same as the elbow to the floor. Excuse for a nice long neck. A decent depth of chest reaching down to the elbow level. Top line, good tail set and tail carriage two different things. </w:t>
        <w:br/>
      </w:r>
    </w:p>
    <w:p>
      <w:r>
        <w:rPr>
          <w:sz w:val="22"/>
        </w:rPr>
        <w:t xml:space="preserve">Tail set is where it comes out of the dog's body. Tail carriage is what the dog does with the tail when it leaves his body. This 30 degree angulation. Off of the hip. This is often called rear angulation. It's kind of a blanket term, but it actually is turn of stifle whoops let's erase that turn of stifle. Excuse me. We have an upper thigh meeting at approximately a 90 degree angle here, and lower thigh approximately the same length, and you've got the point of rumps. You just come down and just barely tip the front toes. </w:t>
        <w:br/>
      </w:r>
    </w:p>
    <w:p>
      <w:r>
        <w:rPr>
          <w:sz w:val="22"/>
        </w:rPr>
        <w:t xml:space="preserve">So what we have here is the height of the shoulder to the floor is the same as. In an ideal world, the point of front to the point of rear, you have your square dock, you have a decent chest. This is where the differences are going to come in. Now let's go on and move on to our next slide which we have our along Lake Terrier. One of the differences with these long legged terriers and some of the short leg terriers is they have a good angle laid back of shoulder, but they have a shoulder upper arm. </w:t>
        <w:br/>
      </w:r>
    </w:p>
    <w:p>
      <w:r>
        <w:rPr>
          <w:sz w:val="22"/>
        </w:rPr>
        <w:t xml:space="preserve">Think about the job of a terrier, there's would go into the hole and Dick when we have a dog. Let's just go back very quickly. Here we have a dog with a deeper chest and the leg is set back under the chest. These dogs are meant for running and reach, you know, good reach, good drive. It gets in the way when you're in a hole. Ok, So what they want here is a little bit of a shorter upper arm and you're going to hear the term straight terrier front. </w:t>
        <w:br/>
      </w:r>
    </w:p>
    <w:p>
      <w:r>
        <w:rPr>
          <w:sz w:val="22"/>
        </w:rPr>
        <w:t xml:space="preserve">We're going to get into that with the particular haircuts too, but that means that the front legs just come straight down from the neck. You still have good angulation of shoulder. This is a straight shoulder. This is a straight front. There's your difference. Ok, straight shoulder. What it does is it thrusts the dog's neck forward a bit, makes it look like the neck is shorter. Ok, because some of it's kind of hidden in that body there. You got that shorter upper arm here we have good angulation, good tail set, nice strong rear. </w:t>
        <w:br/>
      </w:r>
    </w:p>
    <w:p>
      <w:r>
        <w:rPr>
          <w:sz w:val="22"/>
        </w:rPr>
        <w:t xml:space="preserve">You have a dog here with a shorter pelvic and a stiffer, steeper tilt, and you've got a straight rear. So what dog would be able to work? Longer that's it. And the Terrier people, they want their dogs spicy. They want them well constructed, they want them sound. And let's take a look at how this plays with another short of the short legged terrier and how the build there might differ slightly. We have a little bit of a shorter upper arm, but we still have a good angulation. We've got very good laid back of shoulder, but everything is just compacted on down on these short legged terriers. </w:t>
        <w:br/>
      </w:r>
    </w:p>
    <w:p>
      <w:r>
        <w:rPr>
          <w:sz w:val="22"/>
        </w:rPr>
        <w:t xml:space="preserve">Ok, what's my next slide here? Let's go over the terrier group with a number of. Different dogs. We've got our smooth coated terriers, our amstaffs, our bullies, Staffordshire Bulls, mini bulls, the Manchester, the smooth fox and the Parson Russell and the Jack Russell. Ok, they are different breeds. You got your little short leg and your little long leg. They come in a smooth or rough variety. Then we've got our long leg hard coated terriers. And these are pretty much we're going to get into each specific breed with similar body styles. You've got your air Dale, your Welsh, your wire fox, your miniature schnauzer, your Lakeland, your Irish terrier, your border terrier or your person or your Russell. </w:t>
        <w:br/>
      </w:r>
    </w:p>
    <w:p>
      <w:r>
        <w:rPr>
          <w:sz w:val="22"/>
        </w:rPr>
        <w:t xml:space="preserve">There are two different breeds. They've got them separated now. I don't believe there's they're varieties. I think they're actually breeds. And these are the rough coated. So these are hand stripped dogs and don't say to yourself now, oh, I can't hand strip, we're going to go into where you can take baby steps into the hand stripping world, OK. There's stuff that you can do with the dogs on your table that a little bit of pulling hair is going to make a big difference in the way the dog looks and the way future grooms are going to go. Because I personally, when I groom a dog, i think about what I can do and how that's going to affect the dog. </w:t>
        <w:br/>
      </w:r>
    </w:p>
    <w:p>
      <w:r>
        <w:rPr>
          <w:sz w:val="22"/>
        </w:rPr>
        <w:t xml:space="preserve">On the next trip in. That's especially important with the hard coded Terriers. Short leg hard coded terriers, you're dandy, you're Karen, you're wisty, you're Scotty, you're silly, you're Norfolk, you're Norwich, you're Australian and your Glen of Amal. There are a number of other Terriers too. By the way, this is an older seminar so I'm sure that I'm probably missing. I might be missing one or two that might have been added over the past few years or some of the ones that are in the miscellaneous group. </w:t>
        <w:br/>
      </w:r>
    </w:p>
    <w:p>
      <w:r>
        <w:rPr>
          <w:sz w:val="22"/>
        </w:rPr>
        <w:t xml:space="preserve">So we have our software, our Scissor terrier, soft coated terriers, obviously a soft coated Wheaton. Kerry blue Bedlington and your sky, you know, the grooming is slightly different for these and a lot of people may say, well I don't want it to, I want it clipped, I want it in a Petri and this is where it all comes into working with the client, OK. Let's talk about why wire. Ok wire coat and do a lot of things with the dog. It preserves the texture. That's one of the number one things. </w:t>
        <w:br/>
      </w:r>
    </w:p>
    <w:p>
      <w:r>
        <w:rPr>
          <w:sz w:val="22"/>
        </w:rPr>
        <w:t xml:space="preserve">We don't call them hard coded Terriers for nothing, OK? It preserves the texture because when you start clippering we're going to get into the mechanics of that. You lose your texture. It's weatherproof. I mean you get some of these really hard coded terries, you got to whip them down in the tub, you got to get some soap on them because they the oil, the natural oil and the weatherproofing it really is beneficial. This is why the dogs have this, another reason that these dogs were bred for the wire coat. Think of it when their face goes into a hole and they've got a rat or vermin that's going after them, the vermin comes back with a mouthful of hair. </w:t>
        <w:br/>
      </w:r>
    </w:p>
    <w:p>
      <w:r>
        <w:rPr>
          <w:sz w:val="22"/>
        </w:rPr>
        <w:t xml:space="preserve">Ok, the hair pulls out very even, relatively easy. When the dogs are going through brambles and Bush, they would have certain dogs work better in certain conditions and these wire coated dogs did really well in the rough terrain because the coat wouldn't hang up, they would it would protect the dog and if they got hung up on something it would just pull right out. Okay retains color. That's something we lose when we start clipping is we lose color. You'll get a client and I had once I say she has a rare silver dollar schnauzer. And this was years ago and I just got the biggest kick out of that. </w:t>
        <w:br/>
      </w:r>
    </w:p>
    <w:p>
      <w:r>
        <w:rPr>
          <w:sz w:val="22"/>
        </w:rPr>
        <w:t xml:space="preserve">And all it was just a miniature schnauzer that had been clipped and clipped and clipped and clipped and the coat was down to a silver. It didn't have the salt and pepper. Ok maintains correct read profile. Of course there are breeds that must be hand stripped when they are exhibited in the showroom to retain that breed profile and it just looks great. It really does. There are so many things that you can do with hand stripping to just really give your groom that edge and make you make that client want to come back. Take a look at what happens when we clip, OK, we Clipper these dogs and it's OK. </w:t>
        <w:br/>
      </w:r>
    </w:p>
    <w:p>
      <w:r>
        <w:rPr>
          <w:sz w:val="22"/>
        </w:rPr>
        <w:t xml:space="preserve">I'm not saying that clippering is bad. Clippering is fine, absolutely. But we can save the client some money. See, that's one of the big things with hand stripping is people do not know how to charge. But you also have to understand that these people appreciate hardcode hard jackets and they're willing to pay someone to do it and they're willing to go on your schedule because that's very important. Ok. </w:t>
        <w:br/>
      </w:r>
    </w:p>
    <w:p>
      <w:r>
        <w:rPr>
          <w:sz w:val="22"/>
        </w:rPr>
        <w:t xml:space="preserve">But if they clip. You seem a little bit of money. That's fine. It goes quicker. We know that. We save ourselves some time. Of course, hand stripping takes longer and in the business world that time is money. So you definitely have to charge appropriately for your time. We may see the dogs and aggravation. Let's face it, they're not all super angels on the table. And some of them do not take kindly, like you're not going to take a four to five year old dog that has never been hand stripped before and might be a little questionable on the table to begin with and start saying I'm going to hand strip this dog, it's probably not going to work out very well. </w:t>
        <w:br/>
      </w:r>
    </w:p>
    <w:p>
      <w:r>
        <w:rPr>
          <w:sz w:val="22"/>
        </w:rPr>
        <w:t xml:space="preserve">So you know, sometimes these dogs are just not the proper candidate for that. We lose coat texture and show you why in a little bit because we just keep clipping and clipping and clipping the coat and we don't give it a chance to regenerate and renew. And refresh those hair follicles, we lose coat color. I mean, you start fading and we're going to show you why in just a minute, explaining that as the hair grows, if it is not pulled out, it becomes thinner, weaker and then blows. But if you don't pull it out when the coat is blown or shedding naturally, you clip it off, it stays there, the coat gets thicker because you've got all this clippered coat and we tend to lose correct breed profile we've all seen. </w:t>
        <w:br/>
      </w:r>
    </w:p>
    <w:p>
      <w:r>
        <w:rPr>
          <w:sz w:val="22"/>
        </w:rPr>
        <w:t xml:space="preserve">Personally with the hula skirt, OK because a lot of people will say, well they take the 10 on the body and then they have trouble blending it into the skirt or the shoulders so that you lose breed profile. Other wire breeds that we may see besides these Terriers. Brussels Griffon, the rough coat, afin pincher, German wire hair pointer, wire, hair pointing griffon wire, dachshunds, love those dogs, a beef and hounds. A rougher ride had come in. A rough and a smooth Scottish deer hound, Irish wolfhound, petite basset, griffon vendeen. They may have the grands as well, giant schnauzer and standard schnauzer. So you may see these other additional dogs wire coated breeds coming in your salon. </w:t>
        <w:br/>
      </w:r>
    </w:p>
    <w:p>
      <w:r>
        <w:rPr>
          <w:sz w:val="22"/>
        </w:rPr>
        <w:t xml:space="preserve">Let's take a look at hand stripping terminology. Ok, you wonder. There's all these different terms that people are using. Ok, stripping means to pool or pluck the hair with fingers or tools. You're pulling down, you're pulling it out. And when you have, when you're using fingers, you know everybody that and strips. We look at our hands and we say, OK, got the calluses here. This means you're really working hard. They have the little secretary fingers that you can get the rubber fingers. </w:t>
        <w:br/>
      </w:r>
    </w:p>
    <w:p>
      <w:r>
        <w:rPr>
          <w:sz w:val="22"/>
        </w:rPr>
        <w:t xml:space="preserve">They worked fabulously, and Helen Schaefer is going to be filling in a lot of the tools, how to select the tools and the things to use. One thing that I found works really well. Garden gloves, the garden gloves that they're selling. Now you can get it at Home Depot and know I got a pack of 10 at Costco. But the garden gloves that have the rubberized on the palm, this protects my whole hand. And I put them on both of my hands because sometimes I'm plucking with I'm a right-handed groomer and I'm usually plucking with my right hand, but sometimes I got to get into with my left hand. </w:t>
        <w:br/>
      </w:r>
    </w:p>
    <w:p>
      <w:r>
        <w:rPr>
          <w:sz w:val="22"/>
        </w:rPr>
        <w:t xml:space="preserve">Ok, so I actually even have some left-handed stripping tools because sometimes that's just the way my body. Is going to work around the body of the dog, but try those rubberized gloves. They work rather well and pleased with it, but stripping is to pull or pluck the hair, fingers and tools. Staging is A is A is a term used, and you mostly see that with your schnauzer breeds schnauzer, miniature schnauzer you're going to see. You're also going to see some of the code some of the dogs when they blow coat, and that's the terminology too. Blown coat means the coat is dead, it needs to come out, it needs to leave the dock. </w:t>
        <w:br/>
      </w:r>
    </w:p>
    <w:p>
      <w:r>
        <w:rPr>
          <w:sz w:val="22"/>
        </w:rPr>
        <w:t xml:space="preserve">But staging is to totally strip off hair in sections in order to have the patterns of hair growth in at different levels and lengths. Thicker schnauzer for instance. The dog is a little bit. Short on length, they may strip the back of the dog's neck 1st and then maybe a week or two weeks later. Strip the bot the back of the top line or the sides if they're looking to correct things so they're strip those first so they grow in. And then places that they'll strip last will be around the neck, the head, areas that they want short. So these hair think your hair growth is approximately a half an inch a month. </w:t>
        <w:br/>
      </w:r>
    </w:p>
    <w:p>
      <w:r>
        <w:rPr>
          <w:sz w:val="22"/>
        </w:rPr>
        <w:t xml:space="preserve">If they're looking to correct areas on this dog's jacket, on the dog's body, they will actually stage and totally strip out and they'll bald it out and some people. My gosh, that's cruel. No, it's really not. The hair is dead. It is ready to come out. It just looks really strange until it does. Rolling, rolling. The code is constantly plucking hair in order to have a steady, even amount of hair growing in. You wonder how these Westies and Cairn terriers like that. A lot of Schnauzers need to be staged, because it's hard to get that salt and pepper coat to come in correctly. </w:t>
        <w:br/>
      </w:r>
    </w:p>
    <w:p>
      <w:r>
        <w:rPr>
          <w:sz w:val="22"/>
        </w:rPr>
        <w:t xml:space="preserve">If you roll, you're constantly pulling hair. Westies, Carens, Norwich, Norfolk, they're constantly these dogs in the showroom. They're going over these dogs every week, if not every day. And they've got a constant rate of hair growing on and there's something always there, all different lengths. And they're working with these dogs constantly. And then one that we're going to concentrate on today that works well for the salon and the pet client is what I call rotating and that is just like rotating. </w:t>
        <w:br/>
      </w:r>
    </w:p>
    <w:p>
      <w:r>
        <w:rPr>
          <w:sz w:val="22"/>
        </w:rPr>
        <w:t xml:space="preserve">Crops in the field, you're going to be pulling out a certain percentage of coat to assure a definite and predictable coat level. So you always have a layer of hair growing in underneath. You pull this one, you have this coming in. We're going to get down to the mechanics of that very shortly. This is what happens to the hair. Ok, our normal hair when you look at it and a good example is if you get a pet schnauzer in there that has been clip clipped. </w:t>
        <w:br/>
      </w:r>
    </w:p>
    <w:p>
      <w:r>
        <w:rPr>
          <w:sz w:val="22"/>
        </w:rPr>
        <w:t xml:space="preserve">And there's an injury or surgery or the dog chews or hotspot. When the coat grows back in, it grows back in the darker color which the dog basically hands stripped itself. Ok, what happens is that coat first grows in, it's nice and thick. Ok, you got this nice thick, beautiful dark colored hair. And just off topic a little bit, salt and pepper schnauzers don't have a white hair, black hair, white hair. Back here, the here of a schnauzer. Let me just say this is your hair shaft. It's actually banded. Silver and black. Ok, that's the code. That's the way it grows in, and that's why it's kind of funky. Sometimes when you rotate or roll a schnauzer's coat, because the coat is banded, each individual hair is 2 colors, so it's just interesting. </w:t>
        <w:br/>
      </w:r>
    </w:p>
    <w:p>
      <w:r>
        <w:rPr>
          <w:sz w:val="22"/>
        </w:rPr>
        <w:t xml:space="preserve">If you get a dog in, pull out a couple of hairs and take a look at that hair, it's really cool. So what happens? You get this nice strong hair growing on in as the hair is growing, and then it and it starts thinning out at the base a little bit. Right in there starts getting a little thin. Hair is tired, it wants, it's getting ready to blow, it's getting ready to leave. And then eventually what you have is this real skinny fine hair, and then it's thicker. And then you have that thick coat at the end, so you have some really dark color at the tips, but you got this real light color down here, OK? And it was a breed that really. </w:t>
        <w:br/>
      </w:r>
    </w:p>
    <w:p>
      <w:r>
        <w:rPr>
          <w:sz w:val="22"/>
        </w:rPr>
        <w:t xml:space="preserve">This comes into big play with is dandy Dinmont's and because you got to get that color, the color is just barely on the tips. And then it goes light color, so easy to make a hole in that coat. Now let's just say that we have this coat and this is really skinny, skinny and everything here, let's give ourselves a little more of that. And then? They want the dog clipped. Ok, dog hair follicles, people hair follicles. We have two hairs, maybe three, growing out of each hair follicle. Dogs have 15 to 20. If we don't refresh and pull out these hairs out of the follicle and we just clip them off right here, OK, I've clipped off all this beautiful dark colored stuff. </w:t>
        <w:br/>
      </w:r>
    </w:p>
    <w:p>
      <w:r>
        <w:rPr>
          <w:sz w:val="22"/>
        </w:rPr>
        <w:t xml:space="preserve">And I've got all this light colored because the hair, as it continues to grow and it does kind of kind of, you know, get thinner, it gets lighter in color, you know. And I'm going to use a schnauzer because schnauzer is a very common breed for us to see this on. And you cut it off. So all you have is all this really fine light colored hair. Ok that is why these dogs change color. This is how we lose color. Some dogs, if you work this and do what I call muck. </w:t>
        <w:br/>
      </w:r>
    </w:p>
    <w:p>
      <w:r>
        <w:rPr>
          <w:sz w:val="22"/>
        </w:rPr>
        <w:t xml:space="preserve">Code out. Every now and then you can pull out enough coat to where you can get a little bit of color coming back. But this is also one of the problems with we call them traditionally schnauzer bumps. People want their Dang schnauzer taken down with the 10 blade. I would never take a schnauzer with anything shorter than A7 And yes, I have had my clients that want it so skin tight and I just say it's not healthy for the dog because what you end up with is you end up with ingrown hairs. </w:t>
        <w:br/>
      </w:r>
    </w:p>
    <w:p>
      <w:r>
        <w:rPr>
          <w:sz w:val="22"/>
        </w:rPr>
        <w:t xml:space="preserve">You don't seem to do without seeing on too many. Other breeds because like a Westie or Karen, they might want to lift a little bit longer. But if you've got that West of your Karen that they want taken down with that 10, you've run the risk of having a an ingrown hair problem. And that's what your schnauzer bumps are. That's in short, that's a real short version of what goes on. The hair needs to be carted out. I'm going to talk about the different techniques in a little bit of parting is a method of just of stripping out the undercoat, but this is the mechanics. Of the color, the loss of color on it. </w:t>
        <w:br/>
      </w:r>
    </w:p>
    <w:p>
      <w:r>
        <w:rPr>
          <w:sz w:val="22"/>
        </w:rPr>
        <w:t xml:space="preserve">Let's look at tools and techniques. Ok, tools and techniques we have when is a knife not a knife? When it's a stripping knife, of course. Ok, and these are not knives that are sharp like a knife, but they can be a little sharp. Helen is going to get into the mechanics of how to choose tools, the different tools, the whole thing. And yes, I'm sorry, I do have a furminator up there because there is a place in the world for furminator, all right. </w:t>
        <w:br/>
      </w:r>
    </w:p>
    <w:p>
      <w:r>
        <w:rPr>
          <w:sz w:val="22"/>
        </w:rPr>
        <w:t xml:space="preserve">But most of these you can use utilize any of these tools to help card out, strip out, or pluck out. Ok, she's going to get into exactly what. Is what but you have. Let's take a couple of these. For instance, you have like. One of this type here sometimes in between these teeth it is a little on the sharp side. So what I would do I know I would do it on this one. </w:t>
        <w:br/>
      </w:r>
    </w:p>
    <w:p>
      <w:r>
        <w:rPr>
          <w:sz w:val="22"/>
        </w:rPr>
        <w:t xml:space="preserve">Take a piece of very fine sandpaper and just run it a couple of times between each tooth. Something like this one here, the magnet stripper they call it. I would take it out and take off the sharp edges on a piece of concrete curb. Some of these, they need to be dulled on down and I've known handlers or groomers to take a tool like this or like this and put it in a zip lock bag with a little bit of quick stop overnight and what happens is the moisture. It actually will rust down and will dull down those knives. </w:t>
        <w:br/>
      </w:r>
    </w:p>
    <w:p>
      <w:r>
        <w:rPr>
          <w:sz w:val="22"/>
        </w:rPr>
        <w:t xml:space="preserve">Why do we want the knives a little on the dull side because you don't want to cut hair. Remember the previous slide? Cutting hair means we're breaking that coat. We're cutting the coat. It's going to be coming in lighter color. We want to pull so, but we don't want to cut. Ok, let's move on to the next slide. Plucking, pulling or stripping. You see how this thumb is got? The knife is there and the thumb is just used to support it. </w:t>
        <w:br/>
      </w:r>
    </w:p>
    <w:p>
      <w:r>
        <w:rPr>
          <w:sz w:val="22"/>
        </w:rPr>
        <w:t xml:space="preserve">They're pulling back. You are never flicking your wrist. If you're flicking your wrist, couple things you can give yourself. Carpal tunnel. First of all, you can give yourself a problem, but you're also going to be breaking the hair. The pool comes from the shoulder, ideally from the shoulder, and you put in your whole body into it. Some dogs, depending on where what stripping i may sit down and pull down some dogs a little bit smaller, get up on the table, pull straight. And one thing that I do when I do a strip dog, I go for the uncomfortable areas first because my hand is going to fatigue. </w:t>
        <w:br/>
      </w:r>
    </w:p>
    <w:p>
      <w:r>
        <w:rPr>
          <w:sz w:val="22"/>
        </w:rPr>
        <w:t xml:space="preserve">Excuse me. Dog is going to get tired and I like to get the difficult stuff first. So I personally go for one of the sides. I can always do the top line. I can always do the back. Excuse me. But I go for the uncomfortable areas that we're going to get tired with first. After I'm tired, I do the easy stuff. Carting or raking is just that. You're taking another type of knife and you're pulling it at approximately a 45 degree angle off the coat, and you're carting out the undercoat and perhaps some of the top coat one moment. </w:t>
        <w:br/>
      </w:r>
    </w:p>
    <w:p>
      <w:r>
        <w:rPr>
          <w:sz w:val="22"/>
        </w:rPr>
        <w:t xml:space="preserve">Some of the top coat. Excuse me. No, this is not my idea of fun. People may say why do my studies or westies or dogs like that have Clipper marks on them where it looks like corduroy that is excessive under coach on these clip docks and if you can card that out you would be good. Give Me 2 seconds, 2 minutes yeah boy feelings. Which is just what I need is a coughing Jag in the middle of a seminar. </w:t>
        <w:br/>
      </w:r>
    </w:p>
    <w:p>
      <w:r>
        <w:rPr>
          <w:sz w:val="22"/>
        </w:rPr>
        <w:t xml:space="preserve">I'm coming back. Got that, ladies and gentlemen? Bear with me. Ok, calling and ranking if you can card out. Some of that undercoat. Prior to clipping. You're going to come up with a much smoother finish on that dog's back, OK? Now let's take a look at what happens when we plug here. I apologize guys, I really do. Lovely asthma. Ok, let's say we have a dog that comes in with what I call blown coat. And the owner wants this dog hands tripped, unlike to do and let's say the breed is wire Fox or Lakeland and this is a rotated, rotated coat. </w:t>
        <w:br/>
      </w:r>
    </w:p>
    <w:p>
      <w:r>
        <w:rPr>
          <w:sz w:val="22"/>
        </w:rPr>
        <w:t xml:space="preserve">Which means that I'm going to want this dog back in about four weeks. Karen's might go a little longer, depending on the dog and the growth pattern. All right, but you want to schedule these dogs. They cannot skip out on appointments, OK? You are they are beholden to you. Your schedule. So sorry. It'll clear up in a moment, believe me. So what I have here is I've got a dog with blown coat. All these hairs, they represent blown coat, ready to fall out. You told the client it's going to be 3 months before this dog looks really good. </w:t>
        <w:br/>
      </w:r>
    </w:p>
    <w:p>
      <w:r>
        <w:rPr>
          <w:sz w:val="22"/>
        </w:rPr>
        <w:t xml:space="preserve">Because you're going to get rid of about a third of the hair. You're going to get rid of about a third of the hair. And so you have some shaggy hair. But that's just the way it's going to look if they want this appearance. They're going to have to tolerate that. Get the dog in one month. And what you have is you've got this hair growing in nice, these little red hairs. It's about a half an. Inch maybe, OK average growth. These are all averages. What you gonna do is you're going to take out another third of the coat. </w:t>
        <w:br/>
      </w:r>
    </w:p>
    <w:p>
      <w:r>
        <w:rPr>
          <w:sz w:val="22"/>
        </w:rPr>
        <w:t xml:space="preserve">So the dog is still gonna look a little shaggy because you've got these long ends here, but you've got this new stuff growing in. Got the new stuff, you get the dog back in about four weeks and what you have. What you pulled out two months ago is about an inch long. And the stuff that you pulled out the last visit is coming in about a half an inch. And what you're going to do in this trip, you're going to pull those long ones out. You're going to have a nice tight jacket. What's going to happen in four weeks? Oh boy. I apologize guys, I really do. </w:t>
        <w:br/>
      </w:r>
    </w:p>
    <w:p>
      <w:r>
        <w:rPr>
          <w:sz w:val="22"/>
        </w:rPr>
        <w:t xml:space="preserve">Is that initial hair from three months ago is going to be long ready to come out. Stuff from two months ago is an inch long ready to stay, and the stuff from the last time is down to a half an inch. You pull that red stuff out and you're going to have a tight jacket. Once again, Mary, I just have to step away for a moment, OK? My nightmare is this happening in a live seminar. Ok, now you have the basics. Of that, of the, of the stripping. </w:t>
        <w:br/>
      </w:r>
    </w:p>
    <w:p>
      <w:r>
        <w:rPr>
          <w:sz w:val="22"/>
        </w:rPr>
        <w:t xml:space="preserve">And I'm going to go back and do that all again so you can all take a look from the very beginning, our blown coat. Here's our blown coat. Everything's all one line. I take out approximately a third. Four weeks later, the dog comes in. I've got some stuff growing in at the base. To get another third. Send him home 4 weeks later, get him back and I have hair that's an inch long and a half inch long. These are estimates guys estimates. And then we have this last batch of long hair. It's pulled on out, leaving me with a nice tight jacket. Get the dog in another four weeks. He's got super long hair that is going to come out. </w:t>
        <w:br/>
      </w:r>
    </w:p>
    <w:p>
      <w:r>
        <w:rPr>
          <w:sz w:val="22"/>
        </w:rPr>
        <w:t xml:space="preserve">All these layers here and that's what we call these layers. And you can look down at Dog's coat and see these layers. And you're just getting this night type jackets. Ok let's get into some breed profiles with these dogs. All right let's go to similar body patterns. Watch my time here. We're doing good. The Parson Russell Parson terrier for the Russell Terrier the rough Coated Ones and border terrier. These dogs if they come in blown pretty much sneeze and the hair is going to come out. Most of these owners will say just strip them down, get them on down to the underwear. </w:t>
        <w:br/>
      </w:r>
    </w:p>
    <w:p>
      <w:r>
        <w:rPr>
          <w:sz w:val="22"/>
        </w:rPr>
        <w:t xml:space="preserve">That's it and that's the. To the undercoat and are we used to do a bunch of the borders down in my salon. They're fun little dogs. They're cute dogs. Great coat heads are different on them. Go to these Terriers home sites, OK? The chariot like the board of Cherry Grove of America, the Parson Terrier club, they many of these sites have grooming guidelines. And this is what you want? Start your own library in your salon? Finally settling down. Thank you very much for your patience. I appreciate that. They have guidelines. Usually it's a booklet or something that you can download or a video. So please, please go to the club. For the for the grooming instructions, let's take a look at our Schnauzers. </w:t>
        <w:br/>
      </w:r>
    </w:p>
    <w:p>
      <w:r>
        <w:rPr>
          <w:sz w:val="22"/>
        </w:rPr>
        <w:t xml:space="preserve">3 breeds of Schnauzers. All schnauzer means is bearded one. That's it. But these are the only terrier is the mini schnauzer. That's it. The other two are working breeds. They're structured differently. And this is where I was going to talk about that. Straight terrier front. That's what you want on the schnauzer. You don't want any kind of a bib nothing if you got a big bib coming out on a schnauzer, you're lengthening the body. And they're square dog, so you don't want that. </w:t>
        <w:br/>
      </w:r>
    </w:p>
    <w:p>
      <w:r>
        <w:rPr>
          <w:sz w:val="22"/>
        </w:rPr>
        <w:t xml:space="preserve">Your giant and your and your standard these have, these are working dogs. They've got the deep chest, they've got the proper angulation, they've got the legs are set under the body, they've got the deep chest. So they are not a terrier. They are working breeds. So this is the big difference. In these dogs, and here's when your basic pattern this is from the miniature Schnauzer Club of America, you get some really good guidelines. </w:t>
        <w:br/>
      </w:r>
    </w:p>
    <w:p>
      <w:r>
        <w:rPr>
          <w:sz w:val="22"/>
        </w:rPr>
        <w:t xml:space="preserve">But this is your basic pattern for a mini schnauzer. Problem with a lot of Terriers is people leave too much hair on them. They leave too much hair on them, they're afraid to take the hair off. These are really compact dogs, OK? This is one of the few breeds where you can seize the legs, the strip, the body. So getting that blending line into these areas can be a little difficult. When you're doing a Clipper dog at home. Closest you should ever do. The body would be a 10. I'm sorry, I'm sorry. Take that back. </w:t>
        <w:br/>
      </w:r>
    </w:p>
    <w:p>
      <w:r>
        <w:rPr>
          <w:sz w:val="22"/>
        </w:rPr>
        <w:t xml:space="preserve">Bad, bad, bad. 7-5 is even better. And if you really want to play a little bit different with the different coat lengths, you do like a four or five along the neck to add a little length of strength of neck. But you come straight down at the shoulders, straight down. There's no pinching in, there's no puffing out. And here it should look that as it would be your script doc. Fronts you. This is called fill. This is not a bib and a lot of people get so upset when they clip it straight down and they hit the cowlicks. </w:t>
        <w:br/>
      </w:r>
    </w:p>
    <w:p>
      <w:r>
        <w:rPr>
          <w:sz w:val="22"/>
        </w:rPr>
        <w:t xml:space="preserve">Here the cowlicks are there, they're there. Just go straight on down. Just saw right through them. Just clip right through them and the legs should be scissored straight. Eyebrows don't you don't want big bushy hanging out and you don't want carved in. You don't want an hourglass face. We discussed very briefly the eyebrows prior with them. I think it camouflage grooming, and this is a good example here where you've got a longer eyebrow and you're going to the same side of the nose, and that's just a really good example. Went straight to there. If they want a shorter eyebrow, go to the opposite nostril and that will shorten up that eyebrow for you. </w:t>
        <w:br/>
      </w:r>
    </w:p>
    <w:p>
      <w:r>
        <w:rPr>
          <w:sz w:val="22"/>
        </w:rPr>
        <w:t xml:space="preserve">And they talk about arch of eyebrow. That's what they mean by the arch of eyebrow. And the way you properly get this is you trim your eyebrow and pick the eyebrow up and trim off eyelashes and trim a little bit over top of there and that gives you that really nice arch from the side the dogs should be able to see. That's a dog's eye right there. So he should be able to see looking out front and people think they can't see a lot of dogs. Eye vision is peripheral. So they're working like this. They're not working dead straight ahead, they're working like this. So actually, with an eyebrow they should, they should be actually clear, so you should be able to see the eye a little bit right there. </w:t>
        <w:br/>
      </w:r>
    </w:p>
    <w:p>
      <w:r>
        <w:rPr>
          <w:sz w:val="22"/>
        </w:rPr>
        <w:t xml:space="preserve">Much better. Ok, let's talk about similar body styles on dogs now. We went to our schnauzer, which has more definite pattern, but here we've got the Irish Terrier, the wire fox, the Airedale, the Welsh and the Lakeland. Similar body styles, different variety of links. And what we have on these, let's say, Bill, let's take this could be a wire fox right here and there's that beautiful shoulder angulation, these shorter upper arm, just what it needs to be. But you basically have a shorter jacket. </w:t>
        <w:br/>
      </w:r>
    </w:p>
    <w:p>
      <w:r>
        <w:rPr>
          <w:sz w:val="22"/>
        </w:rPr>
        <w:t xml:space="preserve">You don't have a big skirt on these dogs. The skirts should look like they're an extension of the body. You don't want a whole lot of skirt hanging off of these dogs. You want that straight terrier front coming on down and you don't want this big poofy. We gosh, we used to have the old book would have the Airedale trim and they had this big leg of mutton head coming out like this. </w:t>
        <w:br/>
      </w:r>
    </w:p>
    <w:p>
      <w:r>
        <w:rPr>
          <w:sz w:val="22"/>
        </w:rPr>
        <w:t xml:space="preserve">That is incorrect. Ok you're still going to take this dog down nice and tight and snug on the thigh, but it's going to blend in more. It's going to blend. It's not going to be as drastic as you see in the Schnauzers. Scott Wasserman rewrote the hard coded Terrier book. So if you go and see. Got to give him a call, give him, shoot him an email get this book. He did a really great job, you know, dealing with the. I think it's a grooming, the broken code of terrier. And these are illustrations from the original one of that. Here's correct. </w:t>
        <w:br/>
      </w:r>
    </w:p>
    <w:p>
      <w:r>
        <w:rPr>
          <w:sz w:val="22"/>
        </w:rPr>
        <w:t xml:space="preserve">You want it coming straight on down on all these breeds. You don't want this big excessive bushy legs, Schnauzers. You're going to have a longer length on, but you don't want it flipping on off to the side. You want it evenly trimmed. You don't want excessive bushiness and coming and looking from the side. You want these nice and clean lines. Think of you're talking angles. Poodles and such and bichons were talking curves, terriers were talking angles. So you want to keep that angular look, rears, the same thing. </w:t>
        <w:br/>
      </w:r>
    </w:p>
    <w:p>
      <w:r>
        <w:rPr>
          <w:sz w:val="22"/>
        </w:rPr>
        <w:t xml:space="preserve">Look at how we can disguise and just fill in some of these dogs. This is this is correct. Here we've got too much going on here, but here we're kind of hiding the cow Hawks. Here we're going to be hiding a little bit of the bowleg. Nice tidy rears. We don't want a whole lot of stuff hanging out on them. So don't be afraid to take that coat off. Why are Fox faces? A lot of people will have a tendency to leave them way too bushy. Think of a tin can. They are cylindrical. This is a cylindrical head. And they don't have. They're supposed to have. No, don't go there. </w:t>
        <w:br/>
      </w:r>
    </w:p>
    <w:p>
      <w:r>
        <w:rPr>
          <w:sz w:val="22"/>
        </w:rPr>
        <w:t xml:space="preserve">They're not supposed to have a stop, which you don't have a definite stop like another drastic example of a stop on a dog would be a Cocker spaniel. They're supposed to have a very deep stop. You're a wire fox. It should. Looks like almost a straight line coming straight on off and one of the ways that I determine it. Let me just see what my next slide is. I might be able to show you on that. Ok, good. It's a cylindrical phase coming straight off of the back, straight off of the back. You don't want it cutting in. You don't want it bushing out. </w:t>
        <w:br/>
      </w:r>
    </w:p>
    <w:p>
      <w:r>
        <w:rPr>
          <w:sz w:val="22"/>
        </w:rPr>
        <w:t xml:space="preserve">Couple ways you can get this. Your line would go from corner of the just behind the corner of the eye to the corner of the mouth and then about halfway up the flu. What this does, and keep this in mind, you get some of those Schnauzers with the really short heads when they open up their mouth to breathe or pant, they look like this big frog mouth with the hair hanging off from the side. </w:t>
        <w:br/>
      </w:r>
    </w:p>
    <w:p>
      <w:r>
        <w:rPr>
          <w:sz w:val="22"/>
        </w:rPr>
        <w:t xml:space="preserve">Start taking these dogs up to the corner of the mouth and just clear that a tiny bit. The hair on the sides should cover that, but it'll stop that. Frogmouth look, but you see how coming straight off of the top skull, you don't want a definite stop on them. And the way I determine what needs to come off is I will actually take a comb, lay it on its top skull and the nose and anything that sticks out comes up, comes off. Ok, anything that sticks up comes off. And this is where plucking is very easy to learn. </w:t>
        <w:br/>
      </w:r>
    </w:p>
    <w:p>
      <w:r>
        <w:rPr>
          <w:sz w:val="22"/>
        </w:rPr>
        <w:t xml:space="preserve">Just pull that stuff right on out, pull it out. How do you get? The eyebrows are supposed to have a very small eyebrow. And the way the eyebrows would go, you'll have them trimmed on in, but you're going to clear a tiny bit in the very front of the eye and you're going to do pluck and pluck this absolute. You will get much better result when you pluck just a little bit, a little Crescent right in there. </w:t>
        <w:br/>
      </w:r>
    </w:p>
    <w:p>
      <w:r>
        <w:rPr>
          <w:sz w:val="22"/>
        </w:rPr>
        <w:t xml:space="preserve">And what that does is it defines the eyebrow, but it doesn't interrupt what you have left for the stop. Get those faces straight on off. This is a goatee. It's not a beard. Ok it the dogs head should be able to shake and look the same. So when you get to trimming this, you don't want to leave a whole lot of bushiness here. You want to trim that straight, you want to get it straight off the back skull. Use your thing. </w:t>
        <w:br/>
      </w:r>
    </w:p>
    <w:p>
      <w:r>
        <w:rPr>
          <w:sz w:val="22"/>
        </w:rPr>
        <w:t xml:space="preserve">If you're doing a scissor, use your thinning shears to get that straight off of that back. Go straight on down. If the, and one thing I'll mention too, if the head is wrong on a terrier, the groom is wrong. The head is easily more than 50 % of the groom. You've got to get the heads right and even though some of these breeds may look similar, there are subtle differences in the way the heads are groomed. </w:t>
        <w:br/>
      </w:r>
    </w:p>
    <w:p>
      <w:r>
        <w:rPr>
          <w:sz w:val="22"/>
        </w:rPr>
        <w:t xml:space="preserve">And once again, wire fox. These are a little bit too cloudy pictures, a little bit out of focus, but you got you got straight on down, straight down these cylindrical, beautiful cylindrical heads bricks airedales another one that people. We got that similar body style right there and people leave too much hair on the head. The eyebrows should be a small hood. It's not a long eyebrow like we have on our Schnauzers or our Scotties. And the goatee is small once again. Bring that all the way up to the flu, right up to the tooth, up to the canine tooth, and you'll just have that on the end. And then bringing this pattern up to the corner of the mouth and then trimming it. </w:t>
        <w:br/>
      </w:r>
    </w:p>
    <w:p>
      <w:r>
        <w:rPr>
          <w:sz w:val="22"/>
        </w:rPr>
        <w:t xml:space="preserve">That will help you get that head falling in. You don't want anything hour glassing in and you don't want it bushing out from the side. The dog should be able to shake and hold that head shape. Let's take a look. Here's our correct Airedale head. This is way too carved in here and this is left way too bushy. Can always take care of. But you see what happens when you don't take that hair up to the flu. All this gingerbread hanging out on the bottom here, you want to trim that up corner of the eye to here and then like that. </w:t>
        <w:br/>
      </w:r>
    </w:p>
    <w:p>
      <w:r>
        <w:rPr>
          <w:sz w:val="22"/>
        </w:rPr>
        <w:t xml:space="preserve">And another thing is the eyebrow on a on a giant. Let me see what my next slide is real quick. No, OK. The eyebrow is blended on down, you have minimal if no stop. And you really don't have a defined. Eyebrow like you would in a schnauzer. Ok, recommend you take your hand and I actually put it over just like this and then I blend it, blend it straight on down. So you don't want to cut that in with the top of your skull. Top skull. On a dog like this, I wouldn't go closer than A7 That gives you that ability to blend that brow in. Welsh Terriers, they're not a miniature Airedale. </w:t>
        <w:br/>
      </w:r>
    </w:p>
    <w:p>
      <w:r>
        <w:rPr>
          <w:sz w:val="22"/>
        </w:rPr>
        <w:t xml:space="preserve">The heads are different, the whole dog is different. This is a boxy strong dog. Bigger, little bigger head, small, same size as a Lakeland, pretty much. Lakes can be a little smaller but they are a strong dog. The heads of Box here and more of a brick shaped head. You get more of an eyebrow on these dogs and you want that head coming straight off of the back. </w:t>
        <w:br/>
      </w:r>
    </w:p>
    <w:p>
      <w:r>
        <w:rPr>
          <w:sz w:val="22"/>
        </w:rPr>
        <w:t xml:space="preserve">If you can keep that in mind when a dog shakes you want that head to stay the same. Shape you want to get straight off of that back skull. You're usually doing a 10 if you're clippering, A10 on the side and the under jaw and seven on the head. That helps your whole blending. But this one, as opposed to the Airedale where it's a hood, you do have a little bit more of an eyebrow that you're going to work with the Welsh now the Lakeland, and I think hell is going to be doing a Lakeland after this. Lakies different head. </w:t>
        <w:br/>
      </w:r>
    </w:p>
    <w:p>
      <w:r>
        <w:rPr>
          <w:sz w:val="22"/>
        </w:rPr>
        <w:t xml:space="preserve">Similar body style to the ones that we've been doing now, but a Lakeland when you're looking straight. Have a fall. They're called a fall terrier and the fall terriers are ones that have the hair in front of the eyes. We usually think of Carrie Blues and soft coated wheatons as a fall terrier, but a Lakeland is considered a fall terrier and ironically so is a Bedlington because you've got hair down in front of the eyes looking straight on at a Lakeland. You don't want to see their eyes, you don't want to carve this in here this. So you can see we're on a little bit of a profile, three quarter profile, but this actually comes. </w:t>
        <w:br/>
      </w:r>
    </w:p>
    <w:p>
      <w:r>
        <w:rPr>
          <w:sz w:val="22"/>
        </w:rPr>
        <w:t xml:space="preserve">And blinds on, off and on the side. You're going to indicate I, but you're going to have that same pattern from the corner of the eye to the corner of the mouth on the sides. The Welsh you might go back a little bit farther, but all this will stay in the front. When looking at the dog straight on, you don't want to see a lot of eye. Which brings me to one handy thing a lot of people, a client may say I want to see the dog's eyes. I don't like all this stuff in front of the dog's eyes. </w:t>
        <w:br/>
      </w:r>
    </w:p>
    <w:p>
      <w:r>
        <w:rPr>
          <w:sz w:val="22"/>
        </w:rPr>
        <w:t xml:space="preserve">That's all fine and good, but do yourself a favor. Get the breed profile incorrect first, then modify. If you modify 1st and you try to say cut in the eyes on a carry blue or Bedlington or a Lakeland, if you cut the eyes in first, you're going to have a real hard time getting correct head. If you get correct head first, work with that, work with the vision of having the correct head in first and then modify Nick in by the eyes, you're going to be much happier with your work. Irish terrier body style, you know they're kind of similar to the ones that we just covered there, but they kind of cross. </w:t>
        <w:br/>
      </w:r>
    </w:p>
    <w:p>
      <w:r>
        <w:rPr>
          <w:sz w:val="22"/>
        </w:rPr>
        <w:t xml:space="preserve">On over into like the border or the Russell where the lakes are taken, you might have a little bit of fringe on the front legs as minimal fringe here. So not a whole lot of information on these guys, but one thing that we do still hold true. Small eyebrow, minimal stop and just a really tight straight on head. Ok you want a brick shape or a cylindrical shaped head, you want that head coming straight on down long and lean. </w:t>
        <w:br/>
      </w:r>
    </w:p>
    <w:p>
      <w:r>
        <w:rPr>
          <w:sz w:val="22"/>
        </w:rPr>
        <w:t xml:space="preserve">Here's a couple other Irish terrier pictures here we've got. We've got a little bit of tightness around here because the heads are really long to begin with, but we want to avoid our glassing in these dogs or leaving excess bushiness. Let's go to the short leg hard code Terriers now. Ok, we've got a dandy dinmont, Karen, a Westie, a Scotty, a cilium and Norfolk and Norwich, an Australian and a Glen of Amal. You don't see too many of those glands, and there's a few more out there that we could probably even talk about. But let's look at similar body patterns, OK? And I'm talking not to say similar. </w:t>
        <w:br/>
      </w:r>
    </w:p>
    <w:p>
      <w:r>
        <w:rPr>
          <w:sz w:val="22"/>
        </w:rPr>
        <w:t xml:space="preserve">Scotty and Sealy similar body type patterns of the ceilings are taking them a lot tighter, say in the shoulder area here and the hip, the Scotties, we leave them and if you're clippering I would once again I would not go any closer than four on these stocks. You want I'm looking nice. You want that code to come down nice what you can do on these dogs too. And I back up a little bit in order to keep some of the color. And why are Fox or a good example of this if you get a clippered wire fox in there you know. </w:t>
        <w:br/>
      </w:r>
    </w:p>
    <w:p>
      <w:r>
        <w:rPr>
          <w:sz w:val="22"/>
        </w:rPr>
        <w:t xml:space="preserve">Knows he got maybe a black or a brown patch. It's got the typical you know, the terrier type coloring the white with the black and the brown. Strip out a little bit, card out a little bit on those colored areas, just enough to have the coat coming in the darker color. Looks really nice. But yeah, these guys, they've got similar body styles. This it's, this isn't a Scottish Terrier club, but I think they probably have changed now you want to work with these dogs, you want to show nice shoulder, you don't want to. </w:t>
        <w:br/>
      </w:r>
    </w:p>
    <w:p>
      <w:r>
        <w:rPr>
          <w:sz w:val="22"/>
        </w:rPr>
        <w:t xml:space="preserve">And these dogs, they do have the legs set underneath them. So you've got a chest, a decent chest here, and you want to keep that coat coming straight on down, show a little bit of chest. The angulation comes from the rear. You're going to get all that off, clean them up, tidy chip, chip, chip with your thinning shears. Works out great. The heads we went in the last seminar, the ear Tufts are Tufts that are two. They're supposed to cover the inside of the ears and keep. Stuff from getting in the ears. </w:t>
        <w:br/>
      </w:r>
    </w:p>
    <w:p>
      <w:r>
        <w:rPr>
          <w:sz w:val="22"/>
        </w:rPr>
        <w:t xml:space="preserve">I personally think it was someone that was just trying to hide big ears on their Scotty, but that's neither here nor there. You want to Clipper half of this on the inside, you want to get it off. And the tufting comes from the very center here. That's it doesn't come from the sides, doesn't come from the back. You Clipper the inside and the outside of the ear. Real close, from halfway down, right in there. </w:t>
        <w:br/>
      </w:r>
    </w:p>
    <w:p>
      <w:r>
        <w:rPr>
          <w:sz w:val="22"/>
        </w:rPr>
        <w:t xml:space="preserve">I usually do the same on the outside because I blend the rest of it into the head. You can clip with the whole back of the ear if you want, but I find that if you're trying to hide a larger ear that handicaps you, then you're going to take, you're going to take. You've got your ear here, you're going to fold it lengthwise. You're going to pull everything out. This is Clifford. Right up to here, just about. The tough thing is going to come from this area. You're going to fold it lengthwise, you're going to pull everything out and you're going to trim it. </w:t>
        <w:br/>
      </w:r>
    </w:p>
    <w:p>
      <w:r>
        <w:rPr>
          <w:sz w:val="22"/>
        </w:rPr>
        <w:t xml:space="preserve">Take one swipe with your scissor, get it all even, open the ear up and the tuft is right there to double check your work, fold it halfway down and see what's sticking out of that top and work with that. Give you a nice clean Tufts. And once again, this schnauzer, are they. The same thing with eyebrows applies 1 trend there. If you want a longer eyebrow, go to the same nostril. </w:t>
        <w:br/>
      </w:r>
    </w:p>
    <w:p>
      <w:r>
        <w:rPr>
          <w:sz w:val="22"/>
        </w:rPr>
        <w:t xml:space="preserve">You want a shorter one, go to the opposite castro. Scotty heads like any of the other Terriers. You don't want to leave too much. See this nice coming straight off of the back of back skull there. Looks great. Gives you that great look great. Scotty look no closer than A7 on the top of the head. Please, please. And your Scotty line with the corner of the eye. And some people say down to the mole. Well sometimes we need to make these dogs, especially these pet dogs. The heads look a little longer. That's why I go almost right up to the corner of the mouth. </w:t>
        <w:br/>
      </w:r>
    </w:p>
    <w:p>
      <w:r>
        <w:rPr>
          <w:sz w:val="22"/>
        </w:rPr>
        <w:t xml:space="preserve">Here's a case where it's too bushy and you see what that looks like from the top view. And here's a case where the dog has had the head hourglass in it is way too lean and way too short. Our ceiling is pretty much the same. You're getting a nice snug shoulder in here. You've got a leg that you're going to be scissoring on for the most part. They have tough coats to pull, but you want these dogs snug and tight. It's almost like a carry blue head, as was described to me, and you want to be able to see the eye. You're coming off of the back skull, blending it on in and coming in to about the middle. </w:t>
        <w:br/>
      </w:r>
    </w:p>
    <w:p>
      <w:r>
        <w:rPr>
          <w:sz w:val="22"/>
        </w:rPr>
        <w:t xml:space="preserve">You know you've got your eyebrow there. You just take that into the middle of the pupil. It's about where it goes. You can always take more. And here is, you know, one that's out of balance. Too much on the legs, not enough on the body. This is over trimmed and this is your balanced dog. No overdue. Westies and Karens and people think, oh, it's the same haircut. It's not. There are subtle differences that will make the difference between the correct and incorrect haircut. And I used to work with a Karen breeder and where your Westies, you're coming in nice and snug on the neck, you're carrots, actually. </w:t>
        <w:br/>
      </w:r>
    </w:p>
    <w:p>
      <w:r>
        <w:rPr>
          <w:sz w:val="22"/>
        </w:rPr>
        <w:t xml:space="preserve">You're leaving a little bit of a little bit of a rough, not much, but a little bit of a rough. They are pulling them in tighter lately, I've noticed. But excuse me. But Westies, once again, you get some people want them super short, but you want a natural appearance. This is a dog collar for a pet. I would probably do like A2 Snap-on or something to that effect. Or you want to show shoulder. You want this the frill area, the fluff area. </w:t>
        <w:br/>
      </w:r>
    </w:p>
    <w:p>
      <w:r>
        <w:rPr>
          <w:sz w:val="22"/>
        </w:rPr>
        <w:t xml:space="preserve">Excuse me? You want this coming on down? Up like that and in the back and you want to keep it kind of at the widest part of the body. This is what it was talking about before. A lot of people try to get the length from the underside of the dog's jaw. You don't want to do that. You don't want to do that whoops let me back up here again. Because look at what it does. It confuses you get this hourglass in from the sides and it just doesn't look at under why it keeps wanting to pull up a website here. </w:t>
        <w:br/>
      </w:r>
    </w:p>
    <w:p>
      <w:r>
        <w:rPr>
          <w:sz w:val="22"/>
        </w:rPr>
        <w:t xml:space="preserve">But what we have here is we've got this hourglass. Look, with this big long neck, no, you want this right up here because you want the roundness from the top of the head. And just like this dog, this is beautiful look. I like trimming the ears at a slight tip right there, no more than 3/4 of an inch. And think of the Westie head as three concentric circles that meet in one common area on the under jaw. There's your frame, under behind the ears. Here's your frame in front. And there's your muzzle. If you have your ears trimmed straight across like this, you might have trouble getting it in right there and we discussed before. </w:t>
        <w:br/>
      </w:r>
    </w:p>
    <w:p>
      <w:r>
        <w:rPr>
          <w:sz w:val="22"/>
        </w:rPr>
        <w:t xml:space="preserve">When you get these dogs in. Come out, take your stripping knife and lay your comb out. Strip out some hair evenly all around the dog's head evenly because you don't want more coming off of 1 area than others. Don't forget the jowl area, which is an area that gets a lot of people confused a little bit on the muzzle and up in that area. And don't forget the frame. </w:t>
        <w:br/>
      </w:r>
    </w:p>
    <w:p>
      <w:r>
        <w:rPr>
          <w:sz w:val="22"/>
        </w:rPr>
        <w:t xml:space="preserve">The frame is behind the ear. And what you want to do is do this every trip. It shouldn't take you more than a minute and a half. 2 minutes Max. If it's taking you longer than that, you're getting too carried away. But strip a little hair out and what happens is that hair, the new hair coming in, you'll be bringing it back to natural wire and that will help lift up the hair. After about three or four sessions, all of a sudden you're going to be using less loose and less Hairspray on this dog because you're bringing some coat back to natural wire, and the natural wire is helping you achieve the proper grooming and the proper breed profile. </w:t>
        <w:br/>
      </w:r>
    </w:p>
    <w:p>
      <w:r>
        <w:rPr>
          <w:sz w:val="22"/>
        </w:rPr>
        <w:t xml:space="preserve">It's just a couple little pictures here, you know, our Westie, and let's look at our Karen. Carrying the whole thing with Karen, it should look groom but not groomed. It should be a scruffy little Toto dog, should look a little on the rough side and you want to keep the head in that consideration. It's not a total westy head. It's a little bit shorter for the most part I would say, but they're showing them in these kind of bigger heads. Now you want a Saber shaped tail on it, so you're going to get rid of a bunch of that stuff, give it this type of tail and this is how it would look from the top is a little bit too much. </w:t>
        <w:br/>
      </w:r>
    </w:p>
    <w:p>
      <w:r>
        <w:rPr>
          <w:sz w:val="22"/>
        </w:rPr>
        <w:t xml:space="preserve">That's a little correct. And the ears, you see how they're tipped on out on a bit of an angle right there, and they should meet at it's about halfway on the Karen ear. Get those legs tidy and neat you've got there's properly groomed there properly groomed hair and nice tight rear and just get the nice and tip and tidy. If you're if you're stripping get in there and pull the individual coat and when you keep this good rotation you'll always have something coming back in. </w:t>
        <w:br/>
      </w:r>
    </w:p>
    <w:p>
      <w:r>
        <w:rPr>
          <w:sz w:val="22"/>
        </w:rPr>
        <w:t xml:space="preserve">Some people say well you know some of these cherries they really break a lot of coat. These are kind of the old going to say old world dogs. You get some of these Westies that have the really hard quote because the code breaks, it breaks wire coat breaks. And of course over the years we have bread for more coat and that's why we're getting some of these dogs have softer coat because softer coat is longer. Good example of that is the giant schnauzer and a lot of real soft coat in the giant Schnauzers. </w:t>
        <w:br/>
      </w:r>
    </w:p>
    <w:p>
      <w:r>
        <w:rPr>
          <w:sz w:val="22"/>
        </w:rPr>
        <w:t xml:space="preserve">And these are the ones that have the big leg furnishings. But it's OK if they have that older fashioned coat, that's fine. Here are some Karens and you see what we've got a little bit of a rough here, not much, not much but. If you don't have it really tight like a Westie lollipop head, this is kind of rough. Needs more work. This is a Karen in a Westie trim. </w:t>
        <w:br/>
      </w:r>
    </w:p>
    <w:p>
      <w:r>
        <w:rPr>
          <w:sz w:val="22"/>
        </w:rPr>
        <w:t xml:space="preserve">See how they've trimmed up that neck there? And this is your brief profile, correct, Karen? And there's a couple of them groomed on up there. Ok here we've got similar body patterns on these three breeds. I don't say the same. I say they're similar because one of the ways that we want to trim these, you've got your Australian Terrier, your Norwich and your own folk. What are the differences? These two breeds, they used to be considered the same breed and I believe it was in the late eighties they split them. </w:t>
        <w:br/>
      </w:r>
    </w:p>
    <w:p>
      <w:r>
        <w:rPr>
          <w:sz w:val="22"/>
        </w:rPr>
        <w:t xml:space="preserve">Because you had your some people that liked the pricklier, which I like a Norwich Terrier, witches hat straight up and the Norfolk is the other one has the drop ear and over years of breeding for preference they kind of started getting different body styles. These are a little seemed to be a little bit smaller, a little more Coby. No your body style for this. Is basically you're taking the neck on down, you're leaving the larger rough in the front and you're following the body pattern showing here it is right in there and that it kind of cleans that on up. </w:t>
        <w:br/>
      </w:r>
    </w:p>
    <w:p>
      <w:r>
        <w:rPr>
          <w:sz w:val="22"/>
        </w:rPr>
        <w:t xml:space="preserve">Australian Terriers, you can chase the top of their heads, get them up. There's a couple of people out there competing with them and they look great. Norwich and Norfolk basically the same little bit shorter version and the heads of the Norwich and the Norfolk you've someone might. Like Terrier mentor described, a Norwich head looks like a westie with a flat top and that is about one of the best descriptions I can possibly give you. Look what we've got here. We've got an ear that's stripped on down, but look at this head, it's like the bottom half of the West you head for the most part, OK, we stripped the top. </w:t>
        <w:br/>
      </w:r>
    </w:p>
    <w:p>
      <w:r>
        <w:rPr>
          <w:sz w:val="22"/>
        </w:rPr>
        <w:t xml:space="preserve">They actually the eyebrows on both of these are longer at the sides and they are in the center because it blends on out to blend in with the sides of the head. And I realize we're kind of going through this kind of. Click the indigent montanas are so cute I called them. They came from God's leftover box when he made dogs. He took all the little parts that didn't fit on anything else and made it dandy. And these are fun dogs of I'm seeing a number of groomers in the freestyle ring doing some of the teddy bear trims. </w:t>
        <w:br/>
      </w:r>
    </w:p>
    <w:p>
      <w:r>
        <w:rPr>
          <w:sz w:val="22"/>
        </w:rPr>
        <w:t xml:space="preserve">That would be teddy bear trims doing even a dandy trim. This ear tassel thing on them is natural and you see where it doesn't come like a poodle top knot coming straight in at the top of the ear. Becomes partially down. They've got some pretty OK directions here as well. They have a bit of a sloping top, a rolling top line. Your high point is usually right above the loin. High point of the undercarriage is right under the loin. And keep in mind they're just these nice round heads on the top here. Now these are dogs that will strip out on the body. </w:t>
        <w:br/>
      </w:r>
    </w:p>
    <w:p>
      <w:r>
        <w:rPr>
          <w:sz w:val="22"/>
        </w:rPr>
        <w:t xml:space="preserve">But then you get to they say you can break the coat or snap the coat to get the legs trimmed and the head trimmed properly, take a scissor to it, take a thinning shear to it, but they still want a good natural look. Glen Haven Mall is just kind of a almost the same length all over with little bit of tidying. Here is one that needs some work. Here's one that's overdone, and here's one that is properly balanced. Got a couple more here to go because we're running right on time. Kerry blue and soft coated Wheaton, not the same, haircuts similar, OK, similar. </w:t>
        <w:br/>
      </w:r>
    </w:p>
    <w:p>
      <w:r>
        <w:rPr>
          <w:sz w:val="22"/>
        </w:rPr>
        <w:t xml:space="preserve">But in the longer version I had a couple of carrot carrot soft coated wheatens that I used to show for a client. And the trends have changed over the years because we're getting a little tighter on these dogs. They were kept on the longer side, but we're starting to snug up to show the bodies of these dogs a little bit more. Can you look at the carried blue here? And I believe Helen is going to be submitting a video for the Kerry blue. </w:t>
        <w:br/>
      </w:r>
    </w:p>
    <w:p>
      <w:r>
        <w:rPr>
          <w:sz w:val="22"/>
        </w:rPr>
        <w:t xml:space="preserve">Correct me if we're wrong, Mary, because she was not able to do that yesterday, but it was described in a book on carries that I read once that a Kerry blue body trim should look like a well fitting corset. Ok, so we're talking a well fitted jacket and body on this dock. It's not bushy, it's not over overdone. You want to keep you. These are. Areas where you can take a little shorter here, bring it in with the legs, keeping in mind the legs are straight and parallel, Hawks are low set, very low set, and the body coat is marcelled or curled back. If you want some of these dogs in competition, the groomers are actually toward the end. </w:t>
        <w:br/>
      </w:r>
    </w:p>
    <w:p>
      <w:r>
        <w:rPr>
          <w:sz w:val="22"/>
        </w:rPr>
        <w:t xml:space="preserve">They don't get in there and really super comb and brush these bodies. They keep the curling because that is correct for debris. There's beautiful head on these dogs. It's taken. This is one of the fall Terriers. You don't cut this in like eyebrows, you're actually blending off from the top skull, blending it straight on down, and you want to be able to see the eyes from the side. If you get a client that wants you even more taken off, you have to get, you know, get your breed profile in first. </w:t>
        <w:br/>
      </w:r>
    </w:p>
    <w:p>
      <w:r>
        <w:rPr>
          <w:sz w:val="22"/>
        </w:rPr>
        <w:t xml:space="preserve">But you're going to go from corner of the eye to the corner of the mouth up on the flu a little bit to get that nice graceful beard that gets rid of. Lot of stuff in there. She look like this. Nice graceful curve going on in there. Excuse me. And then you're blending off into the fall. Ears should be taken nice and short. They should be nice high set ears and you know things that we can do to enhance now soft coated wheatens, a little longer trim once again another breed with super long head, long boxy head. </w:t>
        <w:br/>
      </w:r>
    </w:p>
    <w:p>
      <w:r>
        <w:rPr>
          <w:sz w:val="22"/>
        </w:rPr>
        <w:t xml:space="preserve">This is kind of how they want them. You don't want to see the eyes looking straight on. They in fact breed standard calls. You want to indicate I on the side. That's the terminology. That they use. You want neat and tidy and there's not a breed that I would take a clip or two to do it properly for. The ringtone. Hand done, your peers all hand done, but when you look at it straight on, almost looks like a housetop coming straight off of the shoulder straight on down. And I think we've got another slide with these guys. Yeah, properly, not properly done, not overdone. This dog is underdone and this dog is done too tight. </w:t>
        <w:br/>
      </w:r>
    </w:p>
    <w:p>
      <w:r>
        <w:rPr>
          <w:sz w:val="22"/>
        </w:rPr>
        <w:t xml:space="preserve">They're showing them now a little on the tighter body side, but nothing like a carry. Blue and heads. Usually you'll take like a purist. Purist will scissor the ears or take a 7 to the ear, stopping about halfway. You want to keep some extra length. On the back of the occiput because you want this to be able to gracefully go into a long neck, so this elongates that head out even more. </w:t>
        <w:br/>
      </w:r>
    </w:p>
    <w:p>
      <w:r>
        <w:rPr>
          <w:sz w:val="22"/>
        </w:rPr>
        <w:t xml:space="preserve">You want to take usually on the sides of the cheeks, maybe a four. And then scissor everything into blend on into the neck and you want this nice graceful curve on the underside and for the side here you just want to Nick that on in to indicate aye this dog needs a little bit of work done. He's got he's overdone. But here we have correct looking straight on you can see you can't see the eye from there this is too bushed out this is our glass in if the client wants to see more eye on the dog get your breed profile correct. </w:t>
        <w:br/>
      </w:r>
    </w:p>
    <w:p>
      <w:r>
        <w:rPr>
          <w:sz w:val="22"/>
        </w:rPr>
        <w:t xml:space="preserve">That in. And then bring that in because you're still going to have stuff on the side to give that pretty wheaten appearance. They should look fairly natural. And there's a similarities yet, the differences between these two breeds. Ok and let's talk to Bedlington. You get a lot of people are doing poor lintons. They're doing their poodles like this. Burlington trim is really kind of cute. </w:t>
        <w:br/>
      </w:r>
    </w:p>
    <w:p>
      <w:r>
        <w:rPr>
          <w:sz w:val="22"/>
        </w:rPr>
        <w:t xml:space="preserve">I like it. But there are a few things that you need to know to get it right. All right. It's usually shorter. On the shoulders and such. I like to think of it as I like to take and think that the high point, the low point of the chest and the high point of the low point of the shoulders. This should be right where the shoulders are. Now, if the dog shoulders are up here, you can trim it so that they look like they're proper. The properly set. </w:t>
        <w:br/>
      </w:r>
    </w:p>
    <w:p>
      <w:r>
        <w:rPr>
          <w:sz w:val="22"/>
        </w:rPr>
        <w:t xml:space="preserve">But you want this and this to be directly above each other, directly above and below. And the high point of the underside should be directly under the high point of the Roach on the back, Roach on the back. Usually I'll sync a comb in there. You don't want it about an inch long, depends on the build of the dog as well. But if think of this as a wave and the high point of the Ossipee, high point of the skull is right behind the occiput. </w:t>
        <w:br/>
      </w:r>
    </w:p>
    <w:p>
      <w:r>
        <w:rPr>
          <w:sz w:val="22"/>
        </w:rPr>
        <w:t xml:space="preserve">Think of this dog as a wave going like this. Ok, you've just got this simple wave going on there and you want. A little sloping pasture. It's OK to show a little foot. You get the foot out there and the tail is shaved to a V and the rest of it is the rat tail the. Corner of the eye to the set on of the ear and then from the corner of the eye to the back of the of the mouth and shape the entire under jaw. </w:t>
        <w:br/>
      </w:r>
    </w:p>
    <w:p>
      <w:r>
        <w:rPr>
          <w:sz w:val="22"/>
        </w:rPr>
        <w:t xml:space="preserve">And shave and tassel the ears. Usually this is done with a 40 blade. And these dogs coming off of the breeder, they're used to using a forty Blade on these dogs. You use a 10 on these dogs, you're going to hurt because these ears are so thin. 40 works so much better on them. The fronts we spoke earlier today correct fronts in the only breeds where the feet are tighter at the base than they are at the at the shoulders. So it's OK that they look tight at the feet, the rear so strong terrier. </w:t>
        <w:br/>
      </w:r>
    </w:p>
    <w:p>
      <w:r>
        <w:rPr>
          <w:sz w:val="22"/>
        </w:rPr>
        <w:t xml:space="preserve">Career that sloping pasture. And the rear foot is that comes in from the rear right there. So but you don't want a teddy bear foot on it, you don't want it coming out in A-frame like that. You want to if at all possible get those feet a little bit tighter at the base. And we're almost done here I believe. And the Bedlington head confuses a lot of people. You should be able to look straight on the Bedlington and you're seeing them parallel lines. Ideally you don't want to see aye OK if you've got a an earset issue corrected by either coming down starting down on it a little bit more. Your said issues on Bennington, I don't think I've ever seen a Bedlington with an overly high air set. </w:t>
        <w:br/>
      </w:r>
    </w:p>
    <w:p>
      <w:r>
        <w:rPr>
          <w:sz w:val="22"/>
        </w:rPr>
        <w:t xml:space="preserve">So that's not that it's correcting, but you want to pull off of the sides here, get this nice and rounded. You don't want this. Thing coming like that, you want the hype and you don't want this big bulbous. Now there is the British groom, we call it the pterodactyl, which is similar to this, but it's not. It's still has the high occiput coming up like this. But then they bring it in here, it's not falling off the back of the dog like it is here. And it's also not this big lump in front. It's just like my move my. High point of the Crown should be right over the high point of the hospital. </w:t>
        <w:br/>
      </w:r>
    </w:p>
    <w:p>
      <w:r>
        <w:rPr>
          <w:sz w:val="22"/>
        </w:rPr>
        <w:t xml:space="preserve">This is the American style. You bring it up and bring it down into the shoulders. It should look like a blunt wedge, if that's a good description. But yeah, that's that pretty much finishes us up here. Yeah, I just got in just in time here. We've got our tenacious terriers there. I hope I was able to open up a couple of eyes on this. When you go to enhance stripping, watch some of the people. Another thing with hand stripping, never strip. </w:t>
        <w:br/>
      </w:r>
    </w:p>
    <w:p>
      <w:r>
        <w:rPr>
          <w:sz w:val="22"/>
        </w:rPr>
        <w:t xml:space="preserve">A dirty coat. I forgot to go that never ship a clean coat. I'm sorry. Take that back. Never strip a clean coat. Usually there are powders that you can use that will help you get a grip on the hair. But stripping a clean coat slides right between your fingers. You want a little bit of oil on that coat. Makes it happen mary i think we just we got in here under an hour. Got it awesome so thank you very much again. Those who have a membership can ask questions of Terry. Just tag her in the in the group if you don't have it. Membership Terry again. </w:t>
        <w:br/>
      </w:r>
    </w:p>
    <w:p>
      <w:r>
        <w:rPr>
          <w:sz w:val="22"/>
        </w:rPr>
        <w:t xml:space="preserve">How do people get ahold of you? Terry demarino@gmail.com and Facebook yeah. Ok, very good. We will be back in 20 minutes with Helen. Thanks a lot everyone. Thanks for dialing in. </w:t>
        <w:br/>
      </w:r>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 xml:space="preserve">Page </w:t>
    </w:r>
    <w:r>
      <w:fldChar w:fldCharType="begin"/>
      <w:instrText xml:space="preserve">PAGE</w:instrText>
      <w:fldChar w:fldCharType="end"/>
    </w:r>
    <w:r>
      <w:t xml:space="preserve">/</w:t>
    </w:r>
    <w: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