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Kerry video</w:t>
      </w:r>
    </w:p>
    <w:p>
      <w:r>
        <w:rPr>
          <w:sz w:val="22"/>
        </w:rPr>
        <w:t xml:space="preserve">OK, so I have my handy Dandy 2 guard. The little hairy from doing his other side. And I'm gonna start again. They have a Crest, so I'm just gonna start and I'm going to put in his shoulder and I'm gonna go straight down the leg because he's got a lot of hair on these legs that he does not need. It's working. He is done. He is very tired. Didn't in time, so. Pop this up a little bit, get our handy dandy groomers helper. So he stays standing. The like I said earlier, the front of the dog is more narrow than the back, so I'm just gonna take from the shoulder straight down to get some of the bulk off of this outside leg. </w:t>
        <w:br/>
      </w:r>
    </w:p>
    <w:p>
      <w:r>
        <w:rPr>
          <w:sz w:val="22"/>
        </w:rPr>
        <w:t xml:space="preserve">So I'm going from the ear bell properly. And you're probably like, well, this dog doesn't look very well brushed out. That's because they're marcelled. They're supposed to have a wave to their coat. Umm, so i HV dried him, which I don't normally do on the body. You're like shut down. But you're going to see this wave that's appropriate, that's what we want. My follow my two guard backs if you have a he's a pretty hefty pet dog, so he's got a lot of substance to him. If you have a pet that's more thinner, you may want to go up a blade here, but under this coat he's pretty correct umm if not a little chunky. </w:t>
        <w:br/>
      </w:r>
    </w:p>
    <w:p>
      <w:r>
        <w:rPr>
          <w:sz w:val="22"/>
        </w:rPr>
        <w:t xml:space="preserve">Ok, so I'm leaving this for my craft. I'm not pushing real hard here in case there is a dip. And I'm leaving this thigh, all of this right here, because I'm going to blend that in with scissors later. I'm gonna come out, like I said, off of that top line. And then I'm going to go flat down and then I'm going back in. So that's our stop sign sheet out flat in. Ok, and not exposing my elbow here, but I am going to take some of this off now. They don't have a skirt. </w:t>
        <w:br/>
      </w:r>
    </w:p>
    <w:p>
      <w:r>
        <w:rPr>
          <w:sz w:val="22"/>
        </w:rPr>
        <w:t xml:space="preserve">It's just to the elbow. This is his rib cage. This is his elbow. So he doesn't need any of this. I'm gonna go ahead and I'm gonna whack it off. It's going to take my two Bard. Go straight up that flat area. I'm not gonna cut this side coat, you'll notice that, because I'm going to use it later to get that correct shape of the underline and give him a proper tuckup. Because he will be using competitions again this year, just not anytime and for like the next two months and their hair factories and I don't have time to groom them again before alright. </w:t>
        <w:br/>
      </w:r>
    </w:p>
    <w:p>
      <w:r>
        <w:rPr>
          <w:sz w:val="22"/>
        </w:rPr>
        <w:t xml:space="preserve">So again, just sculpting this I'm going to. Take some of this hair off back here. They're not. It's not a schnauzer pattern, but it's similar. We follow the natural curve of the dog, so his hip bones here, his pin bones here, that's the angle that I want. I don't need anything past my hips, my pin bone stop right. And I'm going right off of my hop back here. Because they're very well let down hops, which means they're short to the ground as possible. </w:t>
        <w:br/>
      </w:r>
    </w:p>
    <w:p>
      <w:r>
        <w:rPr>
          <w:sz w:val="22"/>
        </w:rPr>
        <w:t xml:space="preserve">On the terrier, on those long legged terrier. This shape of the leg back here is what we would apply to most Terriers and you could see I am not pushing with my Clipper. I'm skimming off. Any long legged terrier you have that has an underline like an Airedale, a schnauzer. That's what you want to do, to make sure that you leave the hair where you need it, but you don't end up with a harsh line, so that's a tip to blend really well. </w:t>
        <w:br/>
      </w:r>
    </w:p>
    <w:p>
      <w:r>
        <w:rPr>
          <w:sz w:val="22"/>
        </w:rPr>
        <w:t xml:space="preserve">Alright, so I've left this hair here so I can build a little bit of a thigh. Another unique feature of the carry is that the inside of this hawk. Which you can't see from this angle. Inside of this hawk here. Try that again stop. So right here. It's going to also be with the two guard. They're very tight on the inside here and that's because we want all of it from the muscle down to be your parallel line. So I'm just taking that off and it looks weird. </w:t>
        <w:br/>
      </w:r>
    </w:p>
    <w:p>
      <w:r>
        <w:rPr>
          <w:sz w:val="22"/>
        </w:rPr>
        <w:t xml:space="preserve">It looks like I pinched my hawk. You can see that. From this angle, but it's going to look OK. When we're done, we just have to trust the process. All right. So we got all that off. All that excess hair I didn't need. Now we're going to go ahead and we're going to switch to our five and one. Because they have a tight front. And I need to sit in my front angle before I do any scissor work. Alright, so I'm going to put this on a fifteenth expensive. And then I'm going to do our. Outer calloc. And inner Caleb. So when I start with the 15 with I'm going to go from the bell of the ear down to about two fingers above the breastbone where the muscle starts turning under. </w:t>
        <w:br/>
      </w:r>
    </w:p>
    <w:p>
      <w:r>
        <w:rPr>
          <w:sz w:val="22"/>
        </w:rPr>
        <w:t xml:space="preserve">I'm going to do that 15 with the green there. And because he says that, the Clipper really doesn't like it right. They did it on the other side already. Have you got that off with the 15? I'm gonna come down and I'm gonna do my inner calling and that's this line here. You can see where the hair starts changing direction and I'm just gonna use my 15 again, but I'm going to go in reverse. </w:t>
        <w:br/>
      </w:r>
    </w:p>
    <w:p>
      <w:r>
        <w:rPr>
          <w:sz w:val="22"/>
        </w:rPr>
        <w:t xml:space="preserve">And I'm gonna make this. Really sharp. Ok. I'm trying to make this point. It looks better on a darker dog. They're kind of light, but. If you have a really blue blue dog, it can be very striking. Ok, I'm taking that all the way up. From to my cheek. My cheeks are 15 in reverse as well, so moving from the ear. So the eye corner. Even nice and flat. If you have a dog, who's there supposed to have a brick shaped head? So if your dog's more narrow here or here than the back of the skull, you wanna adjust your blade length. </w:t>
        <w:br/>
      </w:r>
    </w:p>
    <w:p>
      <w:r>
        <w:rPr>
          <w:sz w:val="22"/>
        </w:rPr>
        <w:t xml:space="preserve">So that you can give it a little bit more film. Or you can adjust your Clipper line and instead of going from your corner to eye corner. Define health. Ok. And then it's eye corner. To the left corner. You can always go straight up and down instead if they're a little snippy or they're they don't have the correct hourglass shape. And then when you get here, you take the shave line underneath all the way to that canine or the flu. You need to need really the dental. Very sore gums. Michael's going through his orders, going through a little bit, so. </w:t>
        <w:br/>
      </w:r>
    </w:p>
    <w:p>
      <w:r>
        <w:rPr>
          <w:sz w:val="22"/>
        </w:rPr>
        <w:t xml:space="preserve">Going to get taken care of as soon as possible, but sensitive. Ok, so I did I do the flus with the 40 and then I checked to make sure my lines even by picking up the chin and looking on either side. Cleaning up the side now that I have the other side done great. That much there. And then I'm gonna do the outside of my ear with the 15 you can do a 15 or 30. If they have a thin ear leather, you wanna do a longer blade. If they have a thicker leather, you wanna do a shorter blade umm. You 15 or 30 on the outside, I do a 40 on the inside and then I edge my ears. </w:t>
        <w:br/>
      </w:r>
    </w:p>
    <w:p>
      <w:r>
        <w:rPr>
          <w:sz w:val="22"/>
        </w:rPr>
        <w:t xml:space="preserve">By pushing the hair in between my fingers. And rolling my Clipper blade into myself so I have all the ear flap underneath my finger so I can't get it. I like doing this at home because everything's even and unfortunately at work. My table sits over a drain. So stop spark, I gotta go with the flow there. But I have the ear leather, all of the skin under my thumb. I'm going to roll my Clipper blade over my thumb into my index finger to edge my ear. This way I get a nice clean edge. </w:t>
        <w:br/>
      </w:r>
    </w:p>
    <w:p>
      <w:r>
        <w:rPr>
          <w:sz w:val="22"/>
        </w:rPr>
        <w:t xml:space="preserve">Somebody come on. Can't move this light anymore stop umm. I got a nice clean edge, but I know that I'm not going to accidentally cut. And we clean out the ear here. I'm not plugging his ears, but I am going to shave them out. They're not that sensitive about their ears being flocked, but. I don't want to shake its head too much because we got a lot to do. As the rest of that year. Nice clean edge is really important, it just really sets off that terrier look. Go back to the app side. </w:t>
        <w:br/>
      </w:r>
    </w:p>
    <w:p>
      <w:r>
        <w:rPr>
          <w:sz w:val="22"/>
        </w:rPr>
        <w:t xml:space="preserve">Make sure that behind the ear bell here is nice and clean. Because that's really where my outer callus starts. So if it doesn't meet my other palette line, I'm just gonna go ahead with my 15. Bring it out a little bit more. So you get that nice shirt collar little. So you can see that nice crisp nest there. Alright, so that is all the Clipper works and now we're going to switch over to scissors. The first thing I'm going to do is with my street. I'm going to go over my clip line here on my outer calloc and make that even tighter. </w:t>
        <w:br/>
      </w:r>
    </w:p>
    <w:p>
      <w:r>
        <w:rPr>
          <w:sz w:val="22"/>
        </w:rPr>
        <w:t xml:space="preserve">So I'm going to lay this scissors fairly flat mister little bit of hair right there. If you don't feel comfortable edging with your Clipper, you can do it with your scissors, whatever tool you feel most confident with. I prefer the Clipper myself, but that's not everybody so. Gotta call that up. Laying it pretty flat and then I'm going to, as I scissor around, come out in all way from the dog. </w:t>
        <w:br/>
      </w:r>
    </w:p>
    <w:p>
      <w:r>
        <w:rPr>
          <w:sz w:val="22"/>
        </w:rPr>
        <w:t xml:space="preserve">Ok, I'm going to do that the whole way. Terriers, all Terriers have a flat front and you would do this. On every single terrier breed they all have long legged terriers they should say all have a not hairy throat, so you would make all their throats very tight. And then scissor over it, either with straights if it's a curly coated dog like this, or a soft wheat in or a Bedlington, or with winners or blenders if it's a harsh harsher coated terrier like an Airedale Lakeland Welsh wire fox. Ok, I'm not going up into my Crest yet, but it and just staying below where my Clipper line is. </w:t>
        <w:br/>
      </w:r>
    </w:p>
    <w:p>
      <w:r>
        <w:rPr>
          <w:sz w:val="22"/>
        </w:rPr>
        <w:t xml:space="preserve">My front angle is from here. The point of chest. Ok, that's the breastbone to hear the return of forearm. That's where the leg meets the body right it's in my elbow. So this is one line. And cut straight through. And then from my point of chest to my Withers. Most dogs Withers are not in the right spot, so we're going to pretend that it's Withers are there. </w:t>
        <w:br/>
      </w:r>
    </w:p>
    <w:p>
      <w:r>
        <w:rPr>
          <w:sz w:val="22"/>
        </w:rPr>
        <w:t xml:space="preserve">They're actually up here. But I want them back here for balance. And then that's the line here, the back of my leg. So I'm going to I'm getting my top of my front angle in here. By making this tighter, and that's what gives me. The appearance of a long neck or moderately long neck as it is for them. I would literally follow this line all the way down. This is the angle of my the one side one top side of my. Stop sign. And then if I take this angle here, I know where the light the arm hits the body is the return of forearm. </w:t>
        <w:br/>
      </w:r>
    </w:p>
    <w:p>
      <w:r>
        <w:rPr>
          <w:sz w:val="22"/>
        </w:rPr>
        <w:t xml:space="preserve">What's up? Goes back like this. You can do a little tiny notch so you can see where it's at when you put the leg down, but that's what sets the dogs leg underneath of him. So you can see this is where the forearm hits and all of this leg hair is in front of it. So I didn't do my feet first. Because we're going to go into the drink. I didn't do my feet first because I needed to know where this return of forearm is. I hope you guys can kind of see that. Because all this is in front of it. </w:t>
        <w:br/>
      </w:r>
    </w:p>
    <w:p>
      <w:r>
        <w:rPr>
          <w:sz w:val="22"/>
        </w:rPr>
        <w:t xml:space="preserve">So all this is pushing my leg up in front of my dog and it's making it look like he's taking a step forward when he's sort of is, but not really. So I'm going to fluff all this up while the foot is on the ground and I know where my return to forearm is because I notched it. I'm going to take my scissors points up. And just trim in front of that. Ok. And so I'm going under the breastbone and up. This is the other angle of my stop sign. I'm going to follow that around. Tips are still up, especially for a curly headed dog like this, and these are still straights. As I'm coming around, I'm going to point the points of my scissor towards my Withers and I'm gonna follow this to my elbow, but not behind the arm. </w:t>
        <w:br/>
      </w:r>
    </w:p>
    <w:p>
      <w:r>
        <w:rPr>
          <w:sz w:val="22"/>
        </w:rPr>
        <w:t xml:space="preserve">Ok, I'm just letting my scissors. Fall off the elbow and that's how you bring your elbow in. Now I'm just gonna trim around my leg a little bit here. Except my correct size it's easier for me to move the table than the camera. Isn't that crazy? alright. So I have a lot more hair to get off this leg. You guys stand up front, so I'm gonna go ahead and knock in my toes. My scissors are straight up and down and I'm cutting straight in front of the toes. Sorry guys, it's hard for me to see and I'm sure not great for you, but the blade of my scissor is sitting on the table and I'm just cutting right in front of his toenails and then I'm going to go to the side and I'm going to cut. </w:t>
        <w:br/>
      </w:r>
    </w:p>
    <w:p>
      <w:r>
        <w:rPr>
          <w:sz w:val="22"/>
        </w:rPr>
        <w:t xml:space="preserve">I'm not going all the way around and sweeping motion. I'm doing 1 cut here, one cut here. One type on the inside of the leg, so I'm basically making a box around my foot. And it has a box at the top of my leg stop. Now I'm going to slightly pick it up and I'm just going to cut everything. That's like really hanging out. I'm not gonna comb it up and do it because I'm just whacking off hair at this point. </w:t>
        <w:br/>
      </w:r>
    </w:p>
    <w:p>
      <w:r>
        <w:rPr>
          <w:sz w:val="22"/>
        </w:rPr>
        <w:t xml:space="preserve">These legs are enormous and I just need to get some hair off so I can see what I'm doing. A lot of people don't like to do this. You get nervous. Taking hair off this way. So I always make sure that my points are pointing to the next angle that I want and I'm not going to scissor. Below my ankle. So I have the foot in my hand. Because if you scissor below the ankle, you're going to make that line real harsh and then you're going to lose your column. </w:t>
        <w:br/>
      </w:r>
    </w:p>
    <w:p>
      <w:r>
        <w:rPr>
          <w:sz w:val="22"/>
        </w:rPr>
        <w:t xml:space="preserve">When I'm doing the inside of the leg, I take it out just slightly. Angling it away from the body like the dogs laying down and not yanking the elbow out of place or having any resistance. I'm just taking it forward and away from the body slightly and then pointing my points of my scissor towards the other back leg, the opposite back leg, so they're pointing towards what would be the outside. Of that back leg. And you could do it while he's standing too. I just find it easier to have the like. Elevate it. And they don't come until I have a good amount off. </w:t>
        <w:br/>
      </w:r>
    </w:p>
    <w:p>
      <w:r>
        <w:rPr>
          <w:sz w:val="22"/>
        </w:rPr>
        <w:t xml:space="preserve">Because otherwise you're just gonna be calling for forever. And you can see everything that's outside of your parallel line sorry. Come back and tweak these legs. But this is my front ankle, so it's from breast bone. Around to the 45 degree for the weathers. And then from breastbone. Down towards the elbow, that straight line, and that's my triangle right. And then that's how I know where to set my leg. You know where the my toes are going. </w:t>
        <w:br/>
      </w:r>
    </w:p>
    <w:p>
      <w:r>
        <w:rPr>
          <w:sz w:val="22"/>
        </w:rPr>
        <w:t xml:space="preserve">I know where my elbows going right and that's gonna give you that nice flat terrier front as well. You can kind of see it. I guess I have to take a lot more off this leg, but. I know where my front of my dog is and that's the important part of setting your and your front and your rear angles. It basically set my rear angle with my Clipper work. But you want to set on any dog terrier, long legged short legged Bichon poodle. Your front and your rear angles so that you know. What were the middle of the dog's going to be? Because that's going to be pretty well your tuck up is. </w:t>
        <w:br/>
      </w:r>
    </w:p>
    <w:p>
      <w:r>
        <w:rPr>
          <w:sz w:val="22"/>
        </w:rPr>
        <w:t xml:space="preserve">2/3 one third, so 2/3 of the front, 1/3 at the back. Yeah, my friend. Is that right? We're getting somewhere starting to look more like a dog. That's like a bear. And then I know that. When my leg is forward straightforward. My underleaf should hit towards my top or towards my underline. So obviously I have more to take off the outside of the slide, but you can see like this is kind of like hanging and if he was gonna walk it would just be flapping in the wind. </w:t>
        <w:br/>
      </w:r>
    </w:p>
    <w:p>
      <w:r>
        <w:rPr>
          <w:sz w:val="22"/>
        </w:rPr>
        <w:t xml:space="preserve">I do want to make sure that I have enough elbow behind my Withers so you can put the leg down, and I would never generally scissor like this, but just some out of your way. You can go straight down from there. And then I like to double check it. By taking my leg forward. And then just cutting out anything that's outside of that line that I just made? Same thing. You can come it to the side here. Elbow slightly out. Throwing towards the body. Same thing on top. Anything that's just outside of your lines. And you couldn't if you're not comfortable, and most people won't be because it's a new breed to them. </w:t>
        <w:br/>
      </w:r>
    </w:p>
    <w:p>
      <w:r>
        <w:rPr>
          <w:sz w:val="22"/>
        </w:rPr>
        <w:t xml:space="preserve">You can do this while they're like it's down again. If you're going to do it while they're up, just make sure you don't go below your ankle, your pastern. Just know where it is. And then follow your leg. Straight up into your underline. Ok, even though he doesn't have hair there, he still has an underline. It's just his natural underline. Ok. And this is again the same process that you would do for. </w:t>
        <w:br/>
      </w:r>
    </w:p>
    <w:p>
      <w:r>
        <w:rPr>
          <w:sz w:val="22"/>
        </w:rPr>
        <w:t xml:space="preserve">Pretty well, any long legged terrier. Sitting in my parallel lines. Ok. Did that. It did a little bit of my top line as we saw I followed that angle down. I'm just gonna watch this out because that's bothering me. But this is my flat front, my shoulders are tight so I wanna take all of this fill off of. Where I left I wanted to make sure that my points are following. Where I want the dog to lay, but because his hair curls backwards, I'm going to cut. Into it. Instead of over it. Or you can cut over it, but you want to make sure that the points of your scissors are the way that you want the Marcel, the leg. </w:t>
        <w:br/>
      </w:r>
    </w:p>
    <w:p>
      <w:r>
        <w:rPr>
          <w:sz w:val="22"/>
        </w:rPr>
        <w:t xml:space="preserve">So you've seen the marcellais this way? So when I get here. I'm going to follow that 45 degree ish angle from the flat top of my stop sign, OK? And I'm going to point my point swords the front of the dog while moving backwards because I'm cutting into my curl if you cut. Over sometimes it will pop up. And so then you end up having to like keeping shushing your dog. Now it goes under. I'm going to get to put my points. Under when I get to an area where I know that I'm going to kind of want my top, my tuck up, I'm gonna come up a little bit. </w:t>
        <w:br/>
      </w:r>
    </w:p>
    <w:p>
      <w:r>
        <w:rPr>
          <w:sz w:val="22"/>
        </w:rPr>
        <w:t xml:space="preserve">I flipped my scissors back over and I'm going to windshield wiper in my loin area and then. My thigh, because I haven't put my tuck up where I want it yet. I'm just setting this is the flat part of the stop sign. This is the 45 out. Flat down. 45 under. Ok, so. Turn your flat. On top. ok flat. On the shoulder till we get where the ribs are. Then we're angling away from the dog. Turn your head, you're blocking the view. Angling away from the dog, OK and we're flat right over the rib cause we've made a line there. </w:t>
        <w:br/>
      </w:r>
    </w:p>
    <w:p>
      <w:r>
        <w:rPr>
          <w:sz w:val="22"/>
        </w:rPr>
        <w:t xml:space="preserve">And then either. Up and into that line or down and into our underline again at that angle. That's 30 to 45 degree angle. Ok shush my. Checking my leg real quick stop turn your head. And taking this up so it's not. Rolling everywhere. Table out again. So we're gonna do our rear angle and the tail set. So the tail from behind, again, the tail is in between the hip bone and the pin bone. So right here, so I'm gonna lay my scissors next to the tail and I'm just gonna kind of cut that out. I'm gonna follow that angle. On the side of the tail and then up to the side of the tail cause the carrot. </w:t>
        <w:br/>
      </w:r>
    </w:p>
    <w:p>
      <w:r>
        <w:rPr>
          <w:sz w:val="22"/>
        </w:rPr>
        <w:t xml:space="preserve">Carrot tails aren't fat. Carrot tails are long and skinny with like a point. You know, they're not pine needles, they're carrots. So again, up. And I'm following that angle. I'm putting my scissor at the pin bone. And I'm cutting up into the hipbone. And then the side of my tail. So that it's a inappropriate carrot, you don't want it like a twig or you don't want a big old fat carrot. That looks like a pine tree that you put on the back of your dog. </w:t>
        <w:br/>
      </w:r>
    </w:p>
    <w:p>
      <w:r>
        <w:rPr>
          <w:sz w:val="22"/>
        </w:rPr>
        <w:t xml:space="preserve">And that's why I like to scissor them instead of clipping them, because a lot of times the structure of the tail is inadequate for the body of the dog. You know, like the tail structure itself is pretty thin. There's not a ton of muscle on it or fat. And then you have like a hefty dog. So then you end up with like, it looks like an index finger on the top. You don't want that. Ok. Anything to tighten out? The back of the tail is super clean. I do it with a 10 or A9 on my bravura. You can actually take the tooth and go up just slightly on the edge on the side of the tail here and that will give you a nice clean. </w:t>
        <w:br/>
      </w:r>
    </w:p>
    <w:p>
      <w:r>
        <w:rPr>
          <w:sz w:val="22"/>
        </w:rPr>
        <w:t xml:space="preserve">Line to follow. Now the sanitary on them is. In between the reversals so. Can you sparky my love? Help me help you so. It goes from the side. Of the tail like an inch. And you can see this is the reversal. So everything on the inside of that reversal straight down. So it's pretty significant, it's like a bikini wax. Ok. You know a little. A little bit of milk back there. </w:t>
        <w:br/>
      </w:r>
    </w:p>
    <w:p>
      <w:r>
        <w:rPr>
          <w:sz w:val="22"/>
        </w:rPr>
        <w:t xml:space="preserve">So nice clean missouri. That's your parallel line. We've got our angle cut in here and you can't really see it because we have all this crap in front of the tail here. So then I lay it my scissors the same way against the tail, but I put my points towards the opposite side of the dog. And then I'm going to cut straight out, not down, and then just straight out. Flatten up that top line. I'm gonna pull stuff straight out. That is a little bit more. So now you can see nice. It would be great to see something my love. He's so over me alright. Now I cleaned up this side. </w:t>
        <w:br/>
      </w:r>
    </w:p>
    <w:p>
      <w:r>
        <w:rPr>
          <w:sz w:val="22"/>
        </w:rPr>
        <w:t xml:space="preserve">Now you can see. It's a nice straight tail. Out of there, but you could see this nice angulation here. And then we're going to follow that same angulation at that same angle out. Ok, and that's going to give us a little bit more power in our thought. Here I have this big floppy. Bit of hair here. You could see it right here. I'm gonna go ahead. And I'm gonna come off this wide part of my life. I'm just gonna cut it off because it's outside of my parallel line right. Where my bend of stifle is, I'm gonna windshield wiper in. And follow around on my thigh, that ankle. </w:t>
        <w:br/>
      </w:r>
    </w:p>
    <w:p>
      <w:r>
        <w:rPr>
          <w:sz w:val="22"/>
        </w:rPr>
        <w:t xml:space="preserve">Find my code. wrap this is wrapping your angle. And again, this is very important. For every dog that has a rear. You take either curves or your straights or blenders, whatever you're comfortable with. You put your pivot points at the bend of stifle, which is the knee, so where the knee bends back of the knee. And you just go. And rotate your wrist and the scissors. Ok. In that space. To bring that angulation around. Go ahead. </w:t>
        <w:br/>
      </w:r>
    </w:p>
    <w:p>
      <w:r>
        <w:rPr>
          <w:sz w:val="22"/>
        </w:rPr>
        <w:t xml:space="preserve">Straight are probably not the best. I would probably rather do with curves or chunkers, but straight or what's in my hand yeah. That's all that up. And then I'm gonna go ahead and do my feet the same way. So my rear foot here's my toe. When I put my scissors on the table straight in front of my toes. Cut a straight up and down line, straight up and down line on the side. </w:t>
        <w:br/>
      </w:r>
    </w:p>
    <w:p>
      <w:r>
        <w:rPr>
          <w:sz w:val="22"/>
        </w:rPr>
        <w:t xml:space="preserve">Then I'm going to take my corner off. Come back around, the Hawks are getting well let down. That means that there is low to the ground as possible. So there should be a third and a third on the leg if the hawk is high and his arm you would just cut. Past the bone. Move the angle down. And then I'm just cutting on the inside of my leg. </w:t>
        <w:br/>
      </w:r>
    </w:p>
    <w:p>
      <w:r>
        <w:rPr>
          <w:sz w:val="22"/>
        </w:rPr>
        <w:t xml:space="preserve">Don't turn it around so you guys can see. So straight down there and then I'm going to cut into the back. Of my pad. So my scissors are coming from where I put my hawk. Straight and then back in again just like we did flat out and in same thing back here. Population and makes them look looks appear small and compact, like they're ready to jump. They should be able to look like they're always ready to spring into action. Fluff my leg up again. Because now I'm setting my two points like I set my rear. Then I set my toe so now I have a new parallel line from my outside of my foot. </w:t>
        <w:br/>
      </w:r>
    </w:p>
    <w:p>
      <w:r>
        <w:rPr>
          <w:sz w:val="22"/>
        </w:rPr>
        <w:t xml:space="preserve">To that I that i in. We need to get anything that's hanging outside of it. Did you see that angle? really. Whack it in there, grab some chunkers. Don't wait for one show. Wait for windshield wiper guys. This makes that muscle appear pop. You know what? Anything past your pinzone. And bonus the longest part of the back of the dog. Anything past that needs to come off. Follow this down. It's not a poodle. You follow, it's tight on the back of the leg all the way down, but it's also not a black Russian or a schnauzer, where they get kind of like A7 blade background. Giant snails. There's not a mini. </w:t>
        <w:br/>
      </w:r>
    </w:p>
    <w:p>
      <w:r>
        <w:rPr>
          <w:sz w:val="22"/>
        </w:rPr>
        <w:t xml:space="preserve">Angle again. Called this in that great. I'm still wrapping my ankle, just from a different way. Best chunkers for this but. They're doing the job. Other ones I have here. Here's some solitas, I don't know if they'll. This code is kind of thick so right. Here's my down there taking that up a little bit more. So then we're going to go ahead. And we're going to set in on me and then that's going to give us our tuck up so then we can finish our underline. </w:t>
        <w:br/>
      </w:r>
    </w:p>
    <w:p>
      <w:r>
        <w:rPr>
          <w:sz w:val="22"/>
        </w:rPr>
        <w:t xml:space="preserve">That's where I like to set in my knee. They get this on the poodles, too. Come everything forward. Pull everything back from my foot. Make sure that my foot I know where my toe is, OK? You can see that there was like a little bit of a point there. Coming it up. So that's my foot. Grab my foot. My hip. My knee is under my hip. And then this is where my tuck up is because this is where my knee hits the body of the dog. So we have to go straight up in front of that knee, not like right above the bed and notch that in. </w:t>
        <w:br/>
      </w:r>
    </w:p>
    <w:p>
      <w:r>
        <w:rPr>
          <w:sz w:val="22"/>
        </w:rPr>
        <w:t xml:space="preserve">That's my tuck up, OK. You can see how nice that looks about right 2/3 one third. And then from there I'm gonna go. And point it towards male, though in a straight diagonal line. And he's kind of hefty under here and that's why we did that too, guard right. Not around the tuckup. It's pointy ish. All right. Into my elbow. Ok. This back up? You said that Chuck up. That was the top of my leg. That's the top of my knee. So two work beds. </w:t>
        <w:br/>
      </w:r>
    </w:p>
    <w:p>
      <w:r>
        <w:rPr>
          <w:sz w:val="22"/>
        </w:rPr>
        <w:t xml:space="preserve">And then I'm going to go straight from the toe. To there and I've never touching where beds. Ok. And then where my foot is, I'm gonna, it's kind of up in here. Like I have my whole foot here. It's real tight. I'm going to scissor right to where that foot bends. And then I'm going to grab my hawk. I'm going to just. Topping over top of my toe a little bit. And then you can see they're basically the shape of my leg. And now I'm just gonna take my scissors and I'm gonna follow it. </w:t>
        <w:br/>
      </w:r>
    </w:p>
    <w:p>
      <w:r>
        <w:rPr>
          <w:sz w:val="22"/>
        </w:rPr>
        <w:t xml:space="preserve">And really put it in three dimensions. And I'm only cutting what I can see. And here I know this is my tuckup. I'm really highlighting it. They're like, well, you have saw this point here. I do. I'm going to take it from the side. So I'm going to comb everything this way. Now look at that really see where I banged in this ankle back here now right. So taking everything from the side and I'm cutting my parallel line on the outside. Normally I would do this from behind, but you can't really see it. </w:t>
        <w:br/>
      </w:r>
    </w:p>
    <w:p>
      <w:r>
        <w:rPr>
          <w:sz w:val="22"/>
        </w:rPr>
        <w:t xml:space="preserve">Constrained to keep out of the cameras way, so this is not necessarily how it would normally scissor things. But what we're doing and I would do a much better finish job on this. But again. Time is. Of the essence. Ok. So once i yeah. Become up and out again. Up and out. In an only cutting from the side of the dog, I'm not cutting in front of the my leg and not coming from behind my leg, just this side. Following my. Parallel line down. The edge of my. There we go through and clean this up. With blenders. But now you can see. That nice street. Line that I have here and this is the one I'm working on right. </w:t>
        <w:br/>
      </w:r>
    </w:p>
    <w:p>
      <w:r>
        <w:rPr>
          <w:sz w:val="22"/>
        </w:rPr>
        <w:t xml:space="preserve">And then? Same thing on the inside here. Ok, I'm going to come there. Everything in and in case anybody sees it, his testicles aren't irritated. He sat on my dematting brush and it's like, got the pin right in a great spot and it every time I touch them it's starting again. So I'm trying to like. Not move him around too much, which I know is making this video a little awkward. But that's why. And if you see blood on my hand, it's literally a pinprick. Those brushes so. Working on my parallel line on the inside. Ok. This leg is a little bit too narrow. </w:t>
        <w:br/>
      </w:r>
    </w:p>
    <w:p>
      <w:r>
        <w:rPr>
          <w:sz w:val="22"/>
        </w:rPr>
        <w:t xml:space="preserve">For my taste, but this one that I'm working on right now is. About where you want to be. You want it thick and powerful. I took the other side narrow because obviously again taking them tighter. I'll be doing them for a while. We're not just following that around. The inside parallel line goes from the thick part of the thigh. Stick muscle here. Straight down. </w:t>
        <w:br/>
      </w:r>
    </w:p>
    <w:p>
      <w:r>
        <w:rPr>
          <w:sz w:val="22"/>
        </w:rPr>
        <w:t xml:space="preserve">So that's why we took that clip on the inside of our hoop. So I'm just cleaning up this line again. You sure there's nothing really? hanging. Parallel lines are very important in grooming competitions. So you always want to come? In and up on the inside parallel line and then out and up. On the outside parallel line and you always want to aim your tips. Towards the outside of that front leg, same side. Or if you're working on the outside. Tips towards the outside or the elbow of the opposite leg. That way you don't get. The perspective of the leg stop. Make sure the bottom of your feet are real clean. </w:t>
        <w:br/>
      </w:r>
    </w:p>
    <w:p>
      <w:r>
        <w:rPr>
          <w:sz w:val="22"/>
        </w:rPr>
        <w:t xml:space="preserve">Tight under there. So I'm just cleaning up around there. He had a lot of hair, so. A lot of hair. Take off. Trace metal beams. That's right. Pull this down. Ok, I didn't do his feet first and normally I would, but it's because I wanted to see where I want to put his leg because he's so hairy could not see what I was great good. Looking around again well. He looks like now. So now you can see how nice that knee came out, right? That's a good shape of leg. </w:t>
        <w:br/>
      </w:r>
    </w:p>
    <w:p>
      <w:r>
        <w:rPr>
          <w:sz w:val="22"/>
        </w:rPr>
        <w:t xml:space="preserve">That's very balance. Clean this up a little bit more. But I never went through the front of the leg besides, while it was that first initial cut, and we've taken off that Pointiness and he still has that really pretty curve to his knee. That's a little then alright. I'm going to tighten up my front foot, same as the back, except that I'm not going to go to the end of the stopper pad here giant. </w:t>
        <w:br/>
      </w:r>
    </w:p>
    <w:p>
      <w:r>
        <w:rPr>
          <w:sz w:val="22"/>
        </w:rPr>
        <w:t xml:space="preserve">Check your hair right there. I'm gonna take it to the middle scene of the. Ok. Column legs. Obviously you don't want this kind of toe look, so I'm gonna pull that up. And then? Take that off the table, blender. And I did not cut his nails. Because he was so long and I didn't want to pinch the foot, so that gives me like an extra quarter of an inch if I did take. They didn't pitch in my. Ankle area above the foot to give him like that exposed definite toe. But it doesn't look like it did. And then they took the toenails off and clean up a little bit more. </w:t>
        <w:br/>
      </w:r>
    </w:p>
    <w:p>
      <w:r>
        <w:rPr>
          <w:sz w:val="22"/>
        </w:rPr>
        <w:t xml:space="preserve">Taking out a little bit. So I'm going to again fill the angle that I made and then straight up and down. Pulling in my elbow buddy see. That's good. Nice column like. Straight up and down. Now I'm gonna blend in his Crest. So the press. It's from the side and the top, so. I'm going to go ahead. Going to put my straight against that line at the top I'm going. </w:t>
        <w:br/>
      </w:r>
    </w:p>
    <w:p>
      <w:r>
        <w:rPr>
          <w:sz w:val="22"/>
        </w:rPr>
        <w:t xml:space="preserve">Actually clip the top of my head first, so the top of the head I do a 7 in reverse. From in between the ears. This isn't really. It's a really loud 7 blades, so I'm going to clip. In front of the occiput. I'm not going into the occiput at all, so we're just going to clip here in reverse and I'm going to skim off over top of the fall so you're not gonna hear me over this place. </w:t>
        <w:br/>
      </w:r>
    </w:p>
    <w:p>
      <w:r>
        <w:rPr>
          <w:sz w:val="22"/>
        </w:rPr>
        <w:t xml:space="preserve">And then towards the end there I just skim off here but with the green. And then I just cut, you can see I pulled forward and that's just to set my parallel lines on the front of the brick sheet. You don't need that hair there. We're going to cut it off. So save yourself some time with the Clipper. Then you can see nothing should be higher than the occiput on them. Ok, so like this is a fin. I don't need a fin. So what I'm gonna do is. I'm going to stack him up. </w:t>
        <w:br/>
      </w:r>
    </w:p>
    <w:p>
      <w:r>
        <w:rPr>
          <w:sz w:val="22"/>
        </w:rPr>
        <w:t xml:space="preserve">Making the crazy don't punch your wrist like I'm doing right now. Stack them up. Arch is next, so you arch the neck by pulling it up and forward like you're going like you would be free stacking, so there's an arch there and then while his. I pushed his nose back. Towards his shoulders, so it's like not the most comfortable thing, but keeps the arch in the neck. And then while they keep that position, I push the neck straight up and then I'm just gonna take my straight. </w:t>
        <w:br/>
      </w:r>
    </w:p>
    <w:p>
      <w:r>
        <w:rPr>
          <w:sz w:val="22"/>
        </w:rPr>
        <w:t xml:space="preserve">And normally I would be. Standing where the camera is. So I just cut off everything that's sitting outside that line. Even over top. And then I just slide right into my top line. The important thing here though is that you keep the arch in the net. Ok, because otherwise you'll cut it off and you'll pinch it next. Straight up. And I'm cutting from. Top of my head. Street town. Into my underline and I would only do this for a dog like him with excessive amounts of hair back there. </w:t>
        <w:br/>
      </w:r>
    </w:p>
    <w:p>
      <w:r>
        <w:rPr>
          <w:sz w:val="22"/>
        </w:rPr>
        <w:t xml:space="preserve">You can see it that took off a lot of that. Ok. He fell. Too much but. It's better and more manageable now. So again, nothing above your occiput. So now I'm gonna. From everything to the side right. Hold his head in place. I'm gonna lay my scissors down and point just slightly in towards where I want the Crest, and I'm going to follow that line down into my. That one. Alright, so that just kind of. Settles it in a little bit. Because it's more narrow behind the occiput. And then as it comes down, it widens into the shoulder. So that's what I'm mimicking here little. </w:t>
        <w:br/>
      </w:r>
    </w:p>
    <w:p>
      <w:r>
        <w:rPr>
          <w:sz w:val="22"/>
        </w:rPr>
        <w:t xml:space="preserve">You could see. How pretty that looks. But this is still a little thick, so now I'm just going to go ahead with my. Blenders, and I'm going to work it down. So it doesn't look like a thin. Maintaining that more narrow provider. Basically just following that same shape I already created. Just blending it down a little bit more. While he's standing too, you can kind of straighten the neck out. Ok. And then with blenders, not with scissors. </w:t>
        <w:br/>
      </w:r>
    </w:p>
    <w:p>
      <w:r>
        <w:rPr>
          <w:sz w:val="22"/>
        </w:rPr>
        <w:t xml:space="preserve">That's all those that. You can kind of see. Where that neck has gone above the occiput. I'm just pulling it straight forward with him stacked. And this I'm just cutting on the top and not cutting on the side because I don't want to pinch my neck. Well, when you look over the dog, it should you shouldn't see anything. But the body of the dog OK. So you can see that really helped and he is a thick boy. So the next thing that we do? As we turn the head away from. Ok. And the legs are still stacked in front of us where they were. We turned the head as far as inside as we can. </w:t>
        <w:br/>
      </w:r>
    </w:p>
    <w:p>
      <w:r>
        <w:rPr>
          <w:sz w:val="22"/>
        </w:rPr>
        <w:t xml:space="preserve">And then we cut anything out off. Speaking outside of our lines that we created. I'm sorry, I'm not cutting up here now. I'm just cutting on the side I'm following. That beveled scissor lines that I made earlier either side. You can come it as long as you're shit. This side. Making sure that I have two parallel lines. My ribs. Especially when they get this long. It's kind of a labor of love, getting it back into position. They're supposed to be sexy and well tailored, and it's difficult when they're fuzzy so. There you go. </w:t>
        <w:br/>
      </w:r>
    </w:p>
    <w:p>
      <w:r>
        <w:rPr>
          <w:sz w:val="22"/>
        </w:rPr>
        <w:t xml:space="preserve">Now you can see. You've got a nice arch there. Nothing about my occiput. It's a moderately long neck, UTI, powerful shoulder, all that. So now cleaning up the head. We've all done. We've done all of our Clipper work. But we need to be able to see the eye from the side. So how I do that is I pull all of my long stuff out of the way. Take my blenders and I trim off just the corner of the eye. Ok, remove any. Eyelashes that you might have. </w:t>
        <w:br/>
      </w:r>
    </w:p>
    <w:p>
      <w:r>
        <w:rPr>
          <w:sz w:val="22"/>
        </w:rPr>
        <w:t xml:space="preserve">They get in the way. Right, you don't want to cut into the top skull, but you want to make sure. That eye corner. It's exposed and that the head comes in a straight line from it. Ok. So now from the side I can see his eye. Ok, but not from the front, that's the important thing. From the side, yes. From the front, no. So now to set in that line, I take all my long stuff here and under here then. I pulled this out. Ok. This is going to be bulk. This is what's going to make him look like he has a squid face. </w:t>
        <w:br/>
      </w:r>
    </w:p>
    <w:p>
      <w:r>
        <w:rPr>
          <w:sz w:val="22"/>
        </w:rPr>
        <w:t xml:space="preserve">I'm going to cut it and as I'm cutting, I'm pulling it forward because I'm razoring the edge that way. So that'll lay. Ok. And then I'm going to go ahead and take all this again. And anything that's sticking outside behind that flu, I'm just going to trim off. I don't need it. It's going to make my face look too square. I want it to look long and in a forward motion. Ok. The side real quick, same thing, all the hair. Outside our corner. Take off my eyelashes good. </w:t>
        <w:br/>
      </w:r>
    </w:p>
    <w:p>
      <w:r>
        <w:rPr>
          <w:sz w:val="22"/>
        </w:rPr>
        <w:t xml:space="preserve">Long stuff, long stuff this is not spoke. Scissor full scissor pool, scissor pool. Ok. Check anything that's behind. My flu, that's behind my flu and it's going. And then? Come forward. What's up? He's been drooling on his hair, so it's a little sticky icky. Then if you have to trim off length on the front because it's too long, you can't see the nose. You should be able to see in the nose. When the hair splits, you can comb everything forward. Take it. Your fingers, but bend them so that it's angle so that. </w:t>
        <w:br/>
      </w:r>
    </w:p>
    <w:p>
      <w:r>
        <w:rPr>
          <w:sz w:val="22"/>
        </w:rPr>
        <w:t xml:space="preserve">The bottom part. Is gonna end up naturally looking longer. And then I'm going to scissor that angle. You don't want it to look like a squid face. Ok, you want to look sleek and elegant. It's very long, so stop. I haven't roomed him in a while. Other people have been using him for competition stop. So I'm not sure when they trimmed him last. You don't move forward, just your beard, buddy. And I'm just gonna take care of this right here. </w:t>
        <w:br/>
      </w:r>
    </w:p>
    <w:p>
      <w:r>
        <w:rPr>
          <w:sz w:val="22"/>
        </w:rPr>
        <w:t xml:space="preserve">There we go. So then I can. Split it. Trying to see his nose. And then you could see that maintain that same correct diamond shape in the front. And then I'm just going to go back in. I'm gonna trim it up and it's again out and in right. Because we want it all pulling towards that Gotee. So ends up being like. Pretty much. Well, diamond right. I wanna see his nose. His nose is right there. So we went. Sorry, I'm having a really hard time seeing so we'll go this way and then this way. And nothing's really in front of his notes, but we want it to look natural still. And you can rate these two, you can rate the beard if it's real thick like his is. </w:t>
        <w:br/>
      </w:r>
    </w:p>
    <w:p>
      <w:r>
        <w:rPr>
          <w:sz w:val="22"/>
        </w:rPr>
        <w:t xml:space="preserve">There's lots of tips like that. Ok, now you can see it. It's pretty head. Ok, it's. Really pretty. You can see the eyes exposed from the side here, not the front. We've got two parallel lines. Ok. He doesn't have a great year, said. It should be like up here, but. That would give him that very intimidating brick look. Ok. Gonna stack them for you guys. I thought that was sideways that oh. </w:t>
        <w:br/>
      </w:r>
    </w:p>
    <w:p>
      <w:r>
        <w:rPr>
          <w:sz w:val="22"/>
        </w:rPr>
        <w:t xml:space="preserve">Sorry, I've been doing scissor demos with this and so it's like not set up for dogs anymore. I'm sorry guys. Really hard to do this by myself. Especially at work. He's not going to. The general. Kerry blue. Alright, I hope that you guys had a lot of got some good tips from that and if you have any questions you can message me on Facebook or Instagram thanks bye.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