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014B9" w14:textId="72ADD168" w:rsidR="00111579" w:rsidRDefault="00000000">
      <w:pPr>
        <w:pStyle w:val="Title"/>
      </w:pPr>
      <w:r>
        <w:t xml:space="preserve">Kerry </w:t>
      </w:r>
      <w:r w:rsidR="00A1115C">
        <w:t>V</w:t>
      </w:r>
      <w:r>
        <w:t>ideo_1</w:t>
      </w:r>
    </w:p>
    <w:p w14:paraId="5277D40C" w14:textId="77777777" w:rsidR="00111579" w:rsidRDefault="00000000">
      <w:r>
        <w:t xml:space="preserve">Hi guys. Helen Shafer here. I'm here with Sparky. He is a Kerry Blue terrier, as you can see. And today we're gonna talk about the Kerry Blue Terrier trim. They are a rather rare breed so it would be a little odd maybe or unique for you to get one into your shop. That said, a lot of the principles that we're going to go over today we can apply to any long legged terrier, so we're going to get started. He is a competition dog but as you can see he's pretty fluffy so we are going to go ahead and start. </w:t>
      </w:r>
      <w:r>
        <w:br/>
      </w:r>
    </w:p>
    <w:p w14:paraId="5A0EBE34" w14:textId="77777777" w:rsidR="00111579" w:rsidRDefault="00000000">
      <w:r>
        <w:t xml:space="preserve">Doing a pet style carried on him. We're going to cheat with guard Combs. That's not something you would do in competition. You would do these dogs with scissors, chunkers, straights mostly, but we're going to go ahead and clip a lot of this hair off to make it a little bit faster for us. Something that we can do in our salons and still keep that essence of the breed. One of the important things about a carry few notes. </w:t>
      </w:r>
      <w:r>
        <w:br/>
      </w:r>
    </w:p>
    <w:p w14:paraId="02A3B5AC" w14:textId="77777777" w:rsidR="00111579" w:rsidRDefault="00000000">
      <w:r>
        <w:t xml:space="preserve">The front end of a carry is more narrow. Tighter than the rear end is wider. This is where all the power is on them. They have a goatee and a fall. They are supposed to look like a man in a well tailored suit, so this will be pretty tight. We're gonna go with A2 guard. There have a moderate length of neck. It's not a super long neck like a poodle. It's not a little short neck like a bulldog. It's just moderate. They're fairly moderate all over. Typical terrier tail comes out of the top line. Or on top of the top line. Not out of like a spaniel. So you know, we wanted up here. </w:t>
      </w:r>
      <w:r>
        <w:br/>
      </w:r>
    </w:p>
    <w:p w14:paraId="5D7D46B9" w14:textId="77777777" w:rsidR="00111579" w:rsidRDefault="00000000">
      <w:r>
        <w:t xml:space="preserve">That's very important. So I'm going to go ahead and start clipping. I did his other side. They do have a Crest, so the Crest goes from the occiput. Over, down, over the Withers. Ok, so the weather's should be here. This is where we would start to transition. So I'm gonna start clipping from here back. He's got a pretty solid top line, so we don't have to worry about any dips or anything. They're also stop sign shaped, so they are flat on top. </w:t>
      </w:r>
      <w:r>
        <w:br/>
      </w:r>
    </w:p>
    <w:p w14:paraId="2A0F0CBD" w14:textId="77777777" w:rsidR="00111579" w:rsidRDefault="00000000">
      <w:r>
        <w:t xml:space="preserve">They come out slightly here, a little flat under flat. They don't have a well sprung rib, they have a long round rib, so we want to see some rib there, but not like a poodle or a bulldog where it's like boom. So again, I'm going to grab my Clipper with A2 guard. And I'm going to go ahead and get started. </w:t>
      </w:r>
      <w:r>
        <w:br/>
      </w:r>
    </w:p>
    <w:sectPr w:rsidR="00111579"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C4118" w14:textId="77777777" w:rsidR="007E33A9" w:rsidRDefault="007E33A9">
      <w:pPr>
        <w:spacing w:after="0" w:line="240" w:lineRule="auto"/>
      </w:pPr>
      <w:r>
        <w:separator/>
      </w:r>
    </w:p>
  </w:endnote>
  <w:endnote w:type="continuationSeparator" w:id="0">
    <w:p w14:paraId="07DC523D" w14:textId="77777777" w:rsidR="007E33A9" w:rsidRDefault="007E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25A2" w14:textId="77777777" w:rsidR="00111579" w:rsidRDefault="00000000">
    <w:pPr>
      <w:pStyle w:val="Footer"/>
      <w:jc w:val="center"/>
    </w:pPr>
    <w:r>
      <w:t xml:space="preserve">Page </w:t>
    </w:r>
    <w:r>
      <w:fldChar w:fldCharType="begin"/>
    </w:r>
    <w:r>
      <w:instrText>PAGE</w:instrText>
    </w:r>
    <w:r w:rsidR="00A1115C">
      <w:fldChar w:fldCharType="separate"/>
    </w:r>
    <w:r w:rsidR="00A1115C">
      <w:rPr>
        <w:noProof/>
      </w:rPr>
      <w:t>1</w:t>
    </w:r>
    <w:r>
      <w:fldChar w:fldCharType="end"/>
    </w:r>
    <w:r>
      <w:t>/</w:t>
    </w:r>
    <w:r>
      <w:fldChar w:fldCharType="begin"/>
    </w:r>
    <w:r>
      <w:instrText>NUMPAGES</w:instrText>
    </w:r>
    <w:r w:rsidR="00A1115C">
      <w:fldChar w:fldCharType="separate"/>
    </w:r>
    <w:r w:rsidR="00A1115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59225" w14:textId="77777777" w:rsidR="007E33A9" w:rsidRDefault="007E33A9">
      <w:pPr>
        <w:spacing w:after="0" w:line="240" w:lineRule="auto"/>
      </w:pPr>
      <w:r>
        <w:separator/>
      </w:r>
    </w:p>
  </w:footnote>
  <w:footnote w:type="continuationSeparator" w:id="0">
    <w:p w14:paraId="5CC91D71" w14:textId="77777777" w:rsidR="007E33A9" w:rsidRDefault="007E3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5113832">
    <w:abstractNumId w:val="8"/>
  </w:num>
  <w:num w:numId="2" w16cid:durableId="1143278985">
    <w:abstractNumId w:val="6"/>
  </w:num>
  <w:num w:numId="3" w16cid:durableId="1091313643">
    <w:abstractNumId w:val="5"/>
  </w:num>
  <w:num w:numId="4" w16cid:durableId="2055538504">
    <w:abstractNumId w:val="4"/>
  </w:num>
  <w:num w:numId="5" w16cid:durableId="1447963691">
    <w:abstractNumId w:val="7"/>
  </w:num>
  <w:num w:numId="6" w16cid:durableId="1643386403">
    <w:abstractNumId w:val="3"/>
  </w:num>
  <w:num w:numId="7" w16cid:durableId="729886108">
    <w:abstractNumId w:val="2"/>
  </w:num>
  <w:num w:numId="8" w16cid:durableId="479614163">
    <w:abstractNumId w:val="1"/>
  </w:num>
  <w:num w:numId="9" w16cid:durableId="1296448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1579"/>
    <w:rsid w:val="0015074B"/>
    <w:rsid w:val="0029639D"/>
    <w:rsid w:val="00326F90"/>
    <w:rsid w:val="007E33A9"/>
    <w:rsid w:val="00A1115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C8C675"/>
  <w14:defaultImageDpi w14:val="300"/>
  <w15:docId w15:val="{422CE73C-C9C8-AC45-B659-7188E6A85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2013-12-23T23:15:00Z</dcterms:created>
  <dcterms:modified xsi:type="dcterms:W3CDTF">2023-01-27T22:52:00Z</dcterms:modified>
  <cp:category/>
</cp:coreProperties>
</file>