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Beyond The Textbook Part 1, 2023</w:t>
      </w:r>
    </w:p>
    <w:p>
      <w:r>
        <w:rPr>
          <w:sz w:val="22"/>
        </w:rPr>
        <w:t xml:space="preserve">OK, everybody, welcome to the fourth session of the neurodiversity summit. And we have the one and only Michelle knows, and I'm just going to let her take it over. All right, let's get this screen shared, I guess. Here we are. And I have to go to the beginning and not the end, here we go alright. It is so good to be here talking about this subject for the for the second time, I think that. I first of all I thought I would make a section for teachers and a section for students. </w:t>
        <w:br/>
      </w:r>
    </w:p>
    <w:p>
      <w:r>
        <w:rPr>
          <w:sz w:val="22"/>
        </w:rPr>
        <w:t xml:space="preserve">But then it came to me all of a sudden that. Teachers are also students, and students eventually become teachers. So everything is just intermixed. Take what you can, and I think it's better for students to understand what teachers go through and how they're perceiving it. And teachers need to be refreshed and reminded what it's like to be a student. So that's the perception of this particular PowerPoint. God knew I would be too powerful if I had an attention span. That is me right there in the middle. Tight spaces, loud noises, late or hurried people waiting. That is my jam. That is what I do. So you have students that process differently than expected. Do not give up on them. </w:t>
        <w:br/>
      </w:r>
    </w:p>
    <w:p>
      <w:r>
        <w:rPr>
          <w:sz w:val="22"/>
        </w:rPr>
        <w:t xml:space="preserve">Learn how to reach them. So you have instructors that you love but can't stand the way they talk, sound, or organize their information. It happens. Understanding each other is a step in the right direction. What is neurodiversity? Neurodiversity or ND refers to variation in the human brain regarding sociability, learning, attention, mood and other mental functions. In a non pathological sense, everyone is unique. We all have a unique blend of how we learn and view the world. Neurodivergence is the term for when someone's brain processes, learns, and behaves differently from what is considered typical or normal, whatever that means. Different examples of neurodivergence could be autism, ADHD, dyslexia, bipolar disorder, Tourette's, dyspraxia, synesthesia, dyscalculia, Down syndrome, epilepsy, obsessive compulsive disorder, borderline personality disorder, anxiety and depression, or any combination of those. </w:t>
        <w:br/>
      </w:r>
    </w:p>
    <w:p>
      <w:r>
        <w:rPr>
          <w:sz w:val="22"/>
        </w:rPr>
        <w:t xml:space="preserve">You are OK just the way you are. It's just learning like everybody else, how to deal with what you're given and how you perceive the world. Your journey is going to be unique to you, so how you learn, when you learn, and who you learn from are all choices that you can work with. So I'm going to go over this shortlist hyperlexia the ability to read and identify words without previous training and learning the skill, which generally occurs before the age of five. </w:t>
        <w:br/>
      </w:r>
    </w:p>
    <w:p>
      <w:r>
        <w:rPr>
          <w:sz w:val="22"/>
        </w:rPr>
        <w:t xml:space="preserve">I could read at an elementary to middle school level when before I went into preschool. I didn't talk, but I absolutely couldn't know how to read. I read crazy. I'm a crazy reader. Bipolar disorder. A mental disorder that causes unusual shifts in mood, energy, activity levels, concentration, and the ability to carry out day-to-day tasks. So who do you think they're talking about here? Autism a developmental disability that can cause significant social, communication and behavioral challenges. Ocd features a pattern of unwanted thoughts, fears. Obsessions that lead you to do repetitive behaviors or compulsions. </w:t>
        <w:br/>
      </w:r>
    </w:p>
    <w:p>
      <w:r>
        <w:rPr>
          <w:sz w:val="22"/>
        </w:rPr>
        <w:t xml:space="preserve">These obsessions and compulsions interfere with daily activities and cause significant distress adhd. May have trouble paying attention. Controlling impulsive behaviors may act without thinking about what the result will be, or be overly active. All of these labels have been put on me over the course of my lifetime, so I'm very well versed in dealing with a perspective that is unusual. I've been called weird, different, crazy. But I'm none of those things, and I know that now. I'm just me, and that's how I operate in the world. All of us have some kind of mixture. Of things that someone would label. I just think that we're unique, beautiful human beings that see, have different perspectives and see the world in different ways. </w:t>
        <w:br/>
      </w:r>
    </w:p>
    <w:p>
      <w:r>
        <w:rPr>
          <w:sz w:val="22"/>
        </w:rPr>
        <w:t xml:space="preserve">And thank God for that. You know, our uniqueness coming together makes us stronger as a whole, I believe. So how do you reach your student instructor? Slash instructor. As society shifts its understanding of how the brain operates, the way in which we treat those who are neurodivergent will also change. For example, there's much work that has been done to stop treating autism as a illness that must be cured. This is how these people are, and you need to work within their field of perception. Explore your teaching style, and we're going to get into this later on as well. </w:t>
        <w:br/>
      </w:r>
    </w:p>
    <w:p>
      <w:r>
        <w:rPr>
          <w:sz w:val="22"/>
        </w:rPr>
        <w:t xml:space="preserve">This is the theme of this particular seminar. So are you an authoritarian, authoritative, uninvolved or permissive? You can see these other little things. Punishment rigid because I said so autocratic. I'm the boss rules directive structure over here on authoritative standards, enabling flexible supportive guidelines, assertive self regulation democratic uninvolved. Distant, uninterested, neglectful, absent, passive, and of course, the permissive you're the boss. But appeasement? No guidelines, nondirective, blurred roles, overinvolved, indulgent and lenient. All of us fall somewhere on this chart. We got a little bit of authoritarian, a little bit of permissive. </w:t>
        <w:br/>
      </w:r>
    </w:p>
    <w:p>
      <w:r>
        <w:rPr>
          <w:sz w:val="22"/>
        </w:rPr>
        <w:t xml:space="preserve">Sometimes they call it hybrid, which is fine, and it's OK if you're just one way. It's a learning process. As you teach students, you absolutely become in tune with. Different ways of reaching students because they're all different. Perceptions of learning. In order to diverge from the standard test, there has to be some kind of standard used to assess the student. So we're all familiar with the standardized tests that we've had during school. </w:t>
        <w:br/>
      </w:r>
    </w:p>
    <w:p>
      <w:r>
        <w:rPr>
          <w:sz w:val="22"/>
        </w:rPr>
        <w:t xml:space="preserve">Everybody takes the same test, and we see where we rank in the in the class standardized testing, classroom discussions, lectures, set hours for schooling, deadlines, time tests, and readings, and the push to conform so that everyone is the same. I don't think that's better for us as individuals. I don't believe that that's the nice way to train people for your business, and I don't believe that it really contributes to society in any significant way. </w:t>
        <w:br/>
      </w:r>
    </w:p>
    <w:p>
      <w:r>
        <w:rPr>
          <w:sz w:val="22"/>
        </w:rPr>
        <w:t xml:space="preserve">If you're trying to make everybody the same, you lose those nuances of the students and how you teach that could better get better answers. Go forward, get better research so that we make better teachers and better students. There are different kinds of learners. Learning is the acquisition of knowledge or skills through experience, study, or by being taught. Basic learning styles relate primarily to the sensory presentation of materials as first presented by Canfield. </w:t>
        <w:br/>
      </w:r>
    </w:p>
    <w:p>
      <w:r>
        <w:rPr>
          <w:sz w:val="22"/>
        </w:rPr>
        <w:t xml:space="preserve">These are visual, auditory reading, writing, and kinesthetic OK, and also later on we'll lump in textile. Visual learners do best when they can observe, look at graphs, or otherwise visually investigate the topic to be learned and as we go through these slides. You will absolutely be able to identify which one I am, what kind of learner I am, absolutely. Auditory learners need things taught to them by auditory means. That means they listen better. They need some. They need to listen to a lecture. They listen to a podcast. They listen to a class. They do well with audio materials, lectures, explanations, as well as interactive conversation. So they have to talk. </w:t>
        <w:br/>
      </w:r>
    </w:p>
    <w:p>
      <w:r>
        <w:rPr>
          <w:sz w:val="22"/>
        </w:rPr>
        <w:t xml:space="preserve">They're the talkers because they listen, and then they share what they've listened to. Reading writing learners benefit from reading and then taking notes about what they read. Kinesthetic learners do best when moving or physically interacting with the environment, such as listening to an audiobook while walking or folding laundry. And I know people who only can do one thing at a time. They have to either see things or just listen and not do anything else. But of course, we're on a spectrum, so that's you could be one of each, you know, your own unique mixture of what that is. </w:t>
        <w:br/>
      </w:r>
    </w:p>
    <w:p>
      <w:r>
        <w:rPr>
          <w:sz w:val="22"/>
        </w:rPr>
        <w:t xml:space="preserve">So, neurotypical. These are instructions for making a sandwich number one assemble bread filling plates and utensils number two lay 2 slices of bread on the plate, three layer spread the filling her meat on the bread. Four close the bread like a book and enjoy. So when you're neurodivergent, absolutely things may have to be broken down into tinier instructions. And it sometimes looks like this. Milestone find where the bread is, sometimes the first one. Maybe bread is what you put your sandwich together with. </w:t>
        <w:br/>
      </w:r>
    </w:p>
    <w:p>
      <w:r>
        <w:rPr>
          <w:sz w:val="22"/>
        </w:rPr>
        <w:t xml:space="preserve">You know it's up to you. This is an example number two take two breads out of the wrapper and close the wrapper. Number three locate the middle of your sandwich in the middle. Put on one piece of bread you're filling your spread your whatever you're going to do, close your bread enjoy umm. I listen to my husband who is a teacher of blind. He's completely blind and he teaches blind people over the phone. So I kind of get an inside scoop on what it's like to really break down those steps. </w:t>
        <w:br/>
      </w:r>
    </w:p>
    <w:p>
      <w:r>
        <w:rPr>
          <w:sz w:val="22"/>
        </w:rPr>
        <w:t xml:space="preserve">He teaches them to work their computer, work their phone, all kinds of different lessons of life. And breaking down something is really hard for me because I'm a super bullet point kind of person. Like do this, you're done, just do it. But some people are like, but there's five steps in your step one, what what's happening there? So I have to be very observant of people who need broken down steps. Equal and different. Many times we carry and use old and insufficient ways of teaching that were used to educate us when we were younger. I'm old enough to absolutely have been have I've been in the third grade with a teacher trying to make me write with my right hand, and that happened for a whole semester. </w:t>
        <w:br/>
      </w:r>
    </w:p>
    <w:p>
      <w:r>
        <w:rPr>
          <w:sz w:val="22"/>
        </w:rPr>
        <w:t xml:space="preserve">It was insane. And I know that's not the way. It didn't improve my handwriting at all, at all, at all. The teachers role is that of a leader. The student plays the role of the learner. Are you authoritarian? The dictator? Just do it. I've got a lot of tendency to do that sometimes. Are you permissive? Oh, just do whatever. You know, whatever you turn in, it's probably good. </w:t>
        <w:br/>
      </w:r>
    </w:p>
    <w:p>
      <w:r>
        <w:rPr>
          <w:sz w:val="22"/>
        </w:rPr>
        <w:t xml:space="preserve">The democratic style, the active teacher who allows that back and forth to happen. These are the parameters. Now give me what you got and then we'll talk about it right. All right, what comes next? Even what's happening? The major theories of learning are grouped into three major approaches, and this is what you would learn as a teacher in college. These different things, and it also applies to training as well. When you're going to training, you absolutely have these types of ideas. So they kind of lump them into 3 categories, behaviorist, cognitive and social. These approaches vary in terms of the view of knowledge, their view of learning, their view of motivation, and their implications for teaching. </w:t>
        <w:br/>
      </w:r>
    </w:p>
    <w:p>
      <w:r>
        <w:rPr>
          <w:sz w:val="22"/>
        </w:rPr>
        <w:t xml:space="preserve">So a teachers, a person who's been trained in this manner, their view of knowledge is behaviorism. Knowledge is a repertoire of behavioral responses to environmental stimuli. Cognitive constructivism, so cognition. Knowledge systems of cognitive structures are actively constructed by learners based on pre-existing cognitive structures. So they're going to put something in place and then the person going to learn from whoever learned before them. Social constructivism is knowledge is constructed within social context throughout interactions with the knowledge community. </w:t>
        <w:br/>
      </w:r>
    </w:p>
    <w:p>
      <w:r>
        <w:rPr>
          <w:sz w:val="22"/>
        </w:rPr>
        <w:t xml:space="preserve">So this is someone who is very community oriented that learns by observing others, talking to others, seeing how they do it and then modeling that. Which they see. Their view of learning for behaviorism is passive absorption of a predefined body of knowledge by the learner promoted by repetition and positive reinforcement. This can be linked with the authoritarian or dictator style of teaching. Cognitive active assimilation and accommodation of new information to existing cognitive structures and can include discovery by learners. </w:t>
        <w:br/>
      </w:r>
    </w:p>
    <w:p>
      <w:r>
        <w:rPr>
          <w:sz w:val="22"/>
        </w:rPr>
        <w:t xml:space="preserve">This is the more. Give and take teacher you know, I'm going to lay down some parameters. You're going to figure out some stuff and then we'll talk about it. Social constructive constructivism is integration of students into a knowledge community, collaborative assimilation and accommodation of new information. Sometimes in college they'll have classes that have all the students in just a big circle, and the teacher writes a topic on the board, and then he or she will stand back and just let the students talk about the topic. And that's basically what that is. And then just kind of go in and direct the topic if she sees it's going off the rails. </w:t>
        <w:br/>
      </w:r>
    </w:p>
    <w:p>
      <w:r>
        <w:rPr>
          <w:sz w:val="22"/>
        </w:rPr>
        <w:t xml:space="preserve">And their view of motivation. Behaviorism extrinsic, involving positive and negative reinforcement reinforcement oh no, you got it wrong. You get an F OK, you got enough right, you get a B C and A. Cognitive constructivism intrinsic learners set their own goals and motivate themselves to learn. I kind of fall somewhere in that as a learner. Social constructivism intrinsic and extrinsic learning goals and motives are determined both by learners and extrinsic rewards provided by the knowledge community. Here's a Gold Star, you did great. You get this award. Implications for teaching? Behaviorism correct behavioral responses are transmitted by the instructor and absorbed by the students. </w:t>
        <w:br/>
      </w:r>
    </w:p>
    <w:p>
      <w:r>
        <w:rPr>
          <w:sz w:val="22"/>
        </w:rPr>
        <w:t xml:space="preserve">I just don't think that's a good way for a lot of people nowadays. You know, we've gone off the rails with the authoritarian dictatorship type of teaching. Cognitive the instructor facilitates a learning by providing an environment that promotes discovery and assimilation or accommodation. Social constructivism is collaborative. Learning is facilitated and guided by the instructor, but it's actually all the students that are doing the work, figuring out what the work is, and then finishing the project. The following considerations related to these factors that affect learning should be addressed during the learning process. How does the instructor perceive learning? The learner stage of adult development. The learner's proximity to a major life event or life transition phase such as vision loss, retirement move, new job, and sometimes literally for me, just when the sun comes up. </w:t>
        <w:br/>
      </w:r>
    </w:p>
    <w:p>
      <w:r>
        <w:rPr>
          <w:sz w:val="22"/>
        </w:rPr>
        <w:t xml:space="preserve">The learner's age and age of onset of issue, if they have any. The learner's life experience and cultural background can be very important. They come from a different culture, so they're going to learn differently than what you're used to or what your culture is. The learner's degree of adjustment to their issue. Is it new to them? Are they just showing symptoms of this? It was it triggered by some life happenstance and the effect that early rigid teaching may have had on the learner. </w:t>
        <w:br/>
      </w:r>
    </w:p>
    <w:p>
      <w:r>
        <w:rPr>
          <w:sz w:val="22"/>
        </w:rPr>
        <w:t xml:space="preserve">Sometimes they can have Victorian dictatorship teachers that have schooled in their entire lifetime and maybe that wasn't a good way for them. However, that's the only way they know how to be taught, so it creates a conflict in their brain and it's harder. And sometimes when you transition them over to a better way of teaching, they thrive. They're like now it makes sense. Now I I've learned how to learn. For adult learners, which is most of the time, most of us are, and we do have young people coming in as bathers and as helpers and assistants. </w:t>
        <w:br/>
      </w:r>
    </w:p>
    <w:p>
      <w:r>
        <w:rPr>
          <w:sz w:val="22"/>
        </w:rPr>
        <w:t xml:space="preserve">But for the most part, we're all adult learners. Adults need to know why they need to learn something before undertaking to learn it. There needs to be a practical application. The decision to learn and to enter into a learning relationship with an instructor is a choice of the individual, a self driven initiative based on a need to either become or remain independent by learning certain skills and acquiring knowledge. Often an immediate need like having to use the desired skill can open up learners to the idea of learning. And as they achieve success, they may be open to other, more advanced skills because they see the need. </w:t>
        <w:br/>
      </w:r>
    </w:p>
    <w:p>
      <w:r>
        <w:rPr>
          <w:sz w:val="22"/>
        </w:rPr>
        <w:t xml:space="preserve">Just like when you see a budding speaker or budding a groomer, who you see has the potential for that, but she can't seem to learn how to do a bashon correctly. Once you help her through that goal. Then it kind of blossoms in her mind. Oh, if I can learn how to do Bashan, I can learn how to do all the breed trims. After that. You know what? I could probably teach those. </w:t>
        <w:br/>
      </w:r>
    </w:p>
    <w:p>
      <w:r>
        <w:rPr>
          <w:sz w:val="22"/>
        </w:rPr>
        <w:t xml:space="preserve">So each little piece is going to open up a window, a door, another pathway. Knowing the style in which you learn will help you study better and recognize the different learning styles of your students. These are adult learning styles. There's a step learner and there's different schools of thought on that and we're going to there will be a worksheets involved in this to help you learn your style as well the step learner. Follow steps to learn desires, goals, and practicality. The talk learner rephrases to learn desires, verbal exchange, research learner reads and studies. To learn desires, debate, and once the big picture. Create learner synthesizes to learn desires. To generate something, they have to make something with their hands. </w:t>
        <w:br/>
      </w:r>
    </w:p>
    <w:p>
      <w:r>
        <w:rPr>
          <w:sz w:val="22"/>
        </w:rPr>
        <w:t xml:space="preserve">Miscommunication happens a lot sometimes. God forbid, sometimes you just don't communicate well with someone with a different teaching or learning style. There's nothing wrong with that. Sometimes we just don't mesh. And that's why you'll hear me say in other seminars or other teaching experiences that you know if you're not finding what you need, if you're not finding the mentorship that you need, if you're not finding the camaraderie or the way that they're teaching you something and their salon, there is. It's no shame to find a salon. Or a place that actually gives you what you need in the way that you need it, and there's no hard feelings at all. </w:t>
        <w:br/>
      </w:r>
    </w:p>
    <w:p>
      <w:r>
        <w:rPr>
          <w:sz w:val="22"/>
        </w:rPr>
        <w:t xml:space="preserve">You know you have to know what you need and be able to click in a salon or a working environment. Student isn't connecting with the material. Do you, do you use tough? Love the soft approach. Examine your curriculum, you know, see, if you haven't broken down those steps a little bit more or you're just kind of barking at them, you know? Do this, do this. Breaking down the steps sometimes, especially with groomers who are artists whose brain does not function. Just like a factory worker or a politician, for God's sake, examine your teaching style, you know? I can be very barky. I've been told I'm captain Bligh. I've been told that I'm, I manage like a man. </w:t>
        <w:br/>
      </w:r>
    </w:p>
    <w:p>
      <w:r>
        <w:rPr>
          <w:sz w:val="22"/>
        </w:rPr>
        <w:t xml:space="preserve">I don't know what that means, but I will, absolutely. I'm the bullet point person. Like, do this, and then let them figure it out. Over the years, I've softened quite a bit. You know, I will absolutely soften, break down things that need broken down because if I tell them, OK, this bullet point, and I see their faces like, OK. I need to break it down further and but i'm beginning to recognize that more and more modeling. </w:t>
        <w:br/>
      </w:r>
    </w:p>
    <w:p>
      <w:r>
        <w:rPr>
          <w:sz w:val="22"/>
        </w:rPr>
        <w:t xml:space="preserve">Most human behavior is learned observationally through modeling. From observing others, one forms an idea of how new behaviors are performed. And on later occasions, this coded information serves as a guide for action. Necessary conditions for effective modeling? That's bendora, 1977 Attention. The learner must focus on the model retention. The learner must remember what he or she observed, often by repetition. Or rehearsal of observation reproduction the learner must be able to replicate the observation and motivation, which will go over that a little later as well. </w:t>
        <w:br/>
      </w:r>
    </w:p>
    <w:p>
      <w:r>
        <w:rPr>
          <w:sz w:val="22"/>
        </w:rPr>
        <w:t xml:space="preserve">And Mary, pause me, and at the end of this hour, because I'll just keep going. Motivation, there must be a desire on the part of the learner to replicate what was observed. So these are the things that we're looking for, no matter what style we used to teach, no matter what style we use to learn this is actually the core of what we want to happen, and there's many different pathways to get to this point andragogy this is literally the art and science of helping adults learn. </w:t>
        <w:br/>
      </w:r>
    </w:p>
    <w:p>
      <w:r>
        <w:rPr>
          <w:sz w:val="22"/>
        </w:rPr>
        <w:t xml:space="preserve">Adult learners are much different than younger learners simply because the younger ones are. They're kind of a blank slate, in a way. They still have their they're still on the spectrum of how they learn, but they're they will soak things up more when you're they're younger. When you're older, you know, I'm 55 Do I really want to get all the certifications at this age? Probably not. Will I absolutely learn about those different things? Yes, yes, I will. </w:t>
        <w:br/>
      </w:r>
    </w:p>
    <w:p>
      <w:r>
        <w:rPr>
          <w:sz w:val="22"/>
        </w:rPr>
        <w:t xml:space="preserve">I'll still do that. But I don't see the need at this point to get every single 1A younger one. And I will say her name. We'll call her because I think she's wonderful and beautiful. Ashley Hanvey wants all of them and she's at an age where she's just ready to take it all in so we support her whenever we can. She's amazing. Self concept. As a person matures, they develop an independent self concept as someone who can direct his or her own learning, rather than being dependent on an authority figure like a teacher to direct his or her learning. </w:t>
        <w:br/>
      </w:r>
    </w:p>
    <w:p>
      <w:r>
        <w:rPr>
          <w:sz w:val="22"/>
        </w:rPr>
        <w:t xml:space="preserve">So the three components of self concept, self concept. Who am I? Your self-image your ideal self, ideal self, and your self esteem, all that has to come from within you. It's not anything somebody can tell you. Oh, you're beautiful, you're pretty, you're talented. A lot of us don't feel that way about ourselves. It doesn't matter who says it. So that's something that you have to actually develop from inside experience as a person matures, he or she accumulates a growing reservoir of experience that becomes an important resource for continued learning. </w:t>
        <w:br/>
      </w:r>
    </w:p>
    <w:p>
      <w:r>
        <w:rPr>
          <w:sz w:val="22"/>
        </w:rPr>
        <w:t xml:space="preserve">Instruction and adaptive skills for persons with divergence provides an opportunity to build on previous experiences, assess what they could retain or modify, and determine what they can apply to future learning. People who have had experience in dealing with challenges in their lives are often better equipped to view the learning as a new skill. Has one more hurdle to overcome. So again, breaking it down to the level and the place on the spectrum where that particular individual is helps them grow better, helps them learn more. And the need to know i'm here, I'm here. </w:t>
        <w:br/>
      </w:r>
    </w:p>
    <w:p>
      <w:r>
        <w:rPr>
          <w:sz w:val="22"/>
        </w:rPr>
        <w:t xml:space="preserve">If I don't have to learn it, I'm probably not going to learn it unless it has some value in novelty or something like that, if I find a new interest. Adults need to know why they need to learn something before undertaking to learn it. There has to be a practical application as you get older. Excuse me? As you get older, you realize that your minutes are really limited, and they're getting shorter and shorter as you go. So you pick and choose what's more important to learn. Do I really need this skill? Do I want to do it as a hobby? Is it just a passing fancy? Or could maybe I have a conversation with Angie about rabbits instead of going through the whole course? That kind of thinking is what you're going to have when you have adult learners. </w:t>
        <w:br/>
      </w:r>
    </w:p>
    <w:p>
      <w:r>
        <w:rPr>
          <w:sz w:val="22"/>
        </w:rPr>
        <w:t xml:space="preserve">That has to be practical. Problems centered focus. As a person matures his or her time perspective changes from one of postponed application of knowledge to immediacy of application. Accordingly, his or her orientation towards learning shifts from one subject centeredness to one of problem centeredness. I know you will, Angie. I guess. Is that an example? I'm still going through with it, OK. Internal motivation. As a person matures, the motivation is to learn is internal rather than external or directed by someone else's Influences of experience needs an interest. Motivate someone to want to learn new things. So our younger groomers, our younger apprentices and bathers, they're still very young and they're motivated by different things than an older, more experienced rumor. </w:t>
        <w:br/>
      </w:r>
    </w:p>
    <w:p>
      <w:r>
        <w:rPr>
          <w:sz w:val="22"/>
        </w:rPr>
        <w:t xml:space="preserve">Sometimes you'll get a really good groomer, but her fashion style, the styles of braids do change through the years. And you'll get one that has all the old styles and helping them correct those and bring them up to date sometimes could be a challenge because, you know, I've been doing this 30 years, I know what I'm doing well. We used to do bichons with Bell ears, and now that's if somebody saw that, they'd be like, oh, that's really old fashioned. It's like wearing a Victorian dress to McDonald's. </w:t>
        <w:br/>
      </w:r>
    </w:p>
    <w:p>
      <w:r>
        <w:rPr>
          <w:sz w:val="22"/>
        </w:rPr>
        <w:t xml:space="preserve">It just, it doesn't mesh. And why not help her or him? Or they explore their skills, you know, update what you're doing. Show them how to shorten that air, make it disappear, show them how to do the leg differently. And my little chart here. I won't do it. I can't do it. I want to do it. How do I do it? I'll try to do it. I can do it. I will do it. I did it. That's finally where I'm at with this, with this book thing. </w:t>
        <w:br/>
      </w:r>
    </w:p>
    <w:p>
      <w:r>
        <w:rPr>
          <w:sz w:val="22"/>
        </w:rPr>
        <w:t xml:space="preserve">6 adults need to know why they should learn. As a person matures, his or her readiness to learn becomes oriented increasingly toward the developmental tasks of his or her social roles. Knowing why one needs to know a bit of information makes the learner more receptive to continuing the course, finding their motivation is. All the thing. It's the key to unlocking their future potential. Even if they're they've been doing it twenty, thirty you, know forty years. If they're still in the game, find a way to unlock it and say, you know what, let's get updated. How about you and me take a course? How about you and me learn a new skill together? There are all different ways to motivate an older learner, and there's all the ways to make a young learner learn more. </w:t>
        <w:br/>
      </w:r>
    </w:p>
    <w:p>
      <w:r>
        <w:rPr>
          <w:sz w:val="22"/>
        </w:rPr>
        <w:t xml:space="preserve">So the four principles of adult learning, which is andragogy, since adults are self-directed they should have ownership in the content and process of their learning. We consider this consistent with the concept of informed choice, which is an underlying basis of our relationship with consumers, who are neurotypical. Because not only are your employees neurodivergent, your clients are too. You know those wacky ladies that come in, you'd know them. You know who I'm talking about. Because adults have so much experience to draw from, their learning should focus on adding to what they have already learned. If you have someone that comes in and has handled a dog or knows her dog very well, there are people coming into my salon nowadays with a lot of information. </w:t>
        <w:br/>
      </w:r>
    </w:p>
    <w:p>
      <w:r>
        <w:rPr>
          <w:sz w:val="22"/>
        </w:rPr>
        <w:t xml:space="preserve">They have done the research. They've read the books, they've talked to their. That they come in with very specific questions and that's a great client. You know, you can talk to that client and say, well that's not true or that is true except it has nuances or whatever. Then you have these old timers come in and they're like, this is what we've been doing for 30 years. This is what I want and it's very difficult to change. So you want to make it pet focused instead of, well, you're not doing it right or we don't do that anymore. </w:t>
        <w:br/>
      </w:r>
    </w:p>
    <w:p>
      <w:r>
        <w:rPr>
          <w:sz w:val="22"/>
        </w:rPr>
        <w:t xml:space="preserve">Say, you know what? I took a lot of classes in this and, you know, I think that fluffy would benefit by doing this and this. Why don't we try it one time and if you hate it, you know, we'll talk. So there's all there's a way to say something, and there's a way not to say something. So, since adults are looking for practical learning, content should focus on tasks related to their work or personal life. Learning needs to be relevant and practical, so things related to the basics of life are important. Starting places such as cleaning procedures or sanitation. </w:t>
        <w:br/>
      </w:r>
    </w:p>
    <w:p>
      <w:r>
        <w:rPr>
          <w:sz w:val="22"/>
        </w:rPr>
        <w:t xml:space="preserve">And this way you'll find that within your salon you want some kind of standardization at your product. Your pet goes out. However, it's rarely like that. Occasionally you'll find a crew in a salon that really does groom very similar. They put out a similar product. I like the diversity of it I have. Someone who absolutely scissors so tight it's like a cartoon. That's the person that I'm going to help develop Asian fusion. I have another person who really has an eye for proportion and blending. I'm going to lead that person in the direction of breed trims. Like really tight nice chow breed trims. I've got a beginner who shows promise, so we're still waiting to for her to develop a style, if you will, before we push her in a direction here or there. </w:t>
        <w:br/>
      </w:r>
    </w:p>
    <w:p>
      <w:r>
        <w:rPr>
          <w:sz w:val="22"/>
        </w:rPr>
        <w:t xml:space="preserve">Then we have a little young workhorse. That's absolutely just OK, let's get this done. Let's make it as good as I can. I just want to please the client that might be someone for those Alzheimer's that just want what they want. So there's all kinds of ways to lead your staff in the direction you need them to go. For everybody, the diversity of the styles of your staff will bring more diversity of clientele in you can please more types of people than just a staff who grooms all one way. </w:t>
        <w:br/>
      </w:r>
    </w:p>
    <w:p>
      <w:r>
        <w:rPr>
          <w:sz w:val="22"/>
        </w:rPr>
        <w:t xml:space="preserve">Additionally, learning should be centered on solving problems instead of memorizing content, and I am an advocate of that. Adults with rich life experiences tend to have already developed problem solving skills, but with the people who are neurodivergent, these strategies may evolve. They often respond well to a problem based learning approach. So instead of saying I need you to do this, just say OK, how can I help you achieve what I'm looking for, or what do you think? It shouldn't go in that direction. </w:t>
        <w:br/>
      </w:r>
    </w:p>
    <w:p>
      <w:r>
        <w:rPr>
          <w:sz w:val="22"/>
        </w:rPr>
        <w:t xml:space="preserve">Involve them in what your needs are. Have a conversation about it may not be everything you hoped for in your mind. It might be something better. Maybe they can provide a service better than you had even anticipated. You don't know until you try. Strategies for working with adults. Distraction free environment or comfort? Turn off audio disruptions like television and radios. I know I've walked into grooming salons and they're watching TV, looking at the screen while they're just doing their grooming, and occasionally glancing at their dog. </w:t>
        <w:br/>
      </w:r>
    </w:p>
    <w:p>
      <w:r>
        <w:rPr>
          <w:sz w:val="22"/>
        </w:rPr>
        <w:t xml:space="preserve">I would lose my mind. Reduce clutter in the instructional area. Use contrasting placemats or trays, or help them organize their tools so that they're better served. Some people I see label their stuff right on the table, and my I tried to catch scissors one time and nearly lost all the nerves in this arm and was paralyzed, so I don't lay things on the table if I can't possibly help it all goes in a caddy. Make sure the temperature is comfortable and the person does not need to use the restroom, so if you're teaching skill mark off time for it. </w:t>
        <w:br/>
      </w:r>
    </w:p>
    <w:p>
      <w:r>
        <w:rPr>
          <w:sz w:val="22"/>
        </w:rPr>
        <w:t xml:space="preserve">That person if that certain dogs coming in, they're going to learn a new trim or a new technique for dematting. Make sure that you cut off time and not just say in the interim, Oh yeah, that needs to be demanded and then do your stuff and then walk by or 50 times while she's trying to learn this new skill. Mark some time off, show her how to do it, then leave her to do one more. </w:t>
        <w:br/>
      </w:r>
    </w:p>
    <w:p>
      <w:r>
        <w:rPr>
          <w:sz w:val="22"/>
        </w:rPr>
        <w:t xml:space="preserve">Then you go back over and teach her how to do it some more. So you have to be flexible in the needs of each individual person. Just like we teach. We have to be flexible in the needs of. Each dog that we're working on, not everybody gets the same products. Not everybody needs the same energy. Not everybody needs this one thing. Your students or your employees are no different. Numonics using words or sentences like every good boy does. </w:t>
        <w:br/>
      </w:r>
    </w:p>
    <w:p>
      <w:r>
        <w:rPr>
          <w:sz w:val="22"/>
        </w:rPr>
        <w:t xml:space="preserve">Fine to remember the lines on a musical staff or face, to remember the spaces. So if you think about it in that way, maybe you're creative enough to come up with a pneumonic to help that particular person remember the steps of the routine. Chunking or classification divide information into chunks, such as breaking a difficult topic into manageable pieces. This is something that was so hard for me to learn to teach others. I can do it for myself because I don't have to talk about it. </w:t>
        <w:br/>
      </w:r>
    </w:p>
    <w:p>
      <w:r>
        <w:rPr>
          <w:sz w:val="22"/>
        </w:rPr>
        <w:t xml:space="preserve">I can just do it in my head and I can visualize it and that's how I do. But teaching somebody how to do clean feet, teaching some somebody, a newbie, the routine of a regular groom, just a kennel, you know, sometimes they work on that foot and then they go back over here because they forgot they combed. Up the face and this, that and the other I put a I have a routine. Now if they don't have a routine I write my routine and then put stick it right on their station so then they could go OK first I do this. </w:t>
        <w:br/>
      </w:r>
    </w:p>
    <w:p>
      <w:r>
        <w:rPr>
          <w:sz w:val="22"/>
        </w:rPr>
        <w:t xml:space="preserve">Can I do this so that when I go over to your table to check it? I'm like, oh, well, how come this isn't done? And she's like, I didn't look at the paper and I'm like, OK, go through everything, check everything. And when you get to the one you didn't do that. And then call me and I'll just walk away and let them deal with it because they have to retain that or I'll end up telling them that every single time because they're not retaining it because you just doing it for them. </w:t>
        <w:br/>
      </w:r>
    </w:p>
    <w:p>
      <w:r>
        <w:rPr>
          <w:sz w:val="22"/>
        </w:rPr>
        <w:t xml:space="preserve">So you have to give them room to make mistakes. Hopefully they're not terrible mistakes, they're small mistakes and routine. But dividing information into chunks is much easier. This is how you do the pads. Leave it alone and this is how you do the nails. Leave it alone, on and on. Organization, having a place for everything is not related to the lesson. Everything not related to the lesson or task at hand should be removed from the learning area. If she's learning, or he's learning how to trim nails, then there's no reason the Clippers should be there. All you know while you're cooking, at the dogs kicking it, a pair of scissors randomly on the table. </w:t>
        <w:br/>
      </w:r>
    </w:p>
    <w:p>
      <w:r>
        <w:rPr>
          <w:sz w:val="22"/>
        </w:rPr>
        <w:t xml:space="preserve">If we're working on nails, you have a Clipper, a grinder. And the dog. That's it. Clear everything away. Everything else is a distraction. Repetition and practice. Tell learners what you're going to teach it. Tell them what you taught them, and let them repeat what they learned. You can give homework. You can give little reading materials. You can send them to seminars. There are so many online seminars nowadays that you can send them to learn more at on their own time. And then say, you know you have a week to watch this, and then I'm going to expect, you know, a report, if you will, when you come back. </w:t>
        <w:br/>
      </w:r>
    </w:p>
    <w:p>
      <w:r>
        <w:rPr>
          <w:sz w:val="22"/>
        </w:rPr>
        <w:t xml:space="preserve">Allow time for the learner to process the information depending on who they are and how they learned. Take breaks. Speak slowly, or you might find somebody like me. Once the bullet points do this, and they excel in that because they'll take those bullet points and go home and research the heck out of them and come back with more information than you had actually intended. They thrive on it. Accommodate fatigue as much as possible. Try to see the person during a time of the day when he or she is most alert to learn that new skill. </w:t>
        <w:br/>
      </w:r>
    </w:p>
    <w:p>
      <w:r>
        <w:rPr>
          <w:sz w:val="22"/>
        </w:rPr>
        <w:t xml:space="preserve">If the learner is drowsy or irritable, consider whether fatigue is a factor and plans to revisit later. There's nothing wrong with that. Maybe today is not a good day and we all know what those days can consist of, and it could be anything that throws off your day. Maybe they their car broke down. Maybe they're the list is endless. Keep language simple, keep communication clear and avoid over talking. </w:t>
        <w:br/>
      </w:r>
    </w:p>
    <w:p>
      <w:r>
        <w:rPr>
          <w:sz w:val="22"/>
        </w:rPr>
        <w:t xml:space="preserve">Sometimes we're so anxious and interested and want to help so bad that we just talk and they can't even respond. They can't even process the sentence that we said right before they needed to talk. Imprecise terms such as Oh yeah, put it over there here, stuff and things should be avoided. Specific names of items and their features, such as the names of operating controls and other features of a Clipper should instead be used. Use the terminology. An example would be. </w:t>
        <w:br/>
      </w:r>
    </w:p>
    <w:p>
      <w:r>
        <w:rPr>
          <w:sz w:val="22"/>
        </w:rPr>
        <w:t xml:space="preserve">In my very first Salon experience, way back when, the dinosaurs still roamed the Earth, they handed me a mini poodle and they said 10 all over. And I said all over, and she's like absolutely all over. And she said have time, she said that's what I want you to do, and I said even the head, she's like, yeah, just do it. I shaved that poodle from the tip of the nose to the tip of the tail. And when she came back, she lost her mind. She's like, not the top knot. I'm like, you didn't say that. You said all over. </w:t>
        <w:br/>
      </w:r>
    </w:p>
    <w:p>
      <w:r>
        <w:rPr>
          <w:sz w:val="22"/>
        </w:rPr>
        <w:t xml:space="preserve">And I took that very literally. So yeah, you should be literal, absolutely literal. And that's another example of breaking it down into chunks. Only shave the face. Only shave the feet. Only do this. Only do that, and then we'll talk. When you're done with that, come and get me. She did say all over, absolutely. It was crazy and that's what I did. It was all over. All right. The instructor should try to create balance between having high expectations and creating a situation in which outcomes that are less than perfect are acceptable. </w:t>
        <w:br/>
      </w:r>
    </w:p>
    <w:p>
      <w:r>
        <w:rPr>
          <w:sz w:val="22"/>
        </w:rPr>
        <w:t xml:space="preserve">Making sure your students feel safe and listen to will allow learning to flower. It's not going to be perfect every time, especially when they're learning a new skill. There have to be allowances for that, so if you've broken the steps down enough. Or said, OK, only do this and then come and get me and then you give them the next step. Only do this and come and get me. Don't jump ahead. Don't shave the top of the top knot off. Don't do that. So those were tense and worried about making mistakes due to a perceived or realistic concern about being criticized or chastised, may lack self-confidence and may exhibit lower feelings of self esteem that can impact their performance. </w:t>
        <w:br/>
      </w:r>
    </w:p>
    <w:p>
      <w:r>
        <w:rPr>
          <w:sz w:val="22"/>
        </w:rPr>
        <w:t xml:space="preserve">Some people need more praise than others. Some people are like, oh, quit telling me how good I am or how well I did this toe, you know, straighten out, let me do something and it's up to you as the instructor or the teacher to find out how those people need to communicate and how they learn. Other important aspects of instruction to be emphasized include the following communicating effectively, monitoring the speed of delivery of the lesson, and reinforcing success in learning. </w:t>
        <w:br/>
      </w:r>
    </w:p>
    <w:p>
      <w:r>
        <w:rPr>
          <w:sz w:val="22"/>
        </w:rPr>
        <w:t xml:space="preserve">We all want to grow. Layer your curriculum on top of skills already mastered and it becomes knowledge. Ok. Barry hasn't given me the go ahead. So we're going to keep going. Advocating for oneself is the greatest lesson you can learn as a teacher and as a student. Oh, we got to leave it there. No you got 15 minutes yet? Ok, good. All right. I'll give you, I will give you 10. We'll break for questions. Ok. How's that? That works because, you know, I'll keep talking for eight more hours. All right, advocating for oneself is the greatest lesson that you can give yourself at any given time. </w:t>
        <w:br/>
      </w:r>
    </w:p>
    <w:p>
      <w:r>
        <w:rPr>
          <w:sz w:val="22"/>
        </w:rPr>
        <w:t xml:space="preserve">You can ask politely. You can make a seed, write the instructor a note, write the department, head a note, schedule a meeting with all parties. Counselors are more than just schedule makers. Sometimes as an instructor you have to be aware of the little young quiet ones that are scared half to death to either mess up or ask a question. So kind of they are. They just go into a holding pattern and they're just like, OK, I'm going to go real slow until she yells at me. </w:t>
        <w:br/>
      </w:r>
    </w:p>
    <w:p>
      <w:r>
        <w:rPr>
          <w:sz w:val="22"/>
        </w:rPr>
        <w:t xml:space="preserve">So you have to be very aware. Of the different types of learners you have in your salon or around you at any given time. And I have. I will give you tools to figure that out so that you can recognize who is who. But yeah, advocating for yourself has to be a priority. Oh, this is Angie says she worked for this woman. Yeah, me too. Unfortunately, that was my third grade teacher, mrs cantrell absolutely so in a salon environment, if you are a groomer or a student or a learner of some sort and you're not getting the help you need, you need to learn how to ask for it. </w:t>
        <w:br/>
      </w:r>
    </w:p>
    <w:p>
      <w:r>
        <w:rPr>
          <w:sz w:val="22"/>
        </w:rPr>
        <w:t xml:space="preserve">And it is scary. It is frightening. And that goes back to the earlier thing that I said. If you're not in the right place where you can learn for you, maybe you've got a really authoritative, authoritative manager or owner and you're not getting your stuff done and you're scared to ask a question. Maybe that place is not for you need to search. Somewhere else where it's a learning environment that caters or understands that people are different. It's not just about get it done. Let's do it, you know? So if you don't have a good fit, absolutely you should try to find someone you have a good fit with so you can get the most out of your education. </w:t>
        <w:br/>
      </w:r>
    </w:p>
    <w:p>
      <w:r>
        <w:rPr>
          <w:sz w:val="22"/>
        </w:rPr>
        <w:t xml:space="preserve">Grooming is a lifelong education. Half the things that we're learning now may change in the next 10 years because of new science, new ways of teaching, new ways of learning, or. Observing dogs and the things that we do, new equipment. So it's always best to revisit what you've learned and how you're teaching it, and be abreast of all the information out there that might improve your teaching, your knowledge that you can give it to your students. Free tools for communication and learning styles. So I'm going to show you 2 forms and I'll probably pause here because the forms are we will go in depth with those so one tool helps you understand how you communicate. </w:t>
        <w:br/>
      </w:r>
    </w:p>
    <w:p>
      <w:r>
        <w:rPr>
          <w:sz w:val="22"/>
        </w:rPr>
        <w:t xml:space="preserve">So one worksheet is you're either a golden retriever, a lion and Otter or Beaver. I happen to be a lion. I'm very strong willed, loud in your face, lead like that's how I am. And I know a lot of groomers are golden retrievers who are soft, have little fuzzy pictures on their wall, stuffed animals, you know, they're very gentle. You can't talk to them about research because all the animals die eventually, and they it brings them to tears. And of course, we're also going to visit. </w:t>
        <w:br/>
      </w:r>
    </w:p>
    <w:p>
      <w:r>
        <w:rPr>
          <w:sz w:val="22"/>
        </w:rPr>
        <w:t xml:space="preserve">A worksheet that helps you learn what you're learning style is. I'm very visual and tactile. You can't tell by all of my slides. They all have graphics, bright colors. I not only do I like to see that, that's how I learn as well, and there are pros and cons to both of those things. So I'm going to pause here, open for questions, and we will get on this particular thing when we revisit and come back. Ok. So we'll open it up for some questions. </w:t>
        <w:br/>
      </w:r>
    </w:p>
    <w:p>
      <w:r>
        <w:rPr>
          <w:sz w:val="22"/>
        </w:rPr>
        <w:t xml:space="preserve">Everybody's an expert. They all got everything. No, it's some great information. Ok, so. Oh, we know, Angie, that Michelle could spend another 8 hours on this and not shut up at all and be like, oh, it's 8 hours. Is that all? Ok, so we're going to let me stop the recording. Hold on.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