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Beyond The Textbook Part 2, 2023</w:t>
      </w:r>
    </w:p>
    <w:p>
      <w:r>
        <w:rPr>
          <w:sz w:val="22"/>
        </w:rPr>
        <w:t xml:space="preserve">OK, welcome to the last session of the first day of the neurodiversity summit and Michelle's going to continue on with her learning beyond the textbook. All right, here's Part 2 and we are going to start. Where we left off. And share. Ok, so we were talking as we ended the first hour on free tools for communication and learning styles. And the first one I want to show you is what is your animal? And I'm going to show you how to actually use these practically in your work environment. So let me stop sharing this and I would like to share the other thing. Hey I just want to make mention that those documents, the handouts, they are on the recording page for today. </w:t>
        <w:br/>
      </w:r>
    </w:p>
    <w:p>
      <w:r>
        <w:rPr>
          <w:sz w:val="22"/>
        </w:rPr>
        <w:t xml:space="preserve">Underneath your name. All right here, let's get rid of that. So this is the five minute personality test. And even though we call it a personality test, it's actually a communication style. So this is what it looks like. And you just choose the item in each line that is most like you and put a four, then pick the item that is next most like you put a 3, then two and then one which is least like you do this across the page for each list do all of them. </w:t>
        <w:br/>
      </w:r>
    </w:p>
    <w:p>
      <w:r>
        <w:rPr>
          <w:sz w:val="22"/>
        </w:rPr>
        <w:t xml:space="preserve">Let's see. Yeah, that's the first page. And then you kind of add them up, total them up, and the most you get, you'll either have the Beaver, the golden retriever, the Otter or the lion. I am a lion and I think my close second is the Otter that's busy. The lion. This personality likes to lead. The lion is good at making decisions and is very goal oriented. They enjoy challenges, difficult assignments and opportunities to get better at things. </w:t>
        <w:br/>
      </w:r>
    </w:p>
    <w:p>
      <w:r>
        <w:rPr>
          <w:sz w:val="22"/>
        </w:rPr>
        <w:t xml:space="preserve">Because lions are thinking of the goal, they can step on people to reach it, sometimes without knowing. Lions can be very aggressive and competitive. Lions must learn not to be too bossy or to take charge in others affairs their strengths. All our goal oriented, strong and direct. Their weakness is argumentative and a little bit dictatorial. Their limitation, they don't understand that their direct leadership can sometimes hurt others. Hard time expressing feelings. I'm a go do bullet point. That's how you do it. Bam, bam. Thank you ma'am. Here we go. And I've had to temper that through the years I had. I had a hard time with it in my young years, but I'm much better now at actually. </w:t>
        <w:br/>
      </w:r>
    </w:p>
    <w:p>
      <w:r>
        <w:rPr>
          <w:sz w:val="22"/>
        </w:rPr>
        <w:t xml:space="preserve">Realizing what's happening and really paying attention to the needs of others who are not lions actually communicate together very well because we understand each other and then goes for every other communication style. When you find somebody that communicates like you're like, Oh yeah, get it, we we're In Sync. But when you have the really soft ones with the really strong and tough ones, sometimes that can be a challenge. The Otter otters very social creatures. Otter personalities love people. They enjoy being popular and influencing and motivating others. Other can sometimes be hurt when people do not like them. Other personalities usually have lots of friends, but not deep relationships. </w:t>
        <w:br/>
      </w:r>
    </w:p>
    <w:p>
      <w:r>
        <w:rPr>
          <w:sz w:val="22"/>
        </w:rPr>
        <w:t xml:space="preserve">They love to goof off. They will have messy rooms at me. Others like to hurry and finish jobs. Outer personality is like Tigger and Winnie the Pooh that is me sometimes. Strength, people person open, positive. Weaknesses talk too much, too easy. Going limitation, remembering past things that they were supposed to do and following through with discipline. The Golden Retrievers are the softies of the bunch, good at making friends, very loyal. Retriever personalities do not like big changes. They look to feel safe and secure, can be very sensitive, very caring, has deep. </w:t>
        <w:br/>
      </w:r>
    </w:p>
    <w:p>
      <w:r>
        <w:rPr>
          <w:sz w:val="22"/>
        </w:rPr>
        <w:t xml:space="preserve">Relationships, but usually only a couple of close friends wants to be loved by everyone and looks for appreciation. Works best in a limited situation with a steady work pattern. Then the Beaver. yeah weakness of the Golden Retriever is indecisive, indifferent, unable to express emotional, too soft on other people. Their limitations are seeing the need to be more assertive and holding others accountable. And we have Beaver. Yeah, I'm a lion Beaver. Not lion Otter for sure, except for the organization part. Beavers think that there's a right way to do everything, and they want to do it in the exact same way. Beaver personalities are very creative. They desire to solve everything, desire to take their time and do it right. </w:t>
        <w:br/>
      </w:r>
    </w:p>
    <w:p>
      <w:r>
        <w:rPr>
          <w:sz w:val="22"/>
        </w:rPr>
        <w:t xml:space="preserve">Beavers do not like sudden changes. They need reassurance. Their strengths are high standards. Order, respect. Respect bathore type weakness, unrealistic expectations of self and others too perfect. This sounds a little bit like Angie as well sometimes. You heard me weaknesses unrealistic expectation of self and others too. Perfect limitation, seeing the optimistic side of things. Expressing flexibility. So if you do this little worksheet, you will find your communication style and the way I actually give this to people when they get hired. We give this test and the other learning style test to everyone that's a new hire. That way the entire crew knows exactly what they're dealing with. We used to at one time, get a picture off the Internet or whatever and make them wear a lion badge, an Otter badge, a golden retriever badge, a Beaver badge. </w:t>
        <w:br/>
      </w:r>
    </w:p>
    <w:p>
      <w:r>
        <w:rPr>
          <w:sz w:val="22"/>
        </w:rPr>
        <w:t xml:space="preserve">Because then it gives you a visual cue when you're saying something on the fly. Like, you know, when all this stuff is happening and you get busy. Sometimes when you're trying to talk to them or ask them something you remember. Oh, that needs a softer approach. Oh, it's a lion. You can just give him some bullet points. If it's an organization thing, you know exactly how to talk to those people. It just kind of gives you that cue. </w:t>
        <w:br/>
      </w:r>
    </w:p>
    <w:p>
      <w:r>
        <w:rPr>
          <w:sz w:val="22"/>
        </w:rPr>
        <w:t xml:space="preserve">And then you can move forward in your communication with them. So then it has a little reflection down here. What is your strongest personality type? Name three things based on this personality that you have or are good at. What is your weakest personality type? And it's OK to be have a weakness, you know, a lot of a lot of people who take this little quiz during the course of their employment with us always say, well, I don't want to appear weak. </w:t>
        <w:br/>
      </w:r>
    </w:p>
    <w:p>
      <w:r>
        <w:rPr>
          <w:sz w:val="22"/>
        </w:rPr>
        <w:t xml:space="preserve">I don't want to say that I'm weak. Weaknesses can also be strengths. So that's just a semantic type of word play. There's nothing wrong. With having a weakness, we all have one. We just need to know. Where that is so that we can be careful when we communicate with you to use your strengths instead of your weaknesses. And you can actually find this right online. I got it offline, but it's used in vet hospitals, it's used in HR all the time and it's just a little simple test. When you get into huge corporate, you know, you get into the Myers Briggs type personality test. Ok. And then the other one here. We're going to, yeah, let's do that. </w:t>
        <w:br/>
      </w:r>
    </w:p>
    <w:p>
      <w:r>
        <w:rPr>
          <w:sz w:val="22"/>
        </w:rPr>
        <w:t xml:space="preserve">And we're going to share this back again. Then we have to make this a little. That we have our learning style. And then there's a worksheet for that they're going to go over as well. Visual tactile. That's what I am. I'm visual tactile. And the pros and cons of each one of those. This is one of many type learning style inventories. This one happens to be from University of Central Florida. This is called the Barsh learning style inventory. So you go down, you answer all these questions and a lot of the psychological tests have the same style, so it's styled after APA. It's APA type inventory of your learning style, so ask questions like I perform new physical skills or movements quickly and with few errors. </w:t>
        <w:br/>
      </w:r>
    </w:p>
    <w:p>
      <w:r>
        <w:rPr>
          <w:sz w:val="22"/>
        </w:rPr>
        <w:t xml:space="preserve">I require explanations of diagrams, graphics, charts or visual directions. I enjoy working with tools. I do better in academic subjects that rely mainly on listening to lectures and tapes. On and on it can. It just goes on down and then you score. You don't score at this point, you just choose if it's often, sometimes or rarely. It goes on and then this tells you how to score it. All these are visual, all these are auditory, all these are tactile, and all these are kinesthetic or movement. </w:t>
        <w:br/>
      </w:r>
    </w:p>
    <w:p>
      <w:r>
        <w:rPr>
          <w:sz w:val="22"/>
        </w:rPr>
        <w:t xml:space="preserve">Ok. I happen to be visual and tactile visual learners. And learning skills. If your strength is visual, you be sure to emphasize the use of sight on all study materials. For example, use existing and or make charts, maps, pictures, overheads, rewrite notes, practice visualizing concepts and ideas or to picture spelling words in your head, for example. We'll help you learn regularly. Test yourself by looking at main ideas or questions. Write the details or answers. Doing this frequently is an efficient way to review visual learners tend to think in images or pictures. Visual learners find it easier when testing is conducted in a written visual format because this requires that visual images be made to recall information. </w:t>
        <w:br/>
      </w:r>
    </w:p>
    <w:p>
      <w:r>
        <w:rPr>
          <w:sz w:val="22"/>
        </w:rPr>
        <w:t xml:space="preserve">Good visual learners read the black and white text and then convert the information into pictures, maps, sketches, diagrams, lists, what have you. When choosing careers, learners of visual learners should select those fields which fit their learning style. Architect, designer, decorator, engineer, surgeon, and those careers which require vision, such as CEO's And I'm going to include groomers. It's very visual learners make up around 65 % of the population. Auditory for those of you who love lists and like reading and listening and learning skills, auditory learners will learn more effectively if they emphasize the use of their sense of hearing to learn ideas and concepts. </w:t>
        <w:br/>
      </w:r>
    </w:p>
    <w:p>
      <w:r>
        <w:rPr>
          <w:sz w:val="22"/>
        </w:rPr>
        <w:t xml:space="preserve">My husband is a auditory learner, especially now that he can't see everything is processed through his auditory, so auditory learners will benefit more if they sit in front of the class so they can hear lectures clearly. They more readily joined discussion groups so they can hear ideas and concepts verbalized by themselves and others. They practice lectures by themselves or test themselves by reciting details aloud after looking only at a main idea. Auditory learners do not emphasize or make pictures in their minds, as do visual learners, but rather filter incoming information through their listening and repeating out loud. They tell wonderful stories and solve problems by talking about them in the classroom. </w:t>
        <w:br/>
      </w:r>
    </w:p>
    <w:p>
      <w:r>
        <w:rPr>
          <w:sz w:val="22"/>
        </w:rPr>
        <w:t xml:space="preserve">Auditory learns by listening and can more easily repeat statements back to the teacher. The auditory learner likes class discussions, but can become easily distracted by noise. Of the three styles, auditory is the most talkative, but has more difficulty writing. Tactile learners. That's my secondary strength in learning. Tactile learners benefited. They can emphasize the use of their sense or touch in learning. For example, they should write notes frequently or make questions from main ideas and regularly trying to write while using tactile skills in thinking. They do not have the internal picture of neatness or organization that visual learners make so easily in their minds. </w:t>
        <w:br/>
      </w:r>
    </w:p>
    <w:p>
      <w:r>
        <w:rPr>
          <w:sz w:val="22"/>
        </w:rPr>
        <w:t xml:space="preserve">That's why they have a more difficult time demonstrating what they know in a traditional classroom. Tactile learners do not usually make pictures in their minds. If they do not make pictures, it follows that there are no pictures to either keep neat or to mess up. So it's normal for them not to be organized. A sense of time is also quite difficult for the student who prefers to learn tactilely. Often there is little projection of consequences of actions simply because this learner does not see out into the future. </w:t>
        <w:br/>
      </w:r>
    </w:p>
    <w:p>
      <w:r>
        <w:rPr>
          <w:sz w:val="22"/>
        </w:rPr>
        <w:t xml:space="preserve">I'm like a dog. I literally live in the moment. In the classroom, these students are quite restless, have more difficulty paying attention, and can't seem to get focused of visual term. These learners like to speak about learning in terms of feelings and say things like I feel or I'd like to get a better handle on this information. They excel in a classroom where ideas are acted out or where they can choose assignments that allow them to build things and get their hands involved. </w:t>
        <w:br/>
      </w:r>
    </w:p>
    <w:p>
      <w:r>
        <w:rPr>
          <w:sz w:val="22"/>
        </w:rPr>
        <w:t xml:space="preserve">Kinesthetic learners benefit from the use of their body. For example, some walk while studying notes and find that it improves their learning. Using some sort of movement when memorizing is another way to increase learning for kinesthetic learners. They're better able to think and process information while doing something physical. A lot of these type of learners will are also runners, or they work out, or they dance, or they do something involving. Movement of the whole body. And the kinesthetic learners make up 2 5 % of the population. The auditory makes up 2 5 % of the population. </w:t>
        <w:br/>
      </w:r>
    </w:p>
    <w:p>
      <w:r>
        <w:rPr>
          <w:sz w:val="22"/>
        </w:rPr>
        <w:t xml:space="preserve">An auditory is 30 %. 30 % tactiles are 2 5. And then it gives you an analysis so that you can reflect on what it is that you got and really make you think about how you learn. Some people are really blind as to how they learn. And once you really think about it and say, Oh yeah, I do like to do that easily helps you reorganize how you learn. If you're going to take a class, you know exactly what you need. If distractions are bothering you make sure you do it in a quiet room. If you need, or if you're a kinesthetic learner, then you're going to want to watch your thing. </w:t>
        <w:br/>
      </w:r>
    </w:p>
    <w:p>
      <w:r>
        <w:rPr>
          <w:sz w:val="22"/>
        </w:rPr>
        <w:t xml:space="preserve">Watch your class online while you're moving. Or you may dance. Or you may do exercises and stretch. You know, things like that. So these are two little worksheets that will help you understand how you learn and how you communicate. That can be also a byline of whatever animal you are. However you communicate, it could be the little byline of what kind of learner you are as well. </w:t>
        <w:br/>
      </w:r>
    </w:p>
    <w:p>
      <w:r>
        <w:rPr>
          <w:sz w:val="22"/>
        </w:rPr>
        <w:t xml:space="preserve">So if you just wear that badge and just wear it around for a month, if you've got any type of crew, just wear it around for a month and then they get you get used to actually communicating and helping that particular person in the way that they can be best. So those are really, honestly the best types of fast and loose type of communication when you're in the minute when dogs are coming through the door, yeah, lifting weights, Angie says. </w:t>
        <w:br/>
      </w:r>
    </w:p>
    <w:p>
      <w:r>
        <w:rPr>
          <w:sz w:val="22"/>
        </w:rPr>
        <w:t xml:space="preserve">Lifting weights, a lot of people like to do that, so knowing who you are will help others not only communicate with you, but help you teach and learn from them a lot better. We're going to go back to our thing. Yeah, let's see. Current side. Here we are. All right so. Example here are my personal maps of my teaching and learning styles. So by learning style, I read the entire library. When I first started actually grooming pets, I went to the Indianapolis main library, which is a huge library. </w:t>
        <w:br/>
      </w:r>
    </w:p>
    <w:p>
      <w:r>
        <w:rPr>
          <w:sz w:val="22"/>
        </w:rPr>
        <w:t xml:space="preserve">They only had 98 titles on grooming, and half of those were like, meet your Guinea pig, you know, Yorkshire Terrier. I read all 98 in one weekend. I went to the library. I sat down on a stool. Right in front of the stack and I read every single one OCD much. I watch all the videos. I practice and fail until success. I do become very frustrated if I see no forward motion. I obsess over details. I like bullet points. If I'm in a seminar or I'm watching someone else teach, sometimes I get really frustrated because although the stories are fun, those are stories that I would like over a meal after the class is over. </w:t>
        <w:br/>
      </w:r>
    </w:p>
    <w:p>
      <w:r>
        <w:rPr>
          <w:sz w:val="22"/>
        </w:rPr>
        <w:t xml:space="preserve">But I want this is what we're talking about, this is how you do it, and this is what you should end up at the end. And sometimes it could be hard. For me to sit through a seminar, no matter who's teaching it, that's just how my mind works. I have to need to learn it somehow, or it has to interest me a lot. And I'll just give you some examples. When I learned how to do origami, I literally took time off, probably 4 days, and learned how to make the perfect paper crane. My husband came home on a Monday probably, and literally in our whole house there were he was knee deep wading through cranes in just the past year, just the past year I've learned how to make butter from scratch. </w:t>
        <w:br/>
      </w:r>
    </w:p>
    <w:p>
      <w:r>
        <w:rPr>
          <w:sz w:val="22"/>
        </w:rPr>
        <w:t xml:space="preserve">I have an extensive garden because I can't just have a tomato plant. I got to plant all the things I've learned, knitting and crocheting, sewing and crafting. Of course research on skin is given for me. That will be for forever. I learned how to make bread, I learned how to can, I'm in the and I learned how to video edit because I had to for when I was doing a lot of consulting work and I'm getting ready to write 2 books this year. Probably simultaneously. I dive in and I'm like a Pitbull. I hang on. I'm tenacious. </w:t>
        <w:br/>
      </w:r>
    </w:p>
    <w:p>
      <w:r>
        <w:rPr>
          <w:sz w:val="22"/>
        </w:rPr>
        <w:t xml:space="preserve">Once I have it going, then I just got to go. I go and go and go until it's done. And I wake up one day after it's done and be like, oh, how did I even do that? Where was I? You know, that's just how I am, my teaching style. I like to tell a story. I make a foundation, and I build on that foundation with all the concepts that I want to teach. And since I'm very visual, it's more. It's not as technical as probably it should be at this point in my life, but I leave that to people who need to explore that. </w:t>
        <w:br/>
      </w:r>
    </w:p>
    <w:p>
      <w:r>
        <w:rPr>
          <w:sz w:val="22"/>
        </w:rPr>
        <w:t xml:space="preserve">I believe if you have the concept down the vocabulary, the terminology will come later because you can get that from everywhere. It's the concepts of the things that I'm teaching that are the most important yeah. Andy says she likes that teaching style and that's how she learns best. So good thing, because that's all I got right here. I like to offer an example and let the student explore and maybe they mess up. Maybe they use the wrong oil, but that's how you learn, you know. </w:t>
        <w:br/>
      </w:r>
    </w:p>
    <w:p>
      <w:r>
        <w:rPr>
          <w:sz w:val="22"/>
        </w:rPr>
        <w:t xml:space="preserve">You can't give everything and just pour it into somebody's brain and then they're just a clone of what you know. At the beginning, when I started teaching, it was very hard for me to not expect that perfection, you know, I was just like, well, I told you how to do it, why aren't you doing it? And in my very young years, but as I learned how to teach, I understand that you just can't clone your brain and pour it into somebody else. They you have to allow them to make the mistake. </w:t>
        <w:br/>
      </w:r>
    </w:p>
    <w:p>
      <w:r>
        <w:rPr>
          <w:sz w:val="22"/>
        </w:rPr>
        <w:t xml:space="preserve">And I know other teachers who are like, no, I don't want them to make mistakes. So I'm right there and I'm hovering over them and I'm like, do you think that really works, though? And I saw it in others and really did look at myself and said, you know what, you could probably make that better. You can choose a different way. So you do have to allow them to maybe miss the proportion on a dog. You have to allow them to maybe be afraid a little bit of getting the nail too close. </w:t>
        <w:br/>
      </w:r>
    </w:p>
    <w:p>
      <w:r>
        <w:rPr>
          <w:sz w:val="22"/>
        </w:rPr>
        <w:t xml:space="preserve">Nobody wants a bloody nail going home out their front door and just examples like that. I like question and answers. I will give them a foundation, a basic of what I'm looking for, and then I will allow them to come and ask me all the questions. Because for me it's easier to answer the questions rather than cover every single thing I think you should know. And that's how you know, you all probably learn a little bit differently just like that and what I need to get something done. </w:t>
        <w:br/>
      </w:r>
    </w:p>
    <w:p>
      <w:r>
        <w:rPr>
          <w:sz w:val="22"/>
        </w:rPr>
        <w:t xml:space="preserve">I have to wait for pressure. I work better under pressure than any other way. I know, my husband is an excellent example. He likes things done way ahead of time. He's very organized, his thinking is very linear, and sometimes he just doesn't understand my style because it is so abstract. I just, I want people to morph and move and be flexible and to find their way because when they do find their own way, you'll find they learn better. They retain more. Rather than just saying, OK, after three days, you're expected to know this after. Four days. </w:t>
        <w:br/>
      </w:r>
    </w:p>
    <w:p>
      <w:r>
        <w:rPr>
          <w:sz w:val="22"/>
        </w:rPr>
        <w:t xml:space="preserve">You need to know this. And of course, I travel around. I travel, I'll talk to one and I'll talk to 100 It doesn't matter. I like what I teach, I teach what I know. And hopefully my students will be better than me when they learn their things down the line. So teaching styles, the lecturer, lecturer take notes, straight up lecture pros, possible to teach large groups of students at once, and it's easy to prepare lecturers, cons, low information retention, no active learning, you just sit there, they spew the information at you, and then you're supposed to write an essay. </w:t>
        <w:br/>
      </w:r>
    </w:p>
    <w:p>
      <w:r>
        <w:rPr>
          <w:sz w:val="22"/>
        </w:rPr>
        <w:t xml:space="preserve">Pass or fail demonstrator graphics. Q and A, Problem solving the pros that incorporates a variety of teaching formats cons it doesn't really accommodate the needs of all students, and no one instructor can reach every student. So when you see that happening, absolutely help them find an environment in which they can learn, or create an environment in which they can learn if they continue to. Be employed with you. Hybrid structured but adaptable pros students remain active and engaged for longer, but the cons can be less focused and slow. And it requires a lot of energy from the teacher because you've got to watch all the moving parts when you put your information out. </w:t>
        <w:br/>
      </w:r>
    </w:p>
    <w:p>
      <w:r>
        <w:rPr>
          <w:sz w:val="22"/>
        </w:rPr>
        <w:t xml:space="preserve">And of course there's facilitator. It's discussion based. The pros helps student develop self-sufficiency The cons. It doesn't work well for theory heavy classes because that has to probably be done in a discussion lecture. So the facilitator is basically one who just kind of helps the students learn on their own way. And of course, there's the Delegator, student Collaboration, Observer, and the prose of that. That's the one where you just sit back. You write the topic on the board and then let people discuss it and find their own way. The pros are it encourages learning and collaboration among students. Cons can be inefficient, since students have to find the right answers for themselves. </w:t>
        <w:br/>
      </w:r>
    </w:p>
    <w:p>
      <w:r>
        <w:rPr>
          <w:sz w:val="22"/>
        </w:rPr>
        <w:t xml:space="preserve">Sometimes a delegator will absolutely sit back and watch them discuss all the wrong talking points, so it's up to that teaching style to make sure that. They're on topic and at least guide them back into the realm of what you want from them. Or they'll just start talking about M and M. 's they don't care. You've left them to just discuss things amongst themselves. </w:t>
        <w:br/>
      </w:r>
    </w:p>
    <w:p>
      <w:r>
        <w:rPr>
          <w:sz w:val="22"/>
        </w:rPr>
        <w:t xml:space="preserve">An instructor might use one or a mixture of all these styles depending on the group or individual being taught. So if you're aware of the different styles, you absolutely can use those styles depending on what student you're teaching, I don't think unless you do webinars and lectures and talks at the big shows most of us. Actually, just teach. A handful of crew members, a handful of people, and some of us have books, some of us have online webinars. </w:t>
        <w:br/>
      </w:r>
    </w:p>
    <w:p>
      <w:r>
        <w:rPr>
          <w:sz w:val="22"/>
        </w:rPr>
        <w:t xml:space="preserve">But of course the Q and A does come. In you know, they have a place where they could ask questions. But if you're aware of all the different teaching styles, you can then examine yourself and find all the styles and just try them on for a minute. Say you know what? I think the student would be really better hands off. Give her some information, give her some research to look at, and then have her write an essay that's really good for that student. </w:t>
        <w:br/>
      </w:r>
    </w:p>
    <w:p>
      <w:r>
        <w:rPr>
          <w:sz w:val="22"/>
        </w:rPr>
        <w:t xml:space="preserve">She's going to get the most out of that style. Or some people need to look at you and ask questions. And I have a couple of students like that too. They want to see you. They want to ask their questions while they're looking at you. And take up a little bit of your time, because that's how they learn better you can provide them with that, but once you understand the learning styles and you understand the teaching styles, you can really marry them together in a really enthusiastic and in a way that actually gets the most out of each person. </w:t>
        <w:br/>
      </w:r>
    </w:p>
    <w:p>
      <w:r>
        <w:rPr>
          <w:sz w:val="22"/>
        </w:rPr>
        <w:t xml:space="preserve">Learning how to successfully neurodivergent finding your style. Layer the skill. Break it down to the style of the student. One of the best things I ever learned from the staff Co method John Stasko is that he used to say I would rather have one sent out of 100 people than have 100 cents out of one person. And the way he moved his salon, when he had a salon, he would have a prepping station, a bathing station, a rough end station, a nail and foot station. And then at the very end of that chain he would just do the headpiece so that he could put his signature style on the face, which is what you look at most of the time. </w:t>
        <w:br/>
      </w:r>
    </w:p>
    <w:p>
      <w:r>
        <w:rPr>
          <w:sz w:val="22"/>
        </w:rPr>
        <w:t xml:space="preserve">So he broke it down so that each skill was mastered before you move to the next station. I wish I could set up a place like that. I think it would be very effective in actually hands-on learning how to groom. I think some of the grooming schools would benefit from that method as well. Instead of trying to bathe a lot of dogs from beginning to end, or groom them from beginning to end, set up those stations because each skill has a mastery level and then you move on to the next. I think that would be very valuable in a in a teaching school situation. So just break it down to the style of the student. </w:t>
        <w:br/>
      </w:r>
    </w:p>
    <w:p>
      <w:r>
        <w:rPr>
          <w:sz w:val="22"/>
        </w:rPr>
        <w:t xml:space="preserve">If you give them a little worksheets or some like that, because there's a ton of them online, you don't have to use those two. That's just an introductory. You might find one that's really awesome and suit your needs better. And then of course, break it down as small as it has to be for each individual person. Team Neurodivergent motivational stressors. Now I got this little idea. There is a grooming on the Spectrum Facebook group and it is admin by Meg Alfredo and Stephanie Calhoun. And they have this little snack, this little tidbit in here, I'm like, oh, I want to use that so bad. </w:t>
        <w:br/>
      </w:r>
    </w:p>
    <w:p>
      <w:r>
        <w:rPr>
          <w:sz w:val="22"/>
        </w:rPr>
        <w:t xml:space="preserve">So she allowed me to use this idea. It's a really good idea. So there's four motivational stressors when you're learning something or when you have to get a project done. There's pressure waiting till the last moment. See that there. That's me. That is me last minute. And I am not afraid to tell you that this entire. This entire last half of my webinar here was done on Saturday evening. That sounds crazy, but that's the way I've always done it that way. </w:t>
        <w:br/>
      </w:r>
    </w:p>
    <w:p>
      <w:r>
        <w:rPr>
          <w:sz w:val="22"/>
        </w:rPr>
        <w:t xml:space="preserve">Any class you've ever taken of mine, that's how I work. The next one is interest. Does the project interest the learner? Are they interested in doing mostly terriers, then teaching on Terriers? They have to be interested in it. If they don't, they never want to do hand stripping. Maybe that's not their Forte. It's good to give them an introductory so they know the mechanics behind it, but if they don't want to do hand stripping, those aren't the dogs that you feed that particular student or that particular crew member. And then there's the ones that say I'll show you it's spite. I'll do it out of spite. I'm so stubborn. You tell me I can't do something, I'll show you. </w:t>
        <w:br/>
      </w:r>
    </w:p>
    <w:p>
      <w:r>
        <w:rPr>
          <w:sz w:val="22"/>
        </w:rPr>
        <w:t xml:space="preserve">And then there's novelty. Oh, it's new. I want to try it out. Maybe I do want to try hand stripping, but I don't know until I buy some blades and kind of pull the hair off somebody and see how that feels to me. Those are underlying causes for fear of disappointing, yet this is just on the surface, absolutely, Angie says. Fear of disappointing someone also, yes, but it's a it's a subcategory of one of these things. </w:t>
        <w:br/>
      </w:r>
    </w:p>
    <w:p>
      <w:r>
        <w:rPr>
          <w:sz w:val="22"/>
        </w:rPr>
        <w:t xml:space="preserve">So if you want to motivate somebody to learn a new skill, find out what motivates them. Are they? If they're fearful of disappointing someone, it's you they're fearful of, so they're going to do it. If they need pressure, put pressure on them. If they need interest, find what interests them about the thing you're trying to teach on and on. All right, this is a reflection on learning for the neurodivergence set that we all are part of. So this is going to take you and wrap everything up together. The purpose? We're all going to learn a new skill. </w:t>
        <w:br/>
      </w:r>
    </w:p>
    <w:p>
      <w:r>
        <w:rPr>
          <w:sz w:val="22"/>
        </w:rPr>
        <w:t xml:space="preserve">We're all going to learn how to scissor a doodle face in the diamond pattern. We're all going to learn how to do Bashon head. We're all going to learn how to trim feet correctly so they look the best for that particular hair type. What did you learn here and how are you going to retain it? What is your communication style? What is your learning style? What are your motivational stressors? What's the style of the instructor that's instructing you are? Are they super boring? Do they make sense? Do you need more from them? Ask them. Advocate for yourself. And I can't stress stress this enough. </w:t>
        <w:br/>
      </w:r>
    </w:p>
    <w:p>
      <w:r>
        <w:rPr>
          <w:sz w:val="22"/>
        </w:rPr>
        <w:t xml:space="preserve">If you're not getting what you need out of someone who's teaching you, and you're not getting what you need out of someone who's learning from you, then you need to change your tactics. Advocate for yourself. So you know what? I really want to learn this, but I'm just not getting enough information from you know, and if you can't verbalize it because you're fearful or timid, write it down on a little note and say, hey, I really care about what I'm learning here, but i can't seem to get it. Can you? And then name what you want. Can you show me more? I need to see it more. Can you send me in the direction to read it out of a book, you know? Can you send me a video so that I can exercise while I'm watching the video? If you know how they learn, then you'll know how to motivate them a little bit better and you'll get more out of. </w:t>
        <w:br/>
      </w:r>
    </w:p>
    <w:p>
      <w:r>
        <w:rPr>
          <w:sz w:val="22"/>
        </w:rPr>
        <w:t xml:space="preserve">Teaching and the student will get more out of learning. What was your process here today? Really think about how you're absorbing the information you get from the summit. Did the pictures really interest you? All the graphics? All the written down stuff? Can you turn off the screen and just listen to it? Texture sometimes a tactile person to learn, they'll pick up something that like a fidget spinner. This is my little magnifying glass. Sometimes I'm actually touching it while I'm watching it so that I can visually please my brain and learn it. And I can also touch something. Sometimes it's beads, a string of beads. It could be a smooth little thing. </w:t>
        <w:br/>
      </w:r>
    </w:p>
    <w:p>
      <w:r>
        <w:rPr>
          <w:sz w:val="22"/>
        </w:rPr>
        <w:t xml:space="preserve">It could be an actual fidget spinner that moves around the little button thing that clicks and moves. And or do you have to take notes and then read all your extensive notes? So really think about how you are, how you're getting the information from every webinar in this summit. And then at the very end, after you do your little worksheets, you'll know exactly how you learned and how you like to be taught. Look at all the people that really inspire you, the people that are your mentors, people that you've taken their classes. </w:t>
        <w:br/>
      </w:r>
    </w:p>
    <w:p>
      <w:r>
        <w:rPr>
          <w:sz w:val="22"/>
        </w:rPr>
        <w:t xml:space="preserve">It's a good idea to ask why you love their classes. Are they really interested in what they're doing? Do they seem very knowledgeable, or do they drone on? And then you have to listen. You have to get their book. I've had, I have. I'm friends with a lot of people who it's very hard for my brain to absorb information when I hear them speak. But I'll buy their book in a heartbeat. I'm like, OK, I get that because I have to see it. I have to Mull it over in my brain and see it and make images in my head about what that even looks like. So really, pay attention to how you get your information. </w:t>
        <w:br/>
      </w:r>
    </w:p>
    <w:p>
      <w:r>
        <w:rPr>
          <w:sz w:val="22"/>
        </w:rPr>
        <w:t xml:space="preserve">It makes you a better student. It makes you a better instructor. The importance. How important is each skill you learn or teach? How what? What is the significance to you? Why do you want to learn it? That all matters. Prioritize each skill for each individual in your salon. When I certified for a national dog groomers, I did the sporting first because I hated cockers. Back in the day when I actually had this certification, we actually had 16 buff cockers named Buffy. And I'm like, OK, let's just get this over with. Some of them were pretty. </w:t>
        <w:br/>
      </w:r>
    </w:p>
    <w:p>
      <w:r>
        <w:rPr>
          <w:sz w:val="22"/>
        </w:rPr>
        <w:t xml:space="preserve">Some of them were the sticky, stinky, weird kind. They were aggressive at the time. Everybody wanted lady from the, you know. Lady and the tramp. So I just did that first, I said, you know, let's get this out of the way and do it first. So prioritize each skill for each individual and each son. If you're learning something, prioritize the skills that you want to learn first, but make sure it's a foundation so that you can build on top of that relevance. </w:t>
        <w:br/>
      </w:r>
    </w:p>
    <w:p>
      <w:r>
        <w:rPr>
          <w:sz w:val="22"/>
        </w:rPr>
        <w:t xml:space="preserve">Build a foundation on which each skill can be layered. Tell a story, make a bullet point, or demonstrate for your student. If you're a student, ask for the specific type of learning from the instructor you want to learn from. Do you need them to demo things 15 times? Go to their demos 15 times and you'll learn it. You'll be able to ask questions if you're the type that needs notes. Make furious notes. Go see them a few times. Make notes each time, and see how those notes differ. </w:t>
        <w:br/>
      </w:r>
    </w:p>
    <w:p>
      <w:r>
        <w:rPr>
          <w:sz w:val="22"/>
        </w:rPr>
        <w:t xml:space="preserve">Tell a story. Those are the type of instructors that tell a rambling story about how they got to where they are and why they teach this person this thing and you will thrive in that environment. And we're all different and we all have different mixes of those nuances. But together, I think that makes us stronger, the significance of what you're learning the styles of communication, learning, and instruction opens the door for the most variety of students. You may have a student that you just can't reach. Help that student find another place. Working with the motivational style of each student will open them up like a book, like a flower. </w:t>
        <w:br/>
      </w:r>
    </w:p>
    <w:p>
      <w:r>
        <w:rPr>
          <w:sz w:val="22"/>
        </w:rPr>
        <w:t xml:space="preserve">And if you teach them how to learn, they will enjoy learning more. And I believe that is the same process that you use for dogs. Some dogs you think, oh he's just dumb, well, they don't know how to learn yet until you teach them. They don't know how to learn. They don't know what you're asking. But I tell you what, everybody who's taught a dog a skill, once the dog gets it, they're like, oh, yeah, OK, I know what that happens. So the next weird thing that you keep asking them to do over and over, and they don't get it, they're like, OK, this, there's a there's a pattern here. </w:t>
        <w:br/>
      </w:r>
    </w:p>
    <w:p>
      <w:r>
        <w:rPr>
          <w:sz w:val="22"/>
        </w:rPr>
        <w:t xml:space="preserve">They want that reward, whatever it is. Sometimes The Chew toys, sometimes the treat, sometimes the pet, sometimes you go for a walk. And that's the reward, whatever it is. We're not so different from dogs, you know, we need that pattern. We need to see. How to learn that skill? So once you start working with those motivational styles, the communication styles and the learning styles with each other, your whole relationship, your whole salon can blossom. Hold on. What are your next steps? I challenge you all to know your style, profile, take the worksheets, figure out how you learn, figure out what motivates you, and figure out how you communicate. </w:t>
        <w:br/>
      </w:r>
    </w:p>
    <w:p>
      <w:r>
        <w:rPr>
          <w:sz w:val="22"/>
        </w:rPr>
        <w:t xml:space="preserve">Focus on one skill at a time. I'm dumb. I'm telling you I'm not happy unless I'm crying because it's so difficult, and that's just been me from day one. If it's not the most difficult, then I'm not interested in it. I tried to quilt at one time in my life and although I enjoy it, the first quilt I tried to learn was cathedral quilt or the window pane quilt. That is the most difficult technique to get straight and everything all lined up. Because if it's not hard for me, I'm not. </w:t>
        <w:br/>
      </w:r>
    </w:p>
    <w:p>
      <w:r>
        <w:rPr>
          <w:sz w:val="22"/>
        </w:rPr>
        <w:t xml:space="preserve">Happy, but that's just me as an individual. That's not everyone. So folk try focusing on one skill at a time and not a whole laundry list like me, because no one wants to live like this. No one. Not even me sometimes. And keep learning, keep trying. If you don't get it, you're going to fail. It's fine. Failure is not failure is learning how not to do something. So you have to rewire your brain to not think of failure as a bad thing. Failure tells you, OK, not that way. Try it another way until you get it in your style and absolutely keep learning. Keep learning. Because, man, once the years go by and you look back and you're like, wow, that was a crazy journey. </w:t>
        <w:br/>
      </w:r>
    </w:p>
    <w:p>
      <w:r>
        <w:rPr>
          <w:sz w:val="22"/>
        </w:rPr>
        <w:t xml:space="preserve">Look, all this stuff, I know now that, and it makes you want to learn something else and it makes you able to teach others, which is how we move the industry along. That's so important, you know, teach. Let you know eventually some things that you teach are going to become obsolete because new science, new research, new tools, and that's fine. I always tell my students I don't want you to know as much as me. I want you to know no more. I want you to take what I've given you, question everything and take it to the next level. </w:t>
        <w:br/>
      </w:r>
    </w:p>
    <w:p>
      <w:r>
        <w:rPr>
          <w:sz w:val="22"/>
        </w:rPr>
        <w:t xml:space="preserve">We don't live forever. All the old timers that I'm standing on the shoulders of, you know, they were doing the best they can with the information they had. They took it to a certain point. I picked up the torch and kept running. And each one of us has that responsibility to do that so that we can help our colleagues, you know, help the industry, help us move forward. And thank you so much for coming and listening to all of us here at the summit. </w:t>
        <w:br/>
      </w:r>
    </w:p>
    <w:p>
      <w:r>
        <w:rPr>
          <w:sz w:val="22"/>
        </w:rPr>
        <w:t xml:space="preserve">We are really love what we do and good day. Ok, so we have any questions. Just a reminder that Michelle is in the summit Member group. If you have questions there, if anyone who does not have a membership again, how do they get ahold of you, Michelle? Oh, I could share the screen again. Yeah, the screen again. Because you know. Learn how to share your screen people. There we go, there we go. All the ways to get a hold of Michelle. Ok. So thank you everybody for attending. We will start off bright and early again tomorrow with Day 2. Let me stop sharing first maybe. </w:t>
        <w:br/>
      </w:r>
    </w:p>
    <w:p>
      <w:r>
        <w:rPr>
          <w:sz w:val="22"/>
        </w:rPr>
        <w:t xml:space="preserve">All right. You know what? I'm just going to end up. I'll see everybody tomorrow morning.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