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Creating Neurodiverse Friendly Workplace</w:t>
      </w:r>
    </w:p>
    <w:p>
      <w:r>
        <w:rPr>
          <w:sz w:val="22"/>
        </w:rPr>
        <w:t xml:space="preserve">OK, everybody, welcome to the second session of the neurodiversity summit with Laurie Bellinger. So, Laurie, take it over hi thank you so much, Mary, for having me over here. And today we're going to talk about. The way we learn and how different it is in the neurodivergent world, it is so important to create a atmosphere that not only can the clients come in and understand what's going on, but also ourselves within the grooming salon going along policies and also rules and cleaning that we have to do. There's so many different things that goes on in a salon. And needing us to be able to understand and communicate that to all the different types of neurodivergent mind can be very hard and also very time consuming when we are not understanding how to work with each other. </w:t>
        <w:br/>
      </w:r>
    </w:p>
    <w:p>
      <w:r>
        <w:rPr>
          <w:sz w:val="22"/>
        </w:rPr>
        <w:t xml:space="preserve">A little bit about myself. I'm a lead instructor and general manager of the whole pet Grooming Academy where I developed the curriculums, the policies and the procedures to create a well-rounded environment for the education experience stylus of the Academy as well as professional stylist employed by the Academy. Now one of the biggest things that we. Need to think about working within a salon, either if you're a manager or if you are an employee, is looking at everyone's strengths, not just your own, and seeing where in this strength lies. </w:t>
        <w:br/>
      </w:r>
    </w:p>
    <w:p>
      <w:r>
        <w:rPr>
          <w:sz w:val="22"/>
        </w:rPr>
        <w:t xml:space="preserve">How can we utilize it so we all can have a real balance, well greased engine, and how this salon can run smoothly. Looking at your strengths can help if there's anyone who's not so great. With communicating or someone who's not that great at being clean, having someone to remind, focusing on your strengths can really help an environment run smoothly. Now discovering your strengths, that's one of the biggest things that can be kind of tough and looking within yourself now typically. I always ask everyone, write a list of the things you like to do and the things you don't like to do. And I know we're getting into the grooming salon, but we'll get there just in a few minutes. </w:t>
        <w:br/>
      </w:r>
    </w:p>
    <w:p>
      <w:r>
        <w:rPr>
          <w:sz w:val="22"/>
        </w:rPr>
        <w:t xml:space="preserve">So writing a list of in the grooming salon things, what do you like to do? What don't you like to do? So separating those lists and then. Itemizing that, as you know, cleaning, that's going to be a 10, meaning the last thing I don't like, cleaning number one may be I absolutely love debating that's something that I do really well, cleaning up the mats. You know, having a list out and figuring out what are your strengths and what are your weaknesses. </w:t>
        <w:br/>
      </w:r>
    </w:p>
    <w:p>
      <w:r>
        <w:rPr>
          <w:sz w:val="22"/>
        </w:rPr>
        <w:t xml:space="preserve">The weaknesses can be a little bit tough, but having it, having your weakness only brings out your strengths. Now working in a in a salon, there can be so many different ways of communicating we. As Neurodivergent, mine have so many different ways of learning and a lot of the times there's different visuals for us to go through and. In order to execute the same thing differently. Now visuals can be all sorts of either pictures, colors you can have lists. There's many different ways that you can have the same outcome, so will use an example as. Cleaning is one of my biggest thing in a salon. I like to have a clean environment. </w:t>
        <w:br/>
      </w:r>
    </w:p>
    <w:p>
      <w:r>
        <w:rPr>
          <w:sz w:val="22"/>
        </w:rPr>
        <w:t xml:space="preserve">Now when I have a cleaning list to make sure everyone can understand I have things color-coded Not only do I have it color-coded I also have a picture of what I like. For that specific specific area to look like and also I have a written list of what to do when an item is clean and what to do when an item is dirty. Now having this type of work environment and different ways for people to be able to visualize this same thing in different ways can really help. Work in the mind frame of oh, this is how you want it? Because I can tell. </w:t>
        <w:br/>
      </w:r>
    </w:p>
    <w:p>
      <w:r>
        <w:rPr>
          <w:sz w:val="22"/>
        </w:rPr>
        <w:t xml:space="preserve">Because I can read it. You can tell because we can. Sorry, my dogs coming in. You can tell because. Hold on one second. I'm so sorry about that. I apologize about that. So one way is discovering your views and seeing your pictures. Now how do we create a mind frame of all of these grooming procedures that we have? As far as the policies, one of the biggest things is colors. When you go outside and you see a blue sky, what do you think of do you think of? Is it sad? Is it happy? Is it kind of making you feel like, just fuzzy like. </w:t>
        <w:br/>
      </w:r>
    </w:p>
    <w:p>
      <w:r>
        <w:rPr>
          <w:sz w:val="22"/>
        </w:rPr>
        <w:t xml:space="preserve">Gosh, the sun is finally out and using those colors to utilize what you need to do in order to create an atmosphere that is best for your brain. So on. I use two colors in my salon, red and green, and we'll flash through the red when seeing the red. What are your signs? What do you think when you see red and just think about it for a little bit. Now I see stop no. Do not enter. That comes to my mind. I also jessee. Just stay away. Now some people can see it as urgent, important. There might be an attack, it might be something that's timed. Now Bree. What do you think of when you see green? Now some people and as myself, I see go green means go. </w:t>
        <w:br/>
      </w:r>
    </w:p>
    <w:p>
      <w:r>
        <w:rPr>
          <w:sz w:val="22"/>
        </w:rPr>
        <w:t xml:space="preserve">It's been drilled into our heads when we see lights clear. It's ready to go. A bunch of checkmarks. What do these colors mean and how can we bring it into the salon? Another thing we need to look at is the personality of each individual staff member management. Are you an introvert? An ambivert? An extrovert? How can we use this to utilize what we need as in ourselves and our strengths to continue on to create a great atmosphere? Now a couple examples that I like to share are lists. I have lists everywhere, everywhere for everyone to read in our bathing area and our supply room and our. </w:t>
        <w:br/>
      </w:r>
    </w:p>
    <w:p>
      <w:r>
        <w:rPr>
          <w:sz w:val="22"/>
        </w:rPr>
        <w:t xml:space="preserve">Closets, grooming salon, you name it, there are lists everywhere. Now, there's a couple things that you can do with list. If you have the cleaning list, categorizing it within the colors of green means must be done. Orange, you know. At the end of the day, you know Yellow monthly. Depending on how you're looking, you're looking to have your salon run. Use the colors and have everyone understand that red means urgent. Orange means. Every day, at the end of the day, creating these lists can make it very helpful for everyone to understand what's expected to them within the grooming salon. Whether it's cleaning, whether it's putting things away, how to, how to have a dog in the tub, what's expected? Do you wash the head first? Do you use shampoo? Do you have to mix the shampoo? It can be so overwhelming if we're not quite sure on how to do this and having a list. </w:t>
        <w:br/>
      </w:r>
    </w:p>
    <w:p>
      <w:r>
        <w:rPr>
          <w:sz w:val="22"/>
        </w:rPr>
        <w:t xml:space="preserve">So you can just check off. Ok, first, I wet the dog down great second, let's mix the shampoo. Apply it on the animal until the dog is completely sucked. If that's how you run it, that's how your shampoos are rinsing and making sure the water runs clear. Having that checklist conditioner. Rinsing until the water runs clear towel drying. And if you are a salon that has a dryer in the tub, you know having the water peeled off a little bit before moving to the drying area. </w:t>
        <w:br/>
      </w:r>
    </w:p>
    <w:p>
      <w:r>
        <w:rPr>
          <w:sz w:val="22"/>
        </w:rPr>
        <w:t xml:space="preserve">These list makes it so it is helpful for once who have a little bit of memory concerns or also just get overwhelmed too quickly and just let everyone focus in and how to appropriately handle this pet in this situation. Color coding works really well for when you see things that need to be on the list. What's most important and what's not as important, what things that has to be done, things that don't have to be done. </w:t>
        <w:br/>
      </w:r>
    </w:p>
    <w:p>
      <w:r>
        <w:rPr>
          <w:sz w:val="22"/>
        </w:rPr>
        <w:t xml:space="preserve">And those are a few ways that we can run with list. Now, lists are not just for. Had to be. Or how to have things clean and what to look for. You can have a list of prep work and looking for how do you have these prep? What am I? What do I need to do? And before my dog is ready for a haircut, how can I execute this and understand what is? What I need to execute in order to accomplish my day? Another thing that I like to have in a in a salon is along with my checklist and what needs to be cleaned are photos are usually tucked in and a drawer or in a cabinet you know out of out of out of the station. </w:t>
        <w:br/>
      </w:r>
    </w:p>
    <w:p>
      <w:r>
        <w:rPr>
          <w:sz w:val="22"/>
        </w:rPr>
        <w:t xml:space="preserve">So it's not in the way but things of how I am looking for this long to be kept. Now visual photos helps me personally. A lot when I am learning because not only do I read the list of make sure you put the hoses away, you know, vacuum your station all drawers closed. Which believe it or not having the doors closed can be kind of tough. Umm making sure your mirrors are wide to having a photo of what you're So what your station should look like when you're beginning or ending a room can help in a salon. So not only do you have. This big booklet of policies that I'm sure you got when you first come into a grooming job. </w:t>
        <w:br/>
      </w:r>
    </w:p>
    <w:p>
      <w:r>
        <w:rPr>
          <w:sz w:val="22"/>
        </w:rPr>
        <w:t xml:space="preserve">Usually they have a work policy book, what to look for, what to. Not having these checklists and having these photos can really help. Keep your salon not only safe, but everybody's on the same page as well as having everything organized. So whether someone is coming in and using that station or not, they know where everything is and I can't stress that enough now, having these procedures. Can be overwhelming, so making sure we have photos or different ways of creating list with those photos, as well as color coding everything and having a good policy book can be a couple different ways we can really. </w:t>
        <w:br/>
      </w:r>
    </w:p>
    <w:p>
      <w:r>
        <w:rPr>
          <w:sz w:val="22"/>
        </w:rPr>
        <w:t xml:space="preserve">Get these get the same thing to happen within the grooming salon in different ways that we're able to read it. If that makes sense. Now a couple other things that I have as well in the salon is not only do I have my list and my checklist, I also have in each area clean. And dirty. Now I use green for clean and red for dirty. </w:t>
        <w:br/>
      </w:r>
    </w:p>
    <w:p>
      <w:r>
        <w:rPr>
          <w:sz w:val="22"/>
        </w:rPr>
        <w:t xml:space="preserve">Green for me means all clear. Let's go. It is ready. Red is stop. Take a second look around. So having signs in your station work really well. And these and then these signs that I like to have are just Velcro. You just flip them over clean, dirty clean, dirty. And that's the same thing with the tub and what's expected. Now right under where the screen with Mary it says spray and disinfect it. Now this is the. Petals if your salon use kennels and it breaks it down to what you need to clean and what you need to disinfect in order to have that area ready for the next dog to come in now. </w:t>
        <w:br/>
      </w:r>
    </w:p>
    <w:p>
      <w:r>
        <w:rPr>
          <w:sz w:val="22"/>
        </w:rPr>
        <w:t xml:space="preserve">Having these color codes can really help understanding i have a couple people that I do teach that. Are a little bit on the artistic side and repetition is one thing that helps. But another thing that really helps is the color coding and color coding. There's just you just look at it and you quickly understand what is expected. And for people who aren't the greatest with reading constantly, this is where the photos this is where the photos will help. </w:t>
        <w:br/>
      </w:r>
    </w:p>
    <w:p>
      <w:r>
        <w:rPr>
          <w:sz w:val="22"/>
        </w:rPr>
        <w:t xml:space="preserve">Having photos in here so someone doesn't feel overwhelmed. Oh, I gotta keep reading this. And i'm just feeling like I'm falling behind. If that makes sense. Yes, Mary. Hold on. I am not hearing you. Ok. Because my picture is here on the screen share and it's going to block that portion of the slide. So just keep that in mind, all right? Yes, thank you. So looking at the photos will help somebody when you have these cleaning lists and Velcro to each station can be overwhelming. </w:t>
        <w:br/>
      </w:r>
    </w:p>
    <w:p>
      <w:r>
        <w:rPr>
          <w:sz w:val="22"/>
        </w:rPr>
        <w:t xml:space="preserve">So just like Mary said, right underneath where her photo is, it says bright and disinfects. So these are the kennels it talks about taking the kennel door off the grates inside, spraying it down, wiping every corners. In order to keep that area clean and prepare it for the next dog. So what we're looking for is a nice clean station. For everyone to be able to use. So that way we're having different forms of communication. We have the checklist that we go back and we can check off. </w:t>
        <w:br/>
      </w:r>
    </w:p>
    <w:p>
      <w:r>
        <w:rPr>
          <w:sz w:val="22"/>
        </w:rPr>
        <w:t xml:space="preserve">If we did everything on top of the checklist, we'll have the photos and making sure we go back with the photos and seeing how can we. How can I execute what that checklist said and then we have. The color coding with the instructions of what's going for now in a salon, was having different types of neurodivergent minds. These are just something small tools that we can use to really help the environment and how to properly keep a well maintained salon. </w:t>
        <w:br/>
      </w:r>
    </w:p>
    <w:p>
      <w:r>
        <w:rPr>
          <w:sz w:val="22"/>
        </w:rPr>
        <w:t xml:space="preserve">Now there's a couple other things that I really do recommend in not only working with your policies and your procedures within House without houses, meetings, having meetings and discussing with your team what helps. What doesn't help. How can I make this better for you and myself to understand so we can execute what needs to go on in the salon more smoothly? Meetings are OK to have and it could be a little bit nerve wracking for some people. So trying to get your employees and your Co workers out of your comfort zone and trying to have a nice conversation, you know you can make it as. </w:t>
        <w:br/>
      </w:r>
    </w:p>
    <w:p>
      <w:r>
        <w:rPr>
          <w:sz w:val="22"/>
        </w:rPr>
        <w:t xml:space="preserve">You can make it into either in a salon or, you know, go out to a pizza place so it's it doesn't seem like you're in a meeting and we're just. All kind of. Kind of just discussion work and putting the fingers on everyone having a place to meet is a great way to talk about these procedures and always updating it. This these pictures are good now, but they may not be good a year down the road we might have changed. So keeping in mind with those procedures and those checklist and this checklist, changing them as see fit now staying in just one way does not always help. </w:t>
        <w:br/>
      </w:r>
    </w:p>
    <w:p>
      <w:r>
        <w:rPr>
          <w:sz w:val="22"/>
        </w:rPr>
        <w:t xml:space="preserve">Everyone who has worked with me knows that I like to change things around. When I see that something is not working I take the second to evaluate and say OK, this is not getting cleaned or this is not getting executed properly. How can I fix this so this so everyone understands what we are all looking for? What's the goal? And making sure that constantly reviewing your lists and your photos along with your color-coded list as well. And having a meeting with that and changing it will help your salon run smoothly. And bracing the narrow diversity mindset will improve the strength of everyone on the team. No and few other. Areas that I really like to hone in on. </w:t>
        <w:br/>
      </w:r>
    </w:p>
    <w:p>
      <w:r>
        <w:rPr>
          <w:sz w:val="22"/>
        </w:rPr>
        <w:t xml:space="preserve">Apologies here, going back to the visual is. Coming into your salon and having everyone. Look the same and speak to everyone the same can be pretty tough, so taking everyone's individual. Mindset, personality and creating an environment for them will really go a long way. Now let's see here. Talk to my other slide that looks like it's missing. Is there any question so far while I pull up this other slide? Nope OK. Seems like my slide does not want to come back, but that's OK all right? Now when there's differences in within the salon of how to work, troubleshooting those can be kind of tough. </w:t>
        <w:br/>
      </w:r>
    </w:p>
    <w:p>
      <w:r>
        <w:rPr>
          <w:sz w:val="22"/>
        </w:rPr>
        <w:t xml:space="preserve">When we're looking at someone who can. I am a visual learner. I need pictures and I need a lot of them. I can communicate really well with photos and have someone who communicate really well with. Descriptions and reading. Having these two mindsets and trying to work together, you can have a formulated plan. So when. The strength is you do really well with reading. </w:t>
        <w:br/>
      </w:r>
    </w:p>
    <w:p>
      <w:r>
        <w:rPr>
          <w:sz w:val="22"/>
        </w:rPr>
        <w:t xml:space="preserve">I do really well with visualizing going into talking and clients. We can really utilize that when you find your strengths, having a client coming in and just. Communicating and having a list and say this is what I want. Having someone who is really good at reading the list and also being able to visualize it and having both of you come out and talking with clients can really help understanding on what needs to be done and to be executed. Along with bear with me here. </w:t>
        <w:br/>
      </w:r>
    </w:p>
    <w:p>
      <w:r>
        <w:rPr>
          <w:sz w:val="22"/>
        </w:rPr>
        <w:t xml:space="preserve">Mary, are you seeing my slides go? Or is it still? Is it not moving? It's moving here, but it's halfway moving. I only see visual. Oh shoot. My apologies for technical difficulties here. man. Alright, I see. Discover your strengths. Mine is still stuck on visual. Ok. All right. Well, it's OK. We don't need the slides for now then, so I apologize for that. Now supporting everyone's talents. In a workspace when we need to work with each other, it could be kind of difference. In the salon that's more of a team building salon. We have different types of people who might be excellent in bathing, excellent in the prep work, excellent and face trims. </w:t>
        <w:br/>
      </w:r>
    </w:p>
    <w:p>
      <w:r>
        <w:rPr>
          <w:sz w:val="22"/>
        </w:rPr>
        <w:t xml:space="preserve">Finding the strengths within and having everyone work together can also be a good way to help. Your grooms, your salon, your environment, your policies and procedures. To be. Sorry to be evolved, now having a dog on the table if you're having different types of. Issues where you just can't get this face right or I can't get this dog just quickly, but you know that you know, you know Katie does really well with getting this clean, asking Katie for help, working with each other, trying to get someone else's skill set level to help you in there to really work and how to execute. </w:t>
        <w:br/>
      </w:r>
    </w:p>
    <w:p>
      <w:r>
        <w:rPr>
          <w:sz w:val="22"/>
        </w:rPr>
        <w:t xml:space="preserve">For all the plans that we have going along now. In this environment. Mary, can you see me? I can see you, but you're not screen sharing. If the PowerPoint it really is not that important, just stop sharing and just go from there, OK? I stopped sharing. All right. There you go. So taking the moment to work with each other. And not only with your policies, with within the group itself. It's so important and I can't, once you have this team that you can really understand how to work with each other is one of the most, most glorifying thing that you can really have now. </w:t>
        <w:br/>
      </w:r>
    </w:p>
    <w:p>
      <w:r>
        <w:rPr>
          <w:sz w:val="22"/>
        </w:rPr>
        <w:t xml:space="preserve">Having a well greased, oiled engine in your salon and moving swiftly with these different lists and different mindsets, color coding it and knowing everyone's strengths to work within the salon. We'll just bring you joy. I have people who know that they are really good with faces. So we let them have faces and that's all they do in there and they know how to execute their face. Looking for what our clients need, having it on the body as well. </w:t>
        <w:br/>
      </w:r>
    </w:p>
    <w:p>
      <w:r>
        <w:rPr>
          <w:sz w:val="22"/>
        </w:rPr>
        <w:t xml:space="preserve">Having someone who does really well with the prep work now following all of these. Practices really help with using the lists are so important because of because of this now. Ok. So now having a grooming salon that's well oiled, well balanced. Now how do we work it with the front end of the House? How are we going to use that to speak with our clients to understand how they need to? What's expected to them when they bring their pet to us? That's another challenge within itself, having clients who come in with their dogs. What are your procedures? Do you like, do you shave dogs if they're mad at do you take the time to demat them? Do you have a late, a late fee that goes on? What are your procedures? How do you execute those procedures within yourself and your Co workers and how do you speak to them and the environment of the salon as well? no. </w:t>
        <w:br/>
      </w:r>
    </w:p>
    <w:p>
      <w:r>
        <w:rPr>
          <w:sz w:val="22"/>
        </w:rPr>
        <w:t xml:space="preserve">Going in and talking to people, explaining procedures can be a little bit of nerve wracking. Using the list, using photos, and using color coding for clients and presenting them that to them as well can really help all of our neurodivergent minds. I am a visual learner. I do really well when I speak. When I see something in front of me, it just triggers a little bit of my memory and I can go completely on and talk with everyone, whether it's a student. </w:t>
        <w:br/>
      </w:r>
    </w:p>
    <w:p>
      <w:r>
        <w:rPr>
          <w:sz w:val="22"/>
        </w:rPr>
        <w:t xml:space="preserve">Client or an employer employee. I excel in that I have a binder with just visuals for the clients to look at of what's expected if the dog is matted. What are they looking for when they say puppy cut, which we all hear puppy cut all the time and I know we all roll our eyes, you know, going on and speaking with them and understanding that. Also, if you're someone who does really well with list, having a checklist on what to look for when you're speaking with the clients. </w:t>
        <w:br/>
      </w:r>
    </w:p>
    <w:p>
      <w:r>
        <w:rPr>
          <w:sz w:val="22"/>
        </w:rPr>
        <w:t xml:space="preserve">So this is what I need to speak to them. I need to make sure a feel all over their dog. Ok, so let me feel all over the dog. All right, check that off. Second thing, looking inside the ears and tuck them making sure there's nothing going on. I don't see any weird lumps or bumps or bruises or anything like that. And going through that checklist now the checklist can be. A little bit overwhelming color porting the checklist and speaking with them about it. </w:t>
        <w:br/>
      </w:r>
    </w:p>
    <w:p>
      <w:r>
        <w:rPr>
          <w:sz w:val="22"/>
        </w:rPr>
        <w:t xml:space="preserve">Red meats, make sure you check nails, check the skin and code for any parasites, check the ears. Green can mean just check the tail, the legs, you know, the body. Looking for looking for maps to be yellow? Having that as a binder to speak to your clients can help you as yourself really going in and working with them and making sure that you're following all the procedures and how to intake a dog. Having things like that in place will go a long way and help build your. Build your strength within it to be able to work and talk with clients as well. Another thing that we can also look for is what's expected. </w:t>
        <w:br/>
      </w:r>
    </w:p>
    <w:p>
      <w:r>
        <w:rPr>
          <w:sz w:val="22"/>
        </w:rPr>
        <w:t xml:space="preserve">Of you during, during the day, while you're grooming, while you're cleaning, while you're doing check-ins and check out. Is there a task list that you have to do? Is there something that you need to pay attention to? Is your salon and free range salon or is it a kennel salon? What are you looking for? What kind of chaos may be going around and how can we eliminate them to work for our best interest within the within our environment, how can we? Take our practices and keep it from overwhelming us. Is it the phones phone ringing? Do we have a policy within the phones? I have? I've worked with a woman who is a lovely person, but she does not like answering or hearing the phone. </w:t>
        <w:br/>
      </w:r>
    </w:p>
    <w:p>
      <w:r>
        <w:rPr>
          <w:sz w:val="22"/>
        </w:rPr>
        <w:t xml:space="preserve">When she's grooming, it stresses her out. She cannot answer the phone, she just does not like to do it. She likes to sit in her table and just groom her dog and she does a lovely. So snowing that is her weakness. Finding someone who is great with their phone and be able to like, don't worry, I can answer the phones all day while you know, while I'm taking care of XYZ. Finding those individual strengths, which goes back into the list of what are your strengths, what are your weaknesses, what can you execute well within an environment? Where do you thrive? Do you thrive within chaos? Do you thrive? Stay calm. </w:t>
        <w:br/>
      </w:r>
    </w:p>
    <w:p>
      <w:r>
        <w:rPr>
          <w:sz w:val="22"/>
        </w:rPr>
        <w:t xml:space="preserve">What are your areas of expertise and how can you use them to really work within your salon? Now, having a one in one salon can be a little bit different. If you notice that you're having trouble with just remembering and having all these phones, it can be very overwhelming people coming in and out. It's just yourself taking the time to create a list and sectioning your time to really help work efficiently. With rumors who work alone. I've done it for probably five years and one of the thing was time management and there was a little bit of a discussion this morning about time management. </w:t>
        <w:br/>
      </w:r>
    </w:p>
    <w:p>
      <w:r>
        <w:rPr>
          <w:sz w:val="22"/>
        </w:rPr>
        <w:t xml:space="preserve">Sometimes I blink and two hours have gone through the day and not realizing how having timers in place is what helped me to keep my time. Exactly where I need it to be. Working alone can be difficult because you don't have someone saying, hey, this dog is leaving in an hour, you know? And some you can just take that leg that you're scissoring and just go to town and not realize an hour as fast by having timers can help you work in your salon efficiently saying, OK, I want to spend 15 minutes bathing this dog. </w:t>
        <w:br/>
      </w:r>
    </w:p>
    <w:p>
      <w:r>
        <w:rPr>
          <w:sz w:val="22"/>
        </w:rPr>
        <w:t xml:space="preserve">Let me set a timer. I want to spend 30 minutes drying this dog. Let's set a timer. So there's different, there's different types of options that we can do to really help the environment, whether we work with multiple of people who we work with within ourselves. And that is in its way, how we can really embrace. What we can do and what we can't do and how to delegate? What we can't do? And if we don't have that option to delegate, what can I do to better organize myself in order to do it? No going back to seeing talents. </w:t>
        <w:br/>
      </w:r>
    </w:p>
    <w:p>
      <w:r>
        <w:rPr>
          <w:sz w:val="22"/>
        </w:rPr>
        <w:t xml:space="preserve">Do you ever feel? That the person next to you is just moving so much quicker, taking the time to talk and see and bite, bounce ideas and you know how how? How do you accomplish this? How can I make myself? Accomplish this more inefficient way and that goes back to having a meeting within your peers and speaking with them and having it way that OK well I notice that when we. </w:t>
        <w:br/>
      </w:r>
    </w:p>
    <w:p>
      <w:r>
        <w:rPr>
          <w:sz w:val="22"/>
        </w:rPr>
        <w:t xml:space="preserve">Taking a dog, you do XYZ every time in that order. Let's put that into. Let's implement that in our stations. Let's see if we do X Y and Z every time, will that help our salon move? Will we be able to utilize this list and make it so we are more efficient? Those are a couple of things that can work and sometimes if you notice it doesn't work, it's all right and we can move on to different areas of it. Now when we have our policies and our procedures, it's important that we always go over it thoroughly before. We start any employment, which is a way that we have. We are on the same page. </w:t>
        <w:br/>
      </w:r>
    </w:p>
    <w:p>
      <w:r>
        <w:rPr>
          <w:sz w:val="22"/>
        </w:rPr>
        <w:t xml:space="preserve">That's the foundation of. Our understanding. So in the event there's something we don't understand, we can really clear it off and change what we need to change and speak with whoever you need to speak with, whether it's a manager or coworker, colleague. You know whether it's even if yourself creating creative policy what you're looking for in order to better. To be able to efficiently move your salon and the pace that you want to move. Any questions so far? No questions. Ok, great. And I'm here. </w:t>
        <w:br/>
      </w:r>
    </w:p>
    <w:p>
      <w:r>
        <w:rPr>
          <w:sz w:val="22"/>
        </w:rPr>
        <w:t xml:space="preserve">I'm still good for time excellent no. Let's go over here. It's a bummer about my sloud here. Thank you so much, Michelle. This is my first time doing a live feed here now. One of the biggest things that we do notice is how do we? Because it will happen. How do we thrive when it starts getting busy? Let's use an example like Christmas. It is very easy to read. </w:t>
        <w:br/>
      </w:r>
    </w:p>
    <w:p>
      <w:r>
        <w:rPr>
          <w:sz w:val="22"/>
        </w:rPr>
        <w:t xml:space="preserve">A policy it's very easy to look at your list to look at your. Color codes and your pictures. Now, how can we use this and how can we thrive when it when it's a busy season like Christmas where you have dogs and you have phone calls and you just have someone needs you here and someone needs you there and I'm not sure what to do anymore. How can we thrive within this? now. Christmas season, Thanksgiving season, or just the holiday season in general is where you always see a lot of people either complaining, either being burnt out, just exhausted. And I can tell you for once, for the last two years, this is the first two years that it's been a nice smooth sailing. </w:t>
        <w:br/>
      </w:r>
    </w:p>
    <w:p>
      <w:r>
        <w:rPr>
          <w:sz w:val="22"/>
        </w:rPr>
        <w:t xml:space="preserve">Now what's changed, what's changed is our policies. We have made it so. Everything that we do runs smoothly in a way of I am I am sticking to my policy and. Then no word may have to come out. And I cannot take that extra dog in today because it'll push my staff into a frenzy and then from there it'll create stress. Where does stress starts, have stress starts, inducing these chemical reactions. </w:t>
        <w:br/>
      </w:r>
    </w:p>
    <w:p>
      <w:r>
        <w:rPr>
          <w:sz w:val="22"/>
        </w:rPr>
        <w:t xml:space="preserve">We start, we start thinking a little bit differently and panicking, you know, understanding that in a management position, knowing where your staff can go and where's your staff. Breaking point. Understanding that creating a low stress atmosphere will help, having all these policies in place, all these procedures in a visual form, in the list form, in a color coding form, none of it will help if we don't. Understand the strengths that are within our salon. </w:t>
        <w:br/>
      </w:r>
    </w:p>
    <w:p>
      <w:r>
        <w:rPr>
          <w:sz w:val="22"/>
        </w:rPr>
        <w:t xml:space="preserve">Keeping the stress level is one of the basics and the hardest things to do. If that means keeping music on now, some people don't like a lot of music. I know having calming music can help. Maybe something that's not too high beat that everyone can enjoy. What are their stress levels? And how do you keep your employees from getting too stressed? Have you taken the time to talk to them about it and with your meetings, what stresses you out? So we can make sure that we lowered all of that expectations and just have get rid of that. You don't like the phones? Ok, we'll take care of it. </w:t>
        <w:br/>
      </w:r>
    </w:p>
    <w:p>
      <w:r>
        <w:rPr>
          <w:sz w:val="22"/>
        </w:rPr>
        <w:t xml:space="preserve">If it's your job to still do the phone, well, let's try to work around it. How about, you know, you don't have to answer every phone call, but as long as you answer at least five, you know there are different things that we can do to help each other out with the stress. We have people. We have a girl who gets very overwhelmed when a dog cannot stand. She gets nervous. She thinks that you know, she just is. Very nervous about lifting a dog, which is OK. Booking the right dogs for the right person will help. Having her not work on dogs for very nervous who sit down, it's just not her Forte. </w:t>
        <w:br/>
      </w:r>
    </w:p>
    <w:p>
      <w:r>
        <w:rPr>
          <w:sz w:val="22"/>
        </w:rPr>
        <w:t xml:space="preserve">She's a beautiful groomer but she gets nervous working with these dogs. So changing it and moving it around if you can. Now you don't always have this option, but if you don't, what are the ways that we can change our salon that will cater to how someone grooms in order to keep a stressful environment? This all goes back to your policies and your procedures. What can we change to make sure everyone is calm, cooperative and collective? As my good friend Christie says, it doesn't only implement to the dogs, it's also. Ourselves within the grooming salon, how can we take the time to? Work with each other in a stress in a stressless environment when everyone is pulling each other from each directions. </w:t>
        <w:br/>
      </w:r>
    </w:p>
    <w:p>
      <w:r>
        <w:rPr>
          <w:sz w:val="22"/>
        </w:rPr>
        <w:t xml:space="preserve">Now is this. May be closing a little bit short, you know, having a shorter day, having less dogs within a day. Can you do you feel overwhelmed that I feel like I can't clean my tub because if I clean my tub then I'm going to be behind in this dog. So I can't follow those procedures that are on that book. So how do we change this? You know, maybe you're getting booked too much. </w:t>
        <w:br/>
      </w:r>
    </w:p>
    <w:p>
      <w:r>
        <w:rPr>
          <w:sz w:val="22"/>
        </w:rPr>
        <w:t xml:space="preserve">Maybe you have an animal that you just don't know how to control. So let's work on that. So let's take a second and reevaluate and say, OK, well, let's see. Let's see how we can change what works for you in a way that the salon will still thrive. Let's see here. Now working, thank you. Now working with the mindset. So this is something that's a little bit different. Having a mindset. Where you can be just. Very down on yourself. Can be very hard. And when you're looking at all these procedures and you're looking at all these policies and you're seeing the color code as you're seeing the Reds, the orange, the yellows, what is your mindset and are you feeling overwhelmed? Are you not quite understanding how is this possible? How can I get all this done? What is your mind inside doing and is it helping you able to analyze how your salon is running? Is it? Or is it hindering you? Are you? And the mindset that, OK, I came here, Oh my gosh, all these tabs are red. </w:t>
        <w:br/>
      </w:r>
    </w:p>
    <w:p>
      <w:r>
        <w:rPr>
          <w:sz w:val="22"/>
        </w:rPr>
        <w:t xml:space="preserve">Nobody did this, nobody did that. I can't handle it. Where's your mindset? Taken a moment to breathe. And come in and just relax and then take on just one portion at a time. Can help you. In the long run, understanding OK, I came in and this Red tab on the tab. This tab has a red tab. The Red Tab says it is dirty. Let's go back and understand. Ok, so let me take the second to clean that someone else didn't clean it. That's no big deal. Let me keep it positive mindset. Maybe someone was busy but I kept the mindset. I'm cleaning it off because I do know that this tab is turned to red, therefore I can't use it. </w:t>
        <w:br/>
      </w:r>
    </w:p>
    <w:p>
      <w:r>
        <w:rPr>
          <w:sz w:val="22"/>
        </w:rPr>
        <w:t xml:space="preserve">No, I have to read it. Let's clean it. Ok. It says pull the mats out, disinfect the nozzle, disinfect the tub, clean all the hair out, drain everything and all right. Ok, now it's ready to be used. It's OK. My mindset is I was frazzled for a second, but I am good now I'm able to relax with that. Ok. I go into a tub and not tub. </w:t>
        <w:br/>
      </w:r>
    </w:p>
    <w:p>
      <w:r>
        <w:rPr>
          <w:sz w:val="22"/>
        </w:rPr>
        <w:t xml:space="preserve">I go into a table. It is dirty. It is a mess. Oh my gosh. What's going on? Taking the second to understand. Ok. Someone was not prepared. Let's put this dog away and let's reevaluate with our team and not only taking a second of going over everything, but seeing, hey, we're kind of in a in a situation where things are not being left where they need to, that can create a that can be a stressful environment. So what can we do to fix this? We have all our lists, we have all the labels. Why don't we take a second, put everything away and just quickly clean up our areas? And troubleshooting with everyone with this, whether you're a manager or a colleague, speak with your fellow employees and keep your mindset relaxed and open. </w:t>
        <w:br/>
      </w:r>
    </w:p>
    <w:p>
      <w:r>
        <w:rPr>
          <w:sz w:val="22"/>
        </w:rPr>
        <w:t xml:space="preserve">Have a community. Have a discussion with someone. If there's no discussion, maybe even a suggestion box really helps and goes a long way. I actually have one and I absolutely love it. Things that I wouldn't have ever think of will be put in my suggestion box and. That's a great idea. Let's do this. Creating this type of environment? Really will help every mindset out there. I have taken multiple classes on different types of salons, how they run, how do you work with the emotional and the invisible and the visible needs of people? How do you pull that out of them? How do you make it so they can understand patience? Do you have enough patience? If not, how can I get these patients? Is it creating? They and it's intensive binder with what you need to do. </w:t>
        <w:br/>
      </w:r>
    </w:p>
    <w:p>
      <w:r>
        <w:rPr>
          <w:sz w:val="22"/>
        </w:rPr>
        <w:t xml:space="preserve">What you don't need to do. Is it having things color-coded again? Is it having a team meeting or building exercise and working with them and yourself because you can't work with someone else unless you work within yourself. Now a few things that I would like to definitely go over as well is once you have a salon that's really. Running smoothly. Recognizing it. And, you know, not necessarily throwing a party saying you did a great job, but recognizing it and being thankful that. </w:t>
        <w:br/>
      </w:r>
    </w:p>
    <w:p>
      <w:r>
        <w:rPr>
          <w:sz w:val="22"/>
        </w:rPr>
        <w:t xml:space="preserve">Everyone is in their element. So in the event when someone is not, we can really understand it. Having these procedures in place and different ways, we can really truly understand how someone can work within and how can someone and when someone's struggling it's a lot easier to see it versus a chaotic mess where you have no idea someone is struggling because a lot of the times. We stay within our mindset for this. Now let's see here. It's a little bit different when I don't have an audience. That I can see. But I'm truly enjoying this. All right. Alright, so let's go back here. </w:t>
        <w:br/>
      </w:r>
    </w:p>
    <w:p>
      <w:r>
        <w:rPr>
          <w:sz w:val="22"/>
        </w:rPr>
        <w:t xml:space="preserve">On my screen is not sharing. That's right. Any questions at the moment because that is pretty much for what I have on making a good. Road balanced workplace that can really cater to everyone. No questions, but we'll give people an opportunity to type some in. All right, so Michelle says you're doing great, Chrissy says awesome so far, and case Cassie says you're killing it. So much good info. Oh thank you so great job thank you. I got thrown off a little bit but with my kids and my dog but and my slides but thank you very much it's having this type of workplace is one of the things that I that I can't stress enough and finding everyone's needs and how to really hone in and what they can excel at including myself. </w:t>
        <w:br/>
      </w:r>
    </w:p>
    <w:p>
      <w:r>
        <w:rPr>
          <w:sz w:val="22"/>
        </w:rPr>
        <w:t xml:space="preserve">You know it makes a huge change within your. A lot. And I encourage everyone. I don't have the slide, but I encourage anyone who has any questions to feel free to reach out. I will. I will go on the Facebook groups and I will put out my information there for you. All right, I will. You're in the summit membership group, correct? Yes, I am. All right. So you could you could put a post in there. So if you have a submit membership and you're not in the in the membership group, please let me know that so I can add you. </w:t>
        <w:br/>
      </w:r>
    </w:p>
    <w:p>
      <w:r>
        <w:rPr>
          <w:sz w:val="22"/>
        </w:rPr>
        <w:t xml:space="preserve">But you can ask questions. Of Laurie in the group there, just make sure you tag her. Ok. If you don't have a membership and you just purchased this individually, how will they get ahold of you? You have an email yep so my, email i can. Would you like me to say it out loud? Yeah, just spell it out loud. Ok, so it is LORY at whole petnh.com OK, so we're going to wrap up this session. Let me stop the recording.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