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C5197" w14:textId="3A9D0366" w:rsidR="00B716A4" w:rsidRDefault="00000000">
      <w:pPr>
        <w:pStyle w:val="Title"/>
      </w:pPr>
      <w:r>
        <w:t>Meditation</w:t>
      </w:r>
      <w:r w:rsidR="00FD1D06">
        <w:t xml:space="preserve"> 2023</w:t>
      </w:r>
    </w:p>
    <w:p w14:paraId="34983913" w14:textId="77777777" w:rsidR="00FD1D06" w:rsidRPr="00FD1D06" w:rsidRDefault="00FD1D06" w:rsidP="00FD1D06"/>
    <w:p w14:paraId="7C62BE08" w14:textId="77777777" w:rsidR="00B716A4" w:rsidRDefault="00000000">
      <w:r>
        <w:t xml:space="preserve">OK, everybody, welcome to the last session of the neurodiversity summit with Amy Tolomeo. And Amy's going to talk about meditation. And so I'm just going to turn it right over to amy hello umm. My name is Amy. Primaries for several years. I have an official diagnosis of ADHD. I have self diagnosed myself with others on the autism spectrum just because it's really difficult to get a doctor to talk to you. After a certain age, they figure if you made it to adulthood this far, then you're fine. </w:t>
      </w:r>
      <w:r>
        <w:br/>
      </w:r>
    </w:p>
    <w:p w14:paraId="7321313D" w14:textId="77777777" w:rsidR="00B716A4" w:rsidRDefault="00000000">
      <w:r>
        <w:t xml:space="preserve">I'm pretty much not fine, but I'm doing alright at the moment. Basically, I decided to give this workshop and I've been a dog groomer for, I don't know, 22 years. I started at PetSmart. I was a. Store manager, actually. And I loved my job. It is not what I got a degree in, but it was, it was supposed to be a temporary thing. And then they did the corporate management shuffle and. I didn't think the new manager was. </w:t>
      </w:r>
      <w:r>
        <w:br/>
      </w:r>
    </w:p>
    <w:p w14:paraId="5B6AE692" w14:textId="77777777" w:rsidR="00B716A4" w:rsidRDefault="00000000">
      <w:r>
        <w:t xml:space="preserve">Like, terrible, like the worst possible situation you can think of. And I used to go into the grooming salon a lot to vent about it. And after a while they were like, why don't you just come in here and work? And I was like, why would I do that? I'm a manager. They're like, you'd make more money. And I'm like, you have my attention, OK? And I helped out one day when they were shorthanded and all the brothers called out. </w:t>
      </w:r>
      <w:r>
        <w:br/>
      </w:r>
    </w:p>
    <w:p w14:paraId="2F1C6128" w14:textId="77777777" w:rsidR="00B716A4" w:rsidRDefault="00000000">
      <w:r>
        <w:t xml:space="preserve">And apparently I didn't do too bad of a job. And she said, well, I don't know, you know how to give dogs haircuts. I barely. My mom taught me some stuff, being a hairdresser, but that was all I know. And she's like, no, we'll send you to school. And that was back when they still used to send people to Michigan for Paragon, but they were switching over to the Academy style. </w:t>
      </w:r>
      <w:r>
        <w:br/>
      </w:r>
    </w:p>
    <w:p w14:paraId="6EC80782" w14:textId="77777777" w:rsidR="00B716A4" w:rsidRDefault="00000000">
      <w:r>
        <w:t xml:space="preserve">So I was in like the first Academy. Group that came out of Arizona and it was actually great. It was a great training program. I have some notes on their current training program but that's where I started and then I went to mobile and mom pop shop and now I own my own shop. So I've done and i worked in a vets office for three months. That did not work out. Vets, vets and groomers with ADD. Not a good mix. So anyway. I come from also somewhat of a witchy spiritual background. </w:t>
      </w:r>
      <w:r>
        <w:br/>
      </w:r>
    </w:p>
    <w:p w14:paraId="0AD4E71D" w14:textId="77777777" w:rsidR="00B716A4" w:rsidRDefault="00000000">
      <w:r>
        <w:t xml:space="preserve">I when I was in college, I took a class. It was a women's history class called Witchcraft and Magic. I thought it was a joke. I thought it was an easy I it wasn't too hard of a day. But it was actually, it was women's history. It was how witchcraft was seen through many </w:t>
      </w:r>
      <w:r>
        <w:lastRenderedPageBreak/>
        <w:t xml:space="preserve">different cultures. And it ended with. The Salem witch trials in the United States. And then on our last day of class before the final, the guy said we were going to hear from a real witch and we were like, yeah, OK, whatever. You have to realize this was like. 1997 So it wasn't very super well known that people considered themselves to be witches now, other than like, oh, the goth chick in high school, right? Or as we called it, metal. </w:t>
      </w:r>
      <w:r>
        <w:br/>
      </w:r>
    </w:p>
    <w:p w14:paraId="24B2F1C5" w14:textId="77777777" w:rsidR="00B716A4" w:rsidRDefault="00000000">
      <w:r>
        <w:t xml:space="preserve">We weren't goth yet, we were metal. So I this girl gets up on stage and she thought she tells us all about she was wicked actually. And I'm not wicked. I'm going to collect Pagan, but I do practice witchcraft and meditation and I shortly after that had gotten a job at a metaphysical store and it seems like 5 minutes later I was ordering the books for the store and teaching the classes. And I learned a lot and I always thought that's what it was about. The same time that I actually found out that had ADD, my little brother was having trouble in school. </w:t>
      </w:r>
      <w:r>
        <w:br/>
      </w:r>
    </w:p>
    <w:p w14:paraId="7FF1C8D0" w14:textId="77777777" w:rsidR="00B716A4" w:rsidRDefault="00000000">
      <w:r>
        <w:t xml:space="preserve">He was in junior high and they had him tested because that's what they did finally in the late nineties and they were like well he has ADD and he needs medication and he needs a special program for school. And my high school where he was going at the time didn't couldn't provide that. So my mom switched him to the. Technical school and he did great over there. And we were reading. We're like, we never heard of AD. What are you talking about? And we're like, what? My brother's really smart. Like, you know, how could you say that he has a learning disorder? And so me and my mom were reading about AD. </w:t>
      </w:r>
      <w:r>
        <w:br/>
      </w:r>
    </w:p>
    <w:p w14:paraId="79B1C0E1" w14:textId="77777777" w:rsidR="00B716A4" w:rsidRDefault="00000000">
      <w:r>
        <w:t xml:space="preserve">We read everything we could find on the Internet, you know, back in 1997 And we couldn't even Google it. We had a Yahoo because we didn't have google and. We decided, you know what, this sounds really familiar. My mother was a straight C student, didn't apply herself. Didn't you know? And I had. If you look at my report cards every year since kindergarten, it says that Daydream in class and I do my work really fast and then I distract the other children and that I talked too much and. I was just such a joy though, because I was so polite and friendly and they all love me, but. </w:t>
      </w:r>
      <w:r>
        <w:br/>
      </w:r>
    </w:p>
    <w:p w14:paraId="3341788B" w14:textId="77777777" w:rsidR="00B716A4" w:rsidRDefault="00000000">
      <w:r>
        <w:t xml:space="preserve">Looking back, obviously I had it. They just didn't know what to do about it at the time. I had a cousin. Who was autistic? Who so is autistic but he. Was I guess nowadays we would say. Non non speaking and he needed assistance. Like there it's at a certain point he would get over stimulated and he would lash out and he became to be you know a big guy, like he's a big strong guy and his mom. She couldn't handle it by herself. So she had you know, when he got, when he turned 18. Now he goes to like a school and he comes home on the weekends and she goes missing. </w:t>
      </w:r>
      <w:r>
        <w:br/>
      </w:r>
    </w:p>
    <w:p w14:paraId="71BA2943" w14:textId="77777777" w:rsidR="00B716A4" w:rsidRDefault="00000000">
      <w:r>
        <w:t xml:space="preserve">She's very active in his upbringing still and his education and everything. But he he's not going to be able to live on his own. So it never even occurred to me that we had a lot in common. And now that I know better. She told me a story the other day. She said that the </w:t>
      </w:r>
      <w:r>
        <w:lastRenderedPageBreak/>
        <w:t xml:space="preserve">school that I guess it's like a group home and they called them up and they're like. We were wondering why he does this weird thing with his sandwiches and she's like, what do you mean? What did he do with his sandwich? She said, well, you know, we have ham and cheese on Thursdays for lunch or something, and she says we bring on the sandwich and he looks at it. </w:t>
      </w:r>
      <w:r>
        <w:br/>
      </w:r>
    </w:p>
    <w:p w14:paraId="0DCDD519" w14:textId="77777777" w:rsidR="00B716A4" w:rsidRDefault="00000000">
      <w:r>
        <w:t xml:space="preserve">And then he meticulously takes the sandwich apart, opens it, takes all the meat off, takes all the cheese off. Spreads the mayonnaise and mustard better. Puts the cheese back on and puts and she like meticulously puts the hand back on and makes these like bunches it up and little balls and like. I completely understand those people don't know how to make a sandwich. That's how you make a sandwich. You're supposed to make little rosettes with it, and it tastes better that way. </w:t>
      </w:r>
      <w:r>
        <w:br/>
      </w:r>
    </w:p>
    <w:p w14:paraId="2C74C6F9" w14:textId="77777777" w:rsidR="00B716A4" w:rsidRDefault="00000000">
      <w:r>
        <w:t xml:space="preserve">And everybody knows that, don't they? Including my aunt who worked at a deli. So my autistic cousin, he remade the sandwich because the people at the cafeteria didn't know they were doing. And I just, i feel bad because, like, now I'm like, you know what? I probably understood him a lot more than I thought it did. But so it's there's definitely some correlations and I apologize in advance the verbiage for. Being on the spectrum and having ADD it changes a lot and we are, you know we're all just trying to one keep up 2. </w:t>
      </w:r>
      <w:r>
        <w:br/>
      </w:r>
    </w:p>
    <w:p w14:paraId="1701FC5A" w14:textId="77777777" w:rsidR="00B716A4" w:rsidRDefault="00000000">
      <w:r>
        <w:t xml:space="preserve">Get through adulthood and not offend anybody and three you know, try to include everybody and get everybody on the same page and you know provide support with people who need it and explain ourselves to people who don't get us. So if I say anything that's. Changed recently. I apologize. I'm not trying to be offensive. One of the things that I do a lot is i say AD when they used to delineate between ADD and ADHD and they don't separate them anymore. I always set AD because. Look at me. Do I look like a hyperactive person? No, I do not move a lot, but my brain does and I'm fidgety. </w:t>
      </w:r>
      <w:r>
        <w:br/>
      </w:r>
    </w:p>
    <w:p w14:paraId="423ABD85" w14:textId="77777777" w:rsidR="00B716A4" w:rsidRDefault="00000000">
      <w:r>
        <w:t xml:space="preserve">So the hyper part is a little bit of a misnomer. So I always kind of like. Just that AD, but i use them interchangeably now umm. And I try. I prefer the. Inclusive language like I would say. Autistic person rather than person with autism, because I think we've decided that person with is. Makes you feel less than and that's not what we're going for, but at any rate. Back to the point. Yeah, so I learned a lot about meditation and crystals and incense, and I come from a very. Scientific approach of how things are done. I need to know. I need to know the why we're doing it so. </w:t>
      </w:r>
      <w:r>
        <w:br/>
      </w:r>
    </w:p>
    <w:p w14:paraId="62857354" w14:textId="77777777" w:rsidR="00B716A4" w:rsidRDefault="00000000">
      <w:r>
        <w:t xml:space="preserve">People calling sorry. I need to know the why. I can accept that things are spiritual, but if I understand the physical of it better. It's it goes better in my brain so. I don't care. If the reason yoga works for most people is because you're connecting to this universe on a higher level and you're accessing all of your past lives and. It could just be that yoga is stretching </w:t>
      </w:r>
      <w:r>
        <w:lastRenderedPageBreak/>
        <w:t xml:space="preserve">and taking 20 minutes to an hour out of your day to focus on yourself. And those things produce chemicals in your brain, serotonin and dopamines and things that make you feel better. It could be literally just a form of exercise. </w:t>
      </w:r>
      <w:r>
        <w:br/>
      </w:r>
    </w:p>
    <w:p w14:paraId="34A63974" w14:textId="77777777" w:rsidR="00B716A4" w:rsidRDefault="00000000">
      <w:r>
        <w:t xml:space="preserve">But it works. Everybody who does it and sticks to it says that it works. Whether their interpretation is that it's spiritual or medical doesn't really matter to me, so long as we both got there, OK. I don't do a whole lot of yoga. I want to maybe when, maybe when I when I get my new my new rug I will be able to do that. </w:t>
      </w:r>
      <w:r>
        <w:br/>
      </w:r>
    </w:p>
    <w:p w14:paraId="67F6EC1B" w14:textId="77777777" w:rsidR="00B716A4" w:rsidRDefault="00000000">
      <w:r>
        <w:t xml:space="preserve">But right now I have hardwood floor and it's not happening. But anyway. It's important to understand. Some of the basics of yoga to understand meditation so. When somebody first came to me and was like, oh, you should meditate. Whether or not I had the comprehension of that fact that I had a D at the time, it didn't matter. I just knew my brain is not going to do it. I can't meditate. Are you kidding me? I am. I constantly have an earworm. </w:t>
      </w:r>
      <w:r>
        <w:br/>
      </w:r>
    </w:p>
    <w:p w14:paraId="06CCC744" w14:textId="77777777" w:rsidR="00B716A4" w:rsidRDefault="00000000">
      <w:r>
        <w:t xml:space="preserve">There's always a song playing in my head, whether I want it to or not. Things I have, what do you call aphasia, where things either have a noise or a taste or it's like a different sense than they should. Like Colors might have a noise or numbers have a color or something like that I. If I'm like. Clicking on something on the Internet, the sound can be completely off. On my computer and my phone, I hear noise in my head. </w:t>
      </w:r>
      <w:r>
        <w:br/>
      </w:r>
    </w:p>
    <w:p w14:paraId="79052E0D" w14:textId="77777777" w:rsidR="00B716A4" w:rsidRDefault="00000000">
      <w:r>
        <w:t xml:space="preserve">It goes to jump. So like, how could I possibly calm my mind and reach a higher Nirvana? If I can't even sit through a television show without looking at my phone, you know? I mean, like, how is that? So I think. A lot of you probably feel that way and I thought maybe I can explain to you my journey and how I got there and help you guys possibly access your higher selves through meditation. So one of the first things I want to talk about is what is meditation like? Everybody thinks they know what it is, right? So a lot of people think it's about calming your mind and thinking about nothing. </w:t>
      </w:r>
      <w:r>
        <w:br/>
      </w:r>
    </w:p>
    <w:p w14:paraId="56C4AB52" w14:textId="77777777" w:rsidR="00B716A4" w:rsidRDefault="00000000">
      <w:r>
        <w:t xml:space="preserve">So people with ADD. Will say I can't calm my mind. I can't think about nothing. Yeah, you can. You're thinking about nothing when somebody's going yo, hey, I've been talking to you for 20 minutes. You were thinking about now you were spaced out, so you can do that, but that's not really what we're trying to do with meditation as it's an oversimplification and it's not really. </w:t>
      </w:r>
      <w:r>
        <w:br/>
      </w:r>
    </w:p>
    <w:p w14:paraId="51ED59B5" w14:textId="77777777" w:rsidR="00B716A4" w:rsidRDefault="00000000">
      <w:r>
        <w:t xml:space="preserve">It's a it's an ideal that's unreachable. What you're really trying to do is train your awareness and gain perspective. From within. So usually when we gain perspective, we get it from without, right? So you might have an opinion on something and then you meet somebody that is knowledgeable about that subject or has had an experience in their life that upset </w:t>
      </w:r>
      <w:r>
        <w:lastRenderedPageBreak/>
        <w:t xml:space="preserve">them and they can tell you from their experience this is how it happened and that gives you a new perspective. Literally you're taking it from somebody else. You're getting that information from nobody else. Meditation is going inside. Now you can put deeper meaning on the spiritual level with that. Some people believe that there is a. </w:t>
      </w:r>
      <w:r>
        <w:br/>
      </w:r>
    </w:p>
    <w:p w14:paraId="19974455" w14:textId="77777777" w:rsidR="00B716A4" w:rsidRDefault="00000000">
      <w:r>
        <w:t xml:space="preserve">Secret room, I guess. Called the Akashic library. Now you can Google this all you want, but the in a nutshell, the Akashic Lab library is everything that has ever happened and ever will happen stored. They used to say in box. I assume now that it's some kind of that, because there's no way they could keep all those books in the spiritual realm, that it would be too many. But everything that has happened and everything that will happen has already been recorded. If you're a Doctor Who fan, wibbly, widely, timey windy, like all the things have happened, already have happened, and will you know we're just not able to grasp them because we've seen time in a linear fashion. </w:t>
      </w:r>
      <w:r>
        <w:br/>
      </w:r>
    </w:p>
    <w:p w14:paraId="5B25209B" w14:textId="77777777" w:rsidR="00B716A4" w:rsidRDefault="00000000">
      <w:r>
        <w:t xml:space="preserve">If the Akashic records contain all of the information in the universe being able to access them. Would be beneficial. Kind of like Johnny 5 in short circuit input, right? So the input is within. Whether you believe that or not. That's fine. I kind of find i believe it. Because I've experienced some things that like. How did I know that? I can't possibly have known the thing that I just said, but it was right. </w:t>
      </w:r>
      <w:r>
        <w:br/>
      </w:r>
    </w:p>
    <w:p w14:paraId="3A60CF33" w14:textId="77777777" w:rsidR="00B716A4" w:rsidRDefault="00000000">
      <w:r>
        <w:t xml:space="preserve">Take that as you will, but. I do feel silly even saying it because it sounds silly than there's but if there's a divine consciousness or whatever it is up there, all of the information is available. Now you can also take it from a scientific standpoint that. Down to our tiniest atom. All the information of the universe is stored in it, right? We can't access it. Or can we? So whether you want to put a spiritual or scientific spin on it, whatever works for you, I do both. But basically, the reason that we're going to meditate is so that you can better understand yourself if you can understand yourself. Then you can help other people understand yourself if they need to. </w:t>
      </w:r>
      <w:r>
        <w:br/>
      </w:r>
    </w:p>
    <w:p w14:paraId="2EF998CB" w14:textId="77777777" w:rsidR="00B716A4" w:rsidRDefault="00000000">
      <w:r>
        <w:t xml:space="preserve">Or you can ignore the people who don't need to understand you. Have a mindfulness of yourself having a presence of spirit, being fully here in the now. It's important because especially when you have ADD. You when you reach adulthood, particularly not that it doesn't happen to kids, it starts as a childhood, but you get. Anxiety and the anxiety comes from having the ADD and when you become an adult with ADHD. You have constant anxiety because you're not good at being an adult, right? All the things that are adulting. You can't. You know you whatever you can do, you do but all the other things you didn't do you said, you said awake at night and feel sorry for yourself because you couldn't get them done right or you're not doing enough. </w:t>
      </w:r>
      <w:r>
        <w:br/>
      </w:r>
    </w:p>
    <w:p w14:paraId="38675F3D" w14:textId="77777777" w:rsidR="00B716A4" w:rsidRDefault="00000000">
      <w:r>
        <w:lastRenderedPageBreak/>
        <w:t xml:space="preserve">Sometimes you hear your parents voice in your head, you know, telling you, Oh well, you didn't do this, you didn't do that, you didn't do that. So that's what happens to me. Though everything there is to know. Is in your head already. And I think that resonates more with people with ADHD because it explains why there's so much going on in there all the time, because we seem to have. You better connection to it and I'll talk more about that in a minute. I wanted to say. Next, well, what does ADD then, right? What is ADHD? According to the CDC website. Means that we have trouble paying attention. We have trouble controlling impulsive behaviors. </w:t>
      </w:r>
      <w:r>
        <w:br/>
      </w:r>
    </w:p>
    <w:p w14:paraId="70BD898A" w14:textId="77777777" w:rsidR="00B716A4" w:rsidRDefault="00000000">
      <w:r>
        <w:t xml:space="preserve">And we may be overly active in our mind or body. Yeah, duh. What it means to us means something completely different. We make careless mistakes and then we beat ourselves up about it. We have trouble adulting. We have a strong resistance to anything tedious or menial. If it does not give dopamine, I don't want to do it. Even though I probably will get some dopamine when I finished it and now I don't have that anxiety anymore, it's not good enough to be instant. Forgetful, we forget to tell Mary that we uploaded all these. Image files. Yesterday, which? I have them, I got them. </w:t>
      </w:r>
      <w:r>
        <w:br/>
      </w:r>
    </w:p>
    <w:p w14:paraId="32525FEE" w14:textId="77777777" w:rsidR="00B716A4" w:rsidRDefault="00000000">
      <w:r>
        <w:t xml:space="preserve">We're going to share them on their desktop, no worries. You have problems with time management. You set up the zoom thing and you know, OK, five o'clock got to check in with Mary, and then you look up and it's five twenty two and mary's freaking out because you didn't sign in yet. Sorry man. Time management is tough and grooming too. No object permanence. This is the one that kills me, right? so. If I don't see a thing. It doesn't exist. If I put something away, I have no idea where it is later, no idea. I'm like put it there, but I don't remember where it is. If something gets moved and I didn't move it, I will like completely forget it exists or lose my mind thinking that, like somebody's playing tricks on me, moving myself around. </w:t>
      </w:r>
      <w:r>
        <w:br/>
      </w:r>
    </w:p>
    <w:p w14:paraId="1D36FD69" w14:textId="77777777" w:rsidR="00B716A4" w:rsidRDefault="00000000">
      <w:r>
        <w:t xml:space="preserve">On the other hand, if something is on in like a little piece of paper on the floor, I can ignore that for a year easily ignore that little piece of paper before, because I see it every day and I think I'll get it later. This organization kind of comes with it. I always say one of these days I'm going to get organized and you know. God's help you guys all, because once that happens, I'm going to be a force to reckon with. I'm 45 It hasn't happened yet. </w:t>
      </w:r>
      <w:r>
        <w:br/>
      </w:r>
    </w:p>
    <w:p w14:paraId="61A477B7" w14:textId="77777777" w:rsidR="00B716A4" w:rsidRDefault="00000000">
      <w:r>
        <w:t xml:space="preserve">It's going to happen. Executive dysfunction, executive dysfunction, which the last summit was not a common term. I'm hoping that by the end of this weekend you guys have heard it enough. Executive dysfunction is when you know you have to do something, and it may be something small or maybe something large, but. Your brain. Is your worst enemy in that case. And you like, and your body. Just every cell resists. Get like it. All you have to do is get up, go downstairs and put the laundry in the dryer. </w:t>
      </w:r>
      <w:r>
        <w:br/>
      </w:r>
    </w:p>
    <w:p w14:paraId="7D9187C3" w14:textId="77777777" w:rsidR="00B716A4" w:rsidRDefault="00000000">
      <w:r>
        <w:lastRenderedPageBreak/>
        <w:t xml:space="preserve">And you can't move like is there like paralyzed. And you're like OK I'm going to do it in 10 minutes and then next thing you know an hour has passed and you haven't done it yet and now you have to go to bed and now you have no clothes to wear tomorrow because you put the laundry in the dryer. That's the executive dysfunction if physically power paralyzing to me and I struggle with that one a lot and then we get the shame spirals when you oh, I should have done this or I shouldn't have stayed up all night or I should have put the clothes in the laundry earlier so they would be dry by now. </w:t>
      </w:r>
      <w:r>
        <w:br/>
      </w:r>
    </w:p>
    <w:p w14:paraId="53122D57" w14:textId="77777777" w:rsidR="00B716A4" w:rsidRDefault="00000000">
      <w:r>
        <w:t xml:space="preserve">And then you feel bad. And then you know, remember every wrong thing you have ever done in your life and what your parents said about it and what your teacher said about it and what your bosses said about it. And then there's also rejection dysphoria, which is super fun. Rejection dysphoria means that. Any minor, minor piece of criticism or feedback, or somebody just looks at you wrong and you think everyone hates you and you shouldn't even bother and. </w:t>
      </w:r>
      <w:r>
        <w:br/>
      </w:r>
    </w:p>
    <w:p w14:paraId="7B6232DA" w14:textId="77777777" w:rsidR="00B716A4" w:rsidRDefault="00000000">
      <w:r>
        <w:t xml:space="preserve">Then you get into a game tomorrow, right? And then procrastination and avoidance, which if it's not pleasant, then we just procrastinate it. And then it gets worse and worse and worse and snowballs into a bigger thing where it could have been a 5 minute phone call, now we have, you know, six weeks of anxiety about a 5 minute phone call and when you finally make the phone call. </w:t>
      </w:r>
      <w:r>
        <w:br/>
      </w:r>
    </w:p>
    <w:p w14:paraId="0145C3A5" w14:textId="77777777" w:rsidR="00B716A4" w:rsidRDefault="00000000">
      <w:r>
        <w:t xml:space="preserve">You get put on hold or sent to voicemail and it starts all over again. So all of those things. And then there are our bonus things. We are very creative. We work very well with animals, which is probably a good thing if you pick it as a career. We're good at multitasking when we have to, not necessarily when we need to, but usually when we have to. We're good at that. </w:t>
      </w:r>
      <w:r>
        <w:br/>
      </w:r>
    </w:p>
    <w:p w14:paraId="6C6F3A86" w14:textId="77777777" w:rsidR="00B716A4" w:rsidRDefault="00000000">
      <w:r>
        <w:t xml:space="preserve">Getting things done and getting them done well. When you've procrastinated to the last minute and you have a deadline. That's kind of my superpower. Sorry, mayor. So and. We're very empathetic. Because we, because of the rejection dysphoria, we notice small body language things that tell us that someone is unhappy with the dog, the dog's haircut or you know. The dog is not acting right and you know it's going to bite you or whatever. </w:t>
      </w:r>
      <w:r>
        <w:br/>
      </w:r>
    </w:p>
    <w:p w14:paraId="02251F9F" w14:textId="77777777" w:rsidR="00B716A4" w:rsidRDefault="00000000">
      <w:r>
        <w:t xml:space="preserve">You're better at picking that up usually and. I think it makes the better at our job. Unfortunately it makes it difficult to do this job, do any job. Most people will come that have ADD can't possibly meditate. And I'm going to tell you. They tell me they're too easily distracted. Their minds are always racing. They can't calm their mind and think of nothing. You're carrying. Shame and anxiety and guilt. Of all the things that you're not doing right or not doing enough. You can't possibly sit down for an hour and waste time doing nothing, which you probably already wasted like 4 hours a day doom scrolling on your phone, so </w:t>
      </w:r>
      <w:r>
        <w:lastRenderedPageBreak/>
        <w:t xml:space="preserve">why not? You can't multitask while you meditate, right? Because you got to clear your mind and think of nothing. </w:t>
      </w:r>
      <w:r>
        <w:br/>
      </w:r>
    </w:p>
    <w:p w14:paraId="653AB5DB" w14:textId="77777777" w:rsidR="00B716A4" w:rsidRDefault="00000000">
      <w:r>
        <w:t xml:space="preserve">You can't, you know, flip through your phone and have the TV on in the background and also be, you know, playing tug of war with your dog. You can't do all of those things at the same time. You can't space out on your cell phone because you're stressed out about it. Cell phone is. Some people will call it an addiction, which I don't think is really fair. </w:t>
      </w:r>
      <w:r>
        <w:br/>
      </w:r>
    </w:p>
    <w:p w14:paraId="185F7B04" w14:textId="77777777" w:rsidR="00B716A4" w:rsidRDefault="00000000">
      <w:r>
        <w:t xml:space="preserve">I definitely see it as a crutch, but I don't think crutches are bad. Then I'll tell you why in a few minutes, but for instance, like. One of the things that I do in my shop, which is different than a lot of other shops, according to the conversations I see on Facebook business owner groups, I don't mind if my dog girls use their phone during their shift, as long as they're not being unsafe. Not when the dog is on the table, or you don't have a hand on the dog at all. </w:t>
      </w:r>
      <w:r>
        <w:br/>
      </w:r>
    </w:p>
    <w:p w14:paraId="21FEF483" w14:textId="77777777" w:rsidR="00B716A4" w:rsidRDefault="00000000">
      <w:r>
        <w:t xml:space="preserve">Or, you know you're not completely buried in your phone and there's a dog on the table when he's going to fall off. Nothing like that. But if you need a break in between dogs and you got to look at your phone. I don't mind because we've found that, first of all, everybody in my shop has anxiety of some sort. Most of us. We we've decided that even if we're not all diagnosed, we all have something on the spectrum. </w:t>
      </w:r>
      <w:r>
        <w:br/>
      </w:r>
    </w:p>
    <w:p w14:paraId="4CF717F0" w14:textId="77777777" w:rsidR="00B716A4" w:rsidRDefault="00000000">
      <w:r>
        <w:t xml:space="preserve">Some of us have ADHD, some of us don't, but we all get it. And when you have anxiety for whatever reason. You need something to distract you and what is it? What is more distracting than scrolling through your phone for 5 minutes or whatever the other thing is? And if you have children, you know the anxiety of worrying. You know my children trying to get a hold of me, what are they doing? You have to keep an open, open communication. So I wouldn't want to tell a mother that they couldn't check their phone either. </w:t>
      </w:r>
      <w:r>
        <w:br/>
      </w:r>
    </w:p>
    <w:p w14:paraId="3E5E1D91" w14:textId="77777777" w:rsidR="00B716A4" w:rsidRDefault="00000000">
      <w:r>
        <w:t xml:space="preserve">That always bothered me like. Bigger corporations tell me, you know, oh, I got to be here all day long or all night long and every weekend, and I have to worry about my children, you know, being sick or hurt or something. And they're trying to contact me. And you know, you can't, you can't call stores anymore. All you get is a robot that sends you through an automated thing, and half the time it hangs up on you, so you can't say, oh, you have to call the store if there's an emergency. </w:t>
      </w:r>
      <w:r>
        <w:br/>
      </w:r>
    </w:p>
    <w:p w14:paraId="3BA1132D" w14:textId="77777777" w:rsidR="00B716A4" w:rsidRDefault="00000000">
      <w:r>
        <w:t xml:space="preserve">That doesn't work either. So I don't mind phones in my shop. Like I said, as long as we're not unsafe. And the other thing that people tell me when especially when they have ADD and they were talking about meditation, they don't even know where to start. They're like, well, you know, they think they got to join the yoga studio or become Buddhist or something. You don't, you don't have to change your religion. You don't have to change your </w:t>
      </w:r>
      <w:r>
        <w:lastRenderedPageBreak/>
        <w:t xml:space="preserve">point of view. You don't have to do any of that stuff. You don't have to buy anything if you don't want to buy anything. But I can show you some things that you can buy if you want to. </w:t>
      </w:r>
      <w:r>
        <w:br/>
      </w:r>
    </w:p>
    <w:p w14:paraId="2D697479" w14:textId="77777777" w:rsidR="00B716A4" w:rsidRDefault="00000000">
      <w:r>
        <w:t xml:space="preserve">Because everybody who has ADHD likes shiny things, and I am certainly one of them. So I will show you all of my shiny things in a little bit. So if you said any of those things of why you can't meditate because you have ADD or maybe you don't know if you have ADD and you think that you can't meditate for the same reasons that I would say, I could tell you how we can AD the number one thing that we do in addition to be easily distracted, we have it an aspect of it that's called hyper focused and hyper focus is usually when we're working on something that we're enjoying working on that we wanted to do, it doesn't always work. </w:t>
      </w:r>
      <w:r>
        <w:br/>
      </w:r>
    </w:p>
    <w:p w14:paraId="41A6189A" w14:textId="77777777" w:rsidR="00B716A4" w:rsidRDefault="00000000">
      <w:r>
        <w:t xml:space="preserve">So sometimes I wanted to do a project in the beginning and then by the time I get to it, I don't want to do it anymore. So that doesn't always work. But when I'm on a project and it's going well, I have on all this. Ok and. Coupled with the fact that I'm hearing impaired. So I also have I have auditory processing disorder from the ADD and auditory processing disorder from my stupid ears. One of the reasons they even found out that I had hearing loss was I would be watching my television show and I'd be really into it and watch it watch and my mom would come in and start talking to me but. </w:t>
      </w:r>
      <w:r>
        <w:br/>
      </w:r>
    </w:p>
    <w:p w14:paraId="1C0AB333" w14:textId="77777777" w:rsidR="00B716A4" w:rsidRDefault="00000000">
      <w:r>
        <w:t xml:space="preserve">And she may as well been talking like Charlie, the adults in Charlie Brown, because I didn't. I don't even notice she's talking. And then I realized somebody standing there. And I go, what? And halfway through her repeating herself, I realized I did hear what she said. It just took my brain a minute to catch up to my ear. Can I answer a question? So now she thinks I'm ignoring her? so. That's hyper focus OK. When I am doing like. When I was a kid, I would color. I'll get really into it. And we were laughing yesterday because my cousins baby, she's 16 months old and she's starting to draw already and my cousins artistic and when he would draw when he was a little kid, he would stick his tongue out. </w:t>
      </w:r>
      <w:r>
        <w:br/>
      </w:r>
    </w:p>
    <w:p w14:paraId="61896A8A" w14:textId="77777777" w:rsidR="00B716A4" w:rsidRDefault="00000000">
      <w:r>
        <w:t xml:space="preserve">Like, really focus it and that that's, you know, your hyperfocus, there's tongue comes out, you're probably hyperfocus. Well, I don't recommend sticking your tongue out during grooming, but. I have had a few friends in the past that when they're really concentrating on getting like a clean poodle foot done, the tongue comes out. So I have her focus is actually what we're going for with meditation. </w:t>
      </w:r>
      <w:r>
        <w:br/>
      </w:r>
    </w:p>
    <w:p w14:paraId="6FC9271E" w14:textId="77777777" w:rsidR="00B716A4" w:rsidRDefault="00000000">
      <w:r>
        <w:t xml:space="preserve">Ok, so it's not unfocused it's not clearing your mind, it's hyper focused on your own line, which sounds complicated, but I promise it isn't multitasking. You can multitask. And your mind is going to wander. And that's OK. The minute you notice that it's wandering, you'll bring it back to the begin. And I think that we're already operating where when people meditate, they're looking for a higher level of consciousness. And again, you can call that </w:t>
      </w:r>
      <w:r>
        <w:lastRenderedPageBreak/>
        <w:t xml:space="preserve">religious or you can call that science, but some kind of higher level of consciousness. </w:t>
      </w:r>
      <w:r>
        <w:br/>
      </w:r>
    </w:p>
    <w:p w14:paraId="12EE94D3" w14:textId="77777777" w:rsidR="00B716A4" w:rsidRDefault="00000000">
      <w:r>
        <w:t xml:space="preserve">I think we already have it. There was this lady in the seventies. I think her name was her last name was tapped with two keys. And again, this is i understand, woo, metaphysical. But that's kind of me. She came up with this idea that there was a new version of human beings was starting to come about and it's kind of along the lines of the age of Aquarius that we were going to evolve into a higher being than we have been. </w:t>
      </w:r>
      <w:r>
        <w:br/>
      </w:r>
    </w:p>
    <w:p w14:paraId="65D01DEB" w14:textId="77777777" w:rsidR="00B716A4" w:rsidRDefault="00000000">
      <w:r>
        <w:t xml:space="preserve">And she came up with this term called Indigo Children. Now I know it can be kind of controversial and some people think that it's it can be used as a crutch to avoid getting actual diagnosis and medical help and study help for children. You are expressing certain symptoms, right? But she said no. It's not that they're, you know, learning disabled. They're actually operating at a higher level than the rest of the humanity and that we should celebrate that like we have superpowers now. </w:t>
      </w:r>
      <w:r>
        <w:br/>
      </w:r>
    </w:p>
    <w:p w14:paraId="7C18B435" w14:textId="77777777" w:rsidR="00B716A4" w:rsidRDefault="00000000">
      <w:r>
        <w:t xml:space="preserve">That might be the far end of the spectrum. So joke's great, but I think we're somewhere in the mid. Thinks that. Maybe we're not a new race of human being that has is further extended than the rest of us entirely but maybe we have a better propensity for it, and maybe we're not. Maybe we shouldn't shy away from that idea completely, like we should meet or somewhere in the middle. Umm, you can look up indigo children and see what your opinion is on it. </w:t>
      </w:r>
      <w:r>
        <w:br/>
      </w:r>
    </w:p>
    <w:p w14:paraId="5AC64E69" w14:textId="77777777" w:rsidR="00B716A4" w:rsidRDefault="00000000">
      <w:r>
        <w:t xml:space="preserve">I kind of liked it when I first heard about it. I'm like, oh wait, I'm not dumb. I'm special. Like special like cool special. That would be cool. And of course it is right so. Within ADD, you are not unable to meditate. You're actually better at it. You just need to learn how now. I am not going to advocate. Or this advocate? Condone or condemn? The use of medication because it is literally different for everybody. </w:t>
      </w:r>
      <w:r>
        <w:br/>
      </w:r>
    </w:p>
    <w:p w14:paraId="04BB0769" w14:textId="77777777" w:rsidR="00B716A4" w:rsidRDefault="00000000">
      <w:r>
        <w:t xml:space="preserve">I am much better when I'm medicated. I know this every time. I think, I don't know this. I go off my medication for a while and then I really feel bad. And then when I go back on it, I'm like, oh, that's what my brain does, OK. The problem is. There's a whole bunch of stigma attached to prescription medication and there is shortage of it and it's a controlled substance, so you can't just go and get it easily. </w:t>
      </w:r>
      <w:r>
        <w:br/>
      </w:r>
    </w:p>
    <w:p w14:paraId="161804E3" w14:textId="77777777" w:rsidR="00B716A4" w:rsidRDefault="00000000">
      <w:r>
        <w:t xml:space="preserve">You have to have a doctor and they evaluate you and you have to pee in a cup. It's the whole thing. So I understand that, you know, it's not for everybody also. But most of us, whether we. Have a prescription medication or not, when we get to adult head hood we self medicate and. The easy go to was always caffeine. And nicotine. And let me tell you something, my </w:t>
      </w:r>
      <w:r>
        <w:lastRenderedPageBreak/>
        <w:t xml:space="preserve">mom. </w:t>
      </w:r>
      <w:r>
        <w:br/>
      </w:r>
    </w:p>
    <w:p w14:paraId="328045B8" w14:textId="77777777" w:rsidR="00B716A4" w:rsidRDefault="00000000">
      <w:r>
        <w:t xml:space="preserve">She smokes. Menthol light one, twenties. And has since she was like 12. She quit for like a year. I was so proud of her and now she's back on it, but she stressed out. But my mom drinks like 3 pots of coffee a day. So yeah, when we get to adulthood, we tend to turn to stimulants even if we don't take them as a prescription. I have prescription Adderall. The problem is there's a shortage of it right now. So I don't always have it. And somewhere i I've always, I always drink soda. And iced tea. And every night coffee before. </w:t>
      </w:r>
      <w:r>
        <w:br/>
      </w:r>
    </w:p>
    <w:p w14:paraId="7DFF61BB" w14:textId="77777777" w:rsidR="00B716A4" w:rsidRDefault="00000000">
      <w:r>
        <w:t xml:space="preserve">Started drinking coffee when we came back from being shut down for COVID in 2020 and haven't stopped. I only drink like one a day. But the thing about coffee, the reason I never drank coffee in the morning before was because it makes me sleepy. That's not really a desirable effect in the morning, and I used to think that it was because coffee was hot, right? The warm feeling in my belly makes me sleepy and I want to go to sleep. </w:t>
      </w:r>
      <w:r>
        <w:br/>
      </w:r>
    </w:p>
    <w:p w14:paraId="4955447C" w14:textId="77777777" w:rsidR="00B716A4" w:rsidRDefault="00000000">
      <w:r>
        <w:t xml:space="preserve">But it turns out that caffeine naps are an ADHD thing and. I just have to I have to power through that sleep report period after I finish my coffee, and then the caffeine actually does work. But yeah, caffeine naps that that's kind of one of our superpowers. So if you, like I said, if you have, if you're, if you're, if you're OK with inviting caffeine, go for it. You want to drink an espresso right before you start to meditate, go for it. </w:t>
      </w:r>
      <w:r>
        <w:br/>
      </w:r>
    </w:p>
    <w:p w14:paraId="67312522" w14:textId="77777777" w:rsidR="00B716A4" w:rsidRDefault="00000000">
      <w:r>
        <w:t xml:space="preserve">Because I know it's not going to affect how you meditate. It's not going to make it worse. It's actually going to help probably if you can get through that. You just have to get up, get through the next part. Sorry, just said I love my caffeine. Not for me. Just finished a coffee before the class. My God, that sounds really good right now, but it's almost like. 6-6 o'clock, thinking that was 6:00 So. I'm not going to tell you do or don't take your medication before you try to meditate because you're going to figure out on your own which is better. </w:t>
      </w:r>
      <w:r>
        <w:br/>
      </w:r>
    </w:p>
    <w:p w14:paraId="636A6C41" w14:textId="77777777" w:rsidR="00B716A4" w:rsidRDefault="00000000">
      <w:r>
        <w:t xml:space="preserve">Ok, like I said, if you need an espresso before it, go for it. They always used to tell us in the in the classes I used to take on meditation that if you fall asleep during meditation. Don't feel too bad, because that's kind of the point. You're trying to relax, and if you're relaxed enough to go to sleep, you did great, OK? The key is to get the most out of meditation is you want to prolong that point. </w:t>
      </w:r>
      <w:r>
        <w:br/>
      </w:r>
    </w:p>
    <w:p w14:paraId="04C7F0D4" w14:textId="77777777" w:rsidR="00B716A4" w:rsidRDefault="00000000">
      <w:r>
        <w:t xml:space="preserve">Between relax and asleep. That's where the higher consciousness is. So you just have to practice, but at any rate. I'm not. I would not say go out and get caffeine or get your stimulants. If you haven't been on them, just try it with them. If you have them, try it without them. See where you go from there. Don't wait until 11 twelve 1:00 in the morning </w:t>
      </w:r>
      <w:r>
        <w:lastRenderedPageBreak/>
        <w:t xml:space="preserve">to meditate. You most likely will fall asleep then, but that's OK. </w:t>
      </w:r>
      <w:r>
        <w:br/>
      </w:r>
    </w:p>
    <w:p w14:paraId="056EA81F" w14:textId="77777777" w:rsidR="00B716A4" w:rsidRDefault="00000000">
      <w:r>
        <w:t xml:space="preserve">If you're having trouble, sleep. There's always a butt, right? so. What I'm going to do now is go through how? I'm not going to I'm not going to leave you on a guided meditation. I decided against that. The reason being is 1. If there's any kind of connection issue or sound issue, it's going to take away from it and i wouldn't. I wouldn't want one person to have a good time and like the other. 5 to 10 people watching or whatever to not have a good time. If we were in person, I would try to do a guided meditation, but for now I'm just going to explain to you how to do it and then. </w:t>
      </w:r>
      <w:r>
        <w:br/>
      </w:r>
    </w:p>
    <w:p w14:paraId="01345C19" w14:textId="77777777" w:rsidR="00B716A4" w:rsidRDefault="00000000">
      <w:r>
        <w:t xml:space="preserve">You can find guided meditations that work for you, or you can try some and be like no, this one sucks. It there's a whole bunch of apps online that you can put on your phone. There's podcast, there's you know, music CD downloads that you can get on streaming services, or you can buy. I could tell you a couple of my favorite go TOS later on, but. </w:t>
      </w:r>
      <w:r>
        <w:br/>
      </w:r>
    </w:p>
    <w:p w14:paraId="50BDCC59" w14:textId="77777777" w:rsidR="00B716A4" w:rsidRDefault="00000000">
      <w:r>
        <w:t xml:space="preserve">There's tons of resources out there. My problem is I also have misophonia which is. When noise used, it's not just noises, but usually it's mostly noises that people make. Are like physically painful and it takes me out of it. So a lot of the meditation apps and the reason I didn't bring any, I didn't give a list of ones that I like or don't like is because. I can't stand when people do whispering like the ASMR stuff. Can't stand it? If you can stand it, great, use it. </w:t>
      </w:r>
      <w:r>
        <w:br/>
      </w:r>
    </w:p>
    <w:p w14:paraId="1C55650D" w14:textId="77777777" w:rsidR="00B716A4" w:rsidRDefault="00000000">
      <w:r>
        <w:t xml:space="preserve">I can't take it when people get real up close to the microphone and go like this. Can't stand it. And you don't have to whisper commentate, turns out. I never. Did well in yoga classes because I'm hearing impaired and like, you know, between the hearing impairment literally and then the umm cognitive. The lapse between laps between hearing it and understanding it. I kept opening my eyes when they were telling me to close my eyes like she don't. And takes you out of it, right? And hated it when people would go. I charged me for a yoga class and then stand at the front of a room. </w:t>
      </w:r>
      <w:r>
        <w:br/>
      </w:r>
    </w:p>
    <w:p w14:paraId="13126630" w14:textId="77777777" w:rsidR="00B716A4" w:rsidRDefault="00000000">
      <w:r>
        <w:t xml:space="preserve">In a room that has, like, terrible acoustics, right? And then they would start whispering and trying to talk something like you can talk soothingly without whispering. I'm not doing it now. I'm not promising that I'm doing that now, so umm. If you want to find an app to try and help you out. I agree. Whisper thing is torture. And when they do that little click thing at the end of their whisper because they're trying to like, stop, i can't deal with it. </w:t>
      </w:r>
      <w:r>
        <w:br/>
      </w:r>
    </w:p>
    <w:p w14:paraId="43E6F756" w14:textId="77777777" w:rsidR="00B716A4" w:rsidRDefault="00000000">
      <w:r>
        <w:t xml:space="preserve">Watched it and somebody sent me an ASMR video. I'd never heard of it before and it was this lady with long fingernails opening a single serve pickle package. And then eating the pickle and I was like, why would you send that to me that was excruciating and then now I </w:t>
      </w:r>
      <w:r>
        <w:lastRenderedPageBreak/>
        <w:t xml:space="preserve">know just to avoid anything that says ASMR and it always have the sound off on my videos on my phone. I always have my ringer off now. Used to pay for ringtones, now my phone makes a noise. I'm like furious immediately. So do if you can find an app and if you find one that you like let me know because I haven't found one that I hundred % like yet. </w:t>
      </w:r>
      <w:r>
        <w:br/>
      </w:r>
    </w:p>
    <w:p w14:paraId="0EAB650E" w14:textId="77777777" w:rsidR="00B716A4" w:rsidRDefault="00000000">
      <w:r>
        <w:t xml:space="preserve">I've used YouTube and I found a couple on YouTube. The problem is if you don't pay for YouTube it stops to give you a video of a commercial in the middle of it. That doesn't help with anybody's relaxation. So let me know you guys find any good apps? I tried all the ones that you can pay for and wasn't too keen on them. I actually preferred back in the day. </w:t>
      </w:r>
      <w:r>
        <w:br/>
      </w:r>
    </w:p>
    <w:p w14:paraId="60507026" w14:textId="77777777" w:rsidR="00B716A4" w:rsidRDefault="00000000">
      <w:r>
        <w:t xml:space="preserve">The night before, I had my grooming shop. I had them in a physical shop and I had a friend. Who's the Reiki master? And he would come on Friday, every other Friday night, and we would have Reiki and he would do a guided meditation for us. And he would say it like he would do that, say the meditation. And i wish I had just like recorded him because I thought that's the one I want. But basically, so you want to set up. Your meditation. If you can. </w:t>
      </w:r>
      <w:r>
        <w:br/>
      </w:r>
    </w:p>
    <w:p w14:paraId="08EB4623" w14:textId="77777777" w:rsidR="00B716A4" w:rsidRDefault="00000000">
      <w:r>
        <w:t xml:space="preserve">And this is the hard part. Yeah, you really should start in a clean room. That's the hardest part of having ADD and trying to meditate. When you're in a cluttered room, it clutters the mind. Ok, Marine condo, right there is something to that, but it doesn't have to be a whole room. It can literally be a corner of a room that you've set up or a chair that you have, you know? Marked out but. And privacy. Obviously it's not going to help if your kids are coming in the room every 5 minutes or, you know, your spouses. Wondering what's for dinner and all that stuff. </w:t>
      </w:r>
      <w:r>
        <w:br/>
      </w:r>
    </w:p>
    <w:p w14:paraId="44EE6882" w14:textId="77777777" w:rsidR="00B716A4" w:rsidRDefault="00000000">
      <w:r>
        <w:t xml:space="preserve">That's the hardest part. The other stuff is all downhill from there. The biggest thing that's important that I would like you to take away from this is working on breathing because the breathing trick. It gets you to the meditation point, but that it can help in other points when you're having anxiety so. There's a couple of different styles of breathing that. You're going to have to try them out and see which one works best for you one. </w:t>
      </w:r>
      <w:r>
        <w:br/>
      </w:r>
    </w:p>
    <w:p w14:paraId="092C1B1F" w14:textId="77777777" w:rsidR="00B716A4" w:rsidRDefault="00000000">
      <w:r>
        <w:t xml:space="preserve">They call it the 4-4-4 method. In which you inhale for four counts. Exhale for four counts. Hold your breath before counts. And then you start over again. That one is good enough for starting to meditate. There's a slightly different way i don't want to say better it also, you know, this is all you know, I don't want you to breathe in a way that feels painful. That's not, that's not what we're going for. But you should notice your breathing and you want to. You put your hand on your diaphragm. You want to do diaphragm breathing. You don't want to go. You want to do like basically what you do when doctors listening to your lungs with this scope. </w:t>
      </w:r>
      <w:r>
        <w:br/>
      </w:r>
    </w:p>
    <w:p w14:paraId="7C192A35" w14:textId="77777777" w:rsidR="00B716A4" w:rsidRDefault="00000000">
      <w:r>
        <w:lastRenderedPageBreak/>
        <w:t xml:space="preserve">But if it helps, put your hand on your diaphragm and make sure you're expanding, right? Focus on the exhale. When you're. Breathing in, imagine you're breathing in all whites over positive energy. It can really be any color that works for you, but most of us lean towards white, silver or blue. You're going to draw in positive energy, and when you're going to exhale, you're going to exhale yucky negative energy, right? And it helps to visualize that. The other method. This is the one that my therapist prefers for the anxiety is. Instead of 4-4-4 it's 4-7-8 so you inhale 4. Exhale for seven. And then wait eight and then go back to four like the prolonged exhale. </w:t>
      </w:r>
      <w:r>
        <w:br/>
      </w:r>
    </w:p>
    <w:p w14:paraId="6C752B10" w14:textId="77777777" w:rsidR="00B716A4" w:rsidRDefault="00000000">
      <w:r>
        <w:t xml:space="preserve">Is what? Triggers your vasovagal reflex, and it's kind of like putting your face into water. You're immediately your heart rate slows down, which is cool because it's like a medical trick to spirituality, right? But basically extending, even if you're not counting with your breath, extending your exhale longer than your inhale is going to reduce anxiety. So if you're ever feeling anxious, which I am going through some things right now, I'm having a lot of metax so it's been very helpful to remember that even if I'm not meditating, it helps in, you know, situations where I'm starting to have like that heart pounding situation so. </w:t>
      </w:r>
      <w:r>
        <w:br/>
      </w:r>
    </w:p>
    <w:p w14:paraId="6601EFBC" w14:textId="77777777" w:rsidR="00B716A4" w:rsidRDefault="00000000">
      <w:r>
        <w:t xml:space="preserve">Find a breathing. Practice that works for you. Ok, that feels good is not painful. Within 3 breaths, you should know if it's working OK. You'll know. You just have to focus on your breathing. And that's what I want you to do every time you're like, I can't meditate, I want you to focus on your breathing. If you are trying to meditate and you realize 30 seconds, 3 minutes, an hour into it that your brain is going to. So you're thinking about something else that you're supposed to be thinking about, or you've gone off on some kind of tangent once you recognize that you've done that. </w:t>
      </w:r>
      <w:r>
        <w:br/>
      </w:r>
    </w:p>
    <w:p w14:paraId="7356E0ED" w14:textId="77777777" w:rsidR="00B716A4" w:rsidRDefault="00000000">
      <w:r>
        <w:t xml:space="preserve">Bring yourself back to the breath. Ok. You can try the guided meditations. Once you find one that you like that doesn't irritate you and doesn't have ASMR issues, the person voice is soothing to you. And you find the volume that works for you can use noise cancelling headsets if you want to. Some of us hate them. I've actually found one brand that is like fantastic, it doesn't hurt my ears, it doesn't give me a headache from being on my head. Doesn't sweat too bad. </w:t>
      </w:r>
      <w:r>
        <w:br/>
      </w:r>
    </w:p>
    <w:p w14:paraId="66FFD7EF" w14:textId="77777777" w:rsidR="00B716A4" w:rsidRDefault="00000000">
      <w:r>
        <w:t xml:space="preserve">But not everybody can do them. And I like I can't do earbuds that irritate the crap out of me. I'm actually, I'm wearing my hearing aids right now and as I keep going like this because having something in my ears drives me crazy. So find a guided meditation that you like. Then use that one every single time. Ok, because the important part is that you do the same thing over and over until you fix. In your brain, this is what we're going to do. And it becomes a ritual now. The importance of ritual in this. </w:t>
      </w:r>
      <w:r>
        <w:br/>
      </w:r>
    </w:p>
    <w:p w14:paraId="000BE523" w14:textId="77777777" w:rsidR="00B716A4" w:rsidRDefault="00000000">
      <w:r>
        <w:lastRenderedPageBreak/>
        <w:t xml:space="preserve">And this is what I learned when we would do the Meditations. At my shop. The first couple times Bob my friend, that would lead the meditation. He would play. He like Native American stuff. He likes flute music. Native American like Carlos Nakai. Do you like to play that? And it also had some with flute that had like nature sounds in the background. It was very soothing right now. It wasn't really my thing, but I got used to it real quick. So i prefer that. You may prefer something else. You may prefer white noise. You may prefer nature sounds or thunderstorms or something. </w:t>
      </w:r>
      <w:r>
        <w:br/>
      </w:r>
    </w:p>
    <w:p w14:paraId="6362261C" w14:textId="77777777" w:rsidR="00B716A4" w:rsidRDefault="00000000">
      <w:r>
        <w:t xml:space="preserve">That's fine. Whatever works for you. Use it every time until you get the hang of it, then you can change it up but. Bob would teach us, he would do a healing one and he would start with. Breathing and after he got, he got us all breathing on the same page. He would start, he would, he would describe this journey. Where you went to a door, you opened the door and it leads down steps and there's 100 steps. And he would count. From hundred down 1-0-0. And then when you got to the bottom you would describe a room. And in the room where your spirit guides and you know, your brain is imagining these things or seeing these things, whatever you want to call it. </w:t>
      </w:r>
      <w:r>
        <w:br/>
      </w:r>
    </w:p>
    <w:p w14:paraId="475CFB6E" w14:textId="77777777" w:rsidR="00B716A4" w:rsidRDefault="00000000">
      <w:r>
        <w:t xml:space="preserve">As he's taking you through that and then you go into another room and you see a chart of your body and it tells you where all your illnesses are and how to fix them. And then it would take you to this other thing, another thing, and it would end with climbing those steps again. From one to 100 and then we would say 100 we would snap out of it and make up. And the first time I did it, I'm like, OK, I feel pretty chill. Afterwards, it was kind of cool. And the second time I did it, I'm like, alright, you know, my brain was like, yeah, let's relax. </w:t>
      </w:r>
      <w:r>
        <w:br/>
      </w:r>
    </w:p>
    <w:p w14:paraId="55268AB8" w14:textId="77777777" w:rsidR="00B716A4" w:rsidRDefault="00000000">
      <w:r>
        <w:t xml:space="preserve">This is awesome, right? The third time, I think I might have fell asleep for a couple of minutes, but apparently I didn't snore. I snore when I sleep, so nobody said they heard me snoring. So I don't know if I fell asleep or if I actually the fourth time. By the time he got the number 7 on them steps, I was gone. I don't know where I went. Well, I do. But the point being jet, you may not have SS of luck as I did at the time, but eventually you will train your brain into going to where we want it to go. </w:t>
      </w:r>
      <w:r>
        <w:br/>
      </w:r>
    </w:p>
    <w:p w14:paraId="42A493EE" w14:textId="77777777" w:rsidR="00B716A4" w:rsidRDefault="00000000">
      <w:r>
        <w:t xml:space="preserve">But if it really does help if you do the same ritual every single time. It's really important that you maintain posture now I did. I have some images that I think Mary can send out after. I'm going to share some content here. Only the host can share in a meeting, OK, not me alrighty. Ok. So hold on, hold on. So while Mary's doing that. There you did. Well done. Oh, OK. I can't see anything. She's got a page and a half to get through in 10 minutes. </w:t>
      </w:r>
      <w:r>
        <w:br/>
      </w:r>
    </w:p>
    <w:p w14:paraId="3ECBD832" w14:textId="77777777" w:rsidR="00B716A4" w:rsidRDefault="00000000">
      <w:r>
        <w:t xml:space="preserve">So the importance is. Your posture, which I have terrible posture I know this, but when so when you're. Going to sit and do meditation like everybody automatically thinks of sitting. What do they call it now? Criss cross applesauce and going like this on your knees, right? </w:t>
      </w:r>
      <w:r>
        <w:lastRenderedPageBreak/>
        <w:t xml:space="preserve">Ok, I know that sounds funny. There's a reason behind it. Ok, you don't have to sit that way if that actually is not comfortable for me at all. </w:t>
      </w:r>
      <w:r>
        <w:br/>
      </w:r>
    </w:p>
    <w:p w14:paraId="2D31BBA0" w14:textId="77777777" w:rsidR="00B716A4" w:rsidRDefault="00000000">
      <w:r>
        <w:t xml:space="preserve">If I sit cross legged like that, in a minute my whole left leg will be numb. So that doesn't work for me. But if it works for you, great. In the pictures there's a couple of versions of that you know, ones the Burmese way depending on where your foot crosses or whatever. You could sit like that. The point is, they're sitting with their back straight. So you don't have to say your legs crossed. I prefer I think in the in the image it says chair position. I was taught it the Egyptian position. So you're going to sit in a straight back chair and you can put a cushion on it doesn't have to hurt your butt. </w:t>
      </w:r>
      <w:r>
        <w:br/>
      </w:r>
    </w:p>
    <w:p w14:paraId="67F7AB36" w14:textId="77777777" w:rsidR="00B716A4" w:rsidRDefault="00000000">
      <w:r>
        <w:t xml:space="preserve">You can also put a cushion behind your lumbar area. That it'll help your you sit straight and you're going to sit perfectly straight. Which is really hard to do when you have bad posture and you put your hands flat like the pictures of hieroglyphics of the Egyptian sitting in a chair, right? That's why i was taught it as the Egyptian position. That has been my. Most useful position between that and standing up. I have done a guided meditation standing up that was fantastic but I can't do it anymore because my back hurts too bad. </w:t>
      </w:r>
      <w:r>
        <w:br/>
      </w:r>
    </w:p>
    <w:p w14:paraId="23701867" w14:textId="77777777" w:rsidR="00B716A4" w:rsidRDefault="00000000">
      <w:r>
        <w:t xml:space="preserve">But when I did that one, honestly my back hurt back then some but I didn't even notice it at the time. But if you can do the standing position, great. If not, I think I think this sitting alert. In a chair and the standing position are better for ADD because you're less likely to just fall asleep umm. And you're less likely to be too comfortable and not focused, so I prefer the Egyptian position. </w:t>
      </w:r>
      <w:r>
        <w:br/>
      </w:r>
    </w:p>
    <w:p w14:paraId="1E64DC78" w14:textId="77777777" w:rsidR="00B716A4" w:rsidRDefault="00000000">
      <w:r>
        <w:t xml:space="preserve">Make sure you again when you notice you're starting to get distracted. Focus on your posture. And you're breathing OK now. Whether you believe that crystals have healing properties? Kind of doesn't matter umm. I personally. My first off, they're shiny, they're shiny and they're pretty, and it's good enough for me, but there are certain crystals that are. Supposed to have different qualities to them for healing and you know, different spiritual properties. And there's a couple of them that. Seemed to help. Get started with meditation and there are some that help with having ADD. So I have a couple of them. </w:t>
      </w:r>
      <w:r>
        <w:br/>
      </w:r>
    </w:p>
    <w:p w14:paraId="1E6AB226" w14:textId="77777777" w:rsidR="00B716A4" w:rsidRDefault="00000000">
      <w:r>
        <w:t xml:space="preserve">And then if we don't get to them in time, some of the other infographics that I that I put in one is mudras and mudra means is a is a hand position. So that when you're doing this and you're doing the own. What you're doing? Is connecting an energy field. From your thumb, it also goes to. Your middle finger. When you put them together, you've created a complete circuit. So from a scientific perspective, it's that the electricity of your body, you're just creating a complete circuit. So when people do that, they put their hands underneath, like that's what they're doing. And Ohm is a sacred sound and it helps. Trigger the brain into a </w:t>
      </w:r>
      <w:r>
        <w:lastRenderedPageBreak/>
        <w:t xml:space="preserve">meditative state. </w:t>
      </w:r>
      <w:r>
        <w:br/>
      </w:r>
    </w:p>
    <w:p w14:paraId="7E412B60" w14:textId="77777777" w:rsidR="00B716A4" w:rsidRDefault="00000000">
      <w:r>
        <w:t xml:space="preserve">So if you did that every single time, then all you would have to do is think about home and it would help, right? It's like Pavlovian, basically so. Try the muggers. I'm not going to do all of them today. I'd rather talk about the crystals and shocker balancing. But they're the one crystal. If you buy no crystal and you want to meditate, you buy no other crystal. </w:t>
      </w:r>
      <w:r>
        <w:br/>
      </w:r>
    </w:p>
    <w:p w14:paraId="2529FE55" w14:textId="77777777" w:rsidR="00B716A4" w:rsidRDefault="00000000">
      <w:r>
        <w:t xml:space="preserve">You have to get kyanite. And I'm just trying to show you what kind it looks like. Most of it is blue. There we go. It's blue. And it's flaky. You don't really want to put this one in water. Because it might dissolve a little bit and it's very fragile. This one has been coated in a shellac so it doesn't flake too bad. Kyanite is most one of the most amazing crystals it is. Called the key to meditation, and if you hold it, you got something there. We got a big piece. The key to meditation. And it if you know anything about crystals that people talk about charging and cleansing your crystals. </w:t>
      </w:r>
      <w:r>
        <w:br/>
      </w:r>
    </w:p>
    <w:p w14:paraId="570ED17A" w14:textId="77777777" w:rsidR="00B716A4" w:rsidRDefault="00000000">
      <w:r>
        <w:t xml:space="preserve">Kyanite never needs to be charged, never needs to be cleansed. And if you put it with your other crystals, it will charge them and cleanse them for you. The other one, it does that. Is citrine situation. It's like a yellowy clear. Never needs to be cleansed. Never needs to be charged now. I will have to. I will send Mary the list because I don't think I'm going through my whole list of crystals here. </w:t>
      </w:r>
      <w:r>
        <w:br/>
      </w:r>
    </w:p>
    <w:p w14:paraId="6E8723E9" w14:textId="77777777" w:rsidR="00B716A4" w:rsidRDefault="00000000">
      <w:r>
        <w:t xml:space="preserve">But the kyanite? It is going to their mind and. Balance your chakra line. Ok, and what chakras are? And again, science and spirituality, right so. The idea behind Shock Shocker means wheel of light. And there's. Dozens of them with there are seven major ones that most people know about, and ones at the top of your head. Ones here. There's also there's a chart in my infographics. Ones your throat, ones at your heart, ones at your. </w:t>
      </w:r>
      <w:r>
        <w:br/>
      </w:r>
    </w:p>
    <w:p w14:paraId="5179A5BE" w14:textId="77777777" w:rsidR="00B716A4" w:rsidRDefault="00000000">
      <w:r>
        <w:t xml:space="preserve">Stomach, ones at your. Intestinal slash genitalia area and wanted under your butt, right? Those are supposed to be spinning wheels of life. Now, the way that you can diagnose this is if you have someone else stand above you while you're laying down, and then you look at my chart, the corpse position. If you're laying down, you have them. You get into a relaxed state and then they hold a pendulum over each spot of you. Now somebody else has to do this for you. Can't do it for yourself. You can do it for somebody else and then have like a party and like switch around, right? When it you want it to be at the person when the person looking down on you want the pendulum to swing in a good path clockwise OK, so when you're looking up it's going to look counterclockwise. </w:t>
      </w:r>
      <w:r>
        <w:br/>
      </w:r>
    </w:p>
    <w:p w14:paraId="42D84CDB" w14:textId="77777777" w:rsidR="00B716A4" w:rsidRDefault="00000000">
      <w:r>
        <w:t xml:space="preserve">They want to see clockwise. If it is not moving in a steady path, or it's moving any other way than clockwise, there's something wrong with that. Shocker, you got a blockage and if you </w:t>
      </w:r>
      <w:r>
        <w:lastRenderedPageBreak/>
        <w:t xml:space="preserve">look up what that means, for instance, if you have a throat chopper blockage, you might have problems with creativity or self-expression And feeling heard. They're like literally like I have a thyroid problem so I have shocker problem. They you know, I know there's something wrong with my thrift shopper, so I should be working on it better. </w:t>
      </w:r>
      <w:r>
        <w:br/>
      </w:r>
    </w:p>
    <w:p w14:paraId="7F09376F" w14:textId="77777777" w:rsidR="00B716A4" w:rsidRDefault="00000000">
      <w:r>
        <w:t xml:space="preserve">The only thing with shoppers is if you start in the middle. You're not going to get the balanced effect, and you might actually trying to make yourself feel a little sick. You got to start with the root and work your way up. You can spend more time on the ones you have trouble with. You got to start with the root, which is. The bottom. And work your way up so once your roots are good, then you can go all the way up to the Crown chopper now. You will find that there is some correlation. A lot of these crystals that I have here are Blues and blue greens, because they are. </w:t>
      </w:r>
      <w:r>
        <w:br/>
      </w:r>
    </w:p>
    <w:p w14:paraId="1FA0A146" w14:textId="77777777" w:rsidR="00B716A4" w:rsidRDefault="00000000">
      <w:r>
        <w:t xml:space="preserve">For your third eye, which is your brain and then your throat chakra. kyanite if you get nothing else, get the pionite. Citrine is a good one. The other one that I found. Now, these all have many, many different properties, and you're going to have to look at them and decide which ones are prettiest to you, because to me, that means that's the one your body craves. If you think it's really pretty, that's your body telling you, yeah, get that one. But there's a lot of options. </w:t>
      </w:r>
      <w:r>
        <w:br/>
      </w:r>
    </w:p>
    <w:p w14:paraId="7057CF52" w14:textId="77777777" w:rsidR="00B716A4" w:rsidRDefault="00000000">
      <w:r>
        <w:t xml:space="preserve">You have one is amazonite, which is this. Blue-green One Sue's trauma facilitates self-expression reduces worry, fears anxieties, and facilitates seeing other perspectives, which is the whole point of meditation, right? Another good one is appetite. Which is not spelled the way it sounds. It's a PATIT Coming. Concentration self-expression Feeling alone reduces stress, improves memory, and reduces hyperactivity by balancing the physical, mental and emotion planes umm. </w:t>
      </w:r>
      <w:r>
        <w:br/>
      </w:r>
    </w:p>
    <w:p w14:paraId="73B97545" w14:textId="77777777" w:rsidR="00B716A4" w:rsidRDefault="00000000">
      <w:r>
        <w:t xml:space="preserve">The other. Florite, can you guys see that? Lori, it's purple stripey. That's a really good one. It stimulates the brain really well and improves concentration. The only thing I'm going to warn you about the fluoride. It's also. Heavily fertility. So it gives you. My friend used to call it the kinky stone because it gives you ideas in bed. So if you're using a lot of fluoride, I just strongly suggest that if you are at risk of any fertility situations that you take your precautions. </w:t>
      </w:r>
      <w:r>
        <w:br/>
      </w:r>
    </w:p>
    <w:p w14:paraId="2CD4DB44" w14:textId="77777777" w:rsidR="00B716A4" w:rsidRDefault="00000000">
      <w:r>
        <w:t xml:space="preserve">Don't call me later and be like, oh, you got me pregnant. Unless that's what you're going for, then I'll take the credit for. Smokey Quartz is for mental and spiritual protection. Pyrite, I'll send you guys the whole list. Pyrite is great for finding your inner potentials, especially in children who don't know what their potential is, but it's really great for finding inner potentials. I have a piece of pionite that has Ruby in it that just they just started mining </w:t>
      </w:r>
      <w:r>
        <w:lastRenderedPageBreak/>
        <w:t xml:space="preserve">recently. </w:t>
      </w:r>
      <w:r>
        <w:br/>
      </w:r>
    </w:p>
    <w:p w14:paraId="7CEC9BA3" w14:textId="77777777" w:rsidR="00B716A4" w:rsidRDefault="00000000">
      <w:r>
        <w:t xml:space="preserve">Don't know if you can see the red Flex. It's a little harder. I actually have a sphere of it which you don't ever see. A spear of kyanite, but I think the Ruby holds it together really good selenite this one's really cheap. And it focuses energy. So that was really good. I send you guys the whole list, but basically hold these crystals while you meditate. And they will help you get to that level. And I want you all. Once all your shoppers are balanced, you'll be great and you won't need me anymore. If anybody has any questions, you can always find me on facebook. You know, i accept almost any friend request. </w:t>
      </w:r>
      <w:r>
        <w:br/>
      </w:r>
    </w:p>
    <w:p w14:paraId="1C1BB78D" w14:textId="77777777" w:rsidR="00B716A4" w:rsidRDefault="00000000">
      <w:r>
        <w:t xml:space="preserve">As long as I can tell that you're not a spammer. And I could probably talk about this for another hour, but Mary said that I got to mind my time, so I'm going to send some more. Ok, so a couple of guided meditations that I have found really worked well for me. Ok, when is from Brian Weiss and he does, he goes down the whole steps. You got to climb up the steps. That's a really good one. And the other one? This is before Doreen Virtue went insane. Ok. If you know right yeah. She had a chakra clearing. Yeah, that was a good one. I had that one on tape. </w:t>
      </w:r>
      <w:r>
        <w:br/>
      </w:r>
    </w:p>
    <w:p w14:paraId="6E5D4F19" w14:textId="77777777" w:rsidR="00B716A4" w:rsidRDefault="00000000">
      <w:r>
        <w:t xml:space="preserve">I don't have any way to play it anymore because I don't have a tape recorder. Oh, you know what? Then you know what? We, you and I will talk. I will see how I can like not be over to you. Those probably are my two most used guided meditations. You cannot buy Doreen virtues anymore. My favorite is actually called rhythm of the chakras and it's just drumming and there's one for every shopper. 7 songs. It's by Glen Velez and it is it last I checked it was on the streaming services. So you could try that one. It doesn't have any words though. </w:t>
      </w:r>
      <w:r>
        <w:br/>
      </w:r>
    </w:p>
    <w:p w14:paraId="0CB058BD" w14:textId="77777777" w:rsidR="00B716A4" w:rsidRDefault="00000000">
      <w:r>
        <w:t xml:space="preserve">It's just like. Each song is a drumming music to open that chakra. Ok, I'm going to stop the recording now. Hold on a second. </w:t>
      </w:r>
      <w:r>
        <w:br/>
      </w:r>
    </w:p>
    <w:sectPr w:rsidR="00B716A4"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82AAA" w14:textId="77777777" w:rsidR="00137B08" w:rsidRDefault="00137B08">
      <w:pPr>
        <w:spacing w:after="0" w:line="240" w:lineRule="auto"/>
      </w:pPr>
      <w:r>
        <w:separator/>
      </w:r>
    </w:p>
  </w:endnote>
  <w:endnote w:type="continuationSeparator" w:id="0">
    <w:p w14:paraId="7D3BB5D5" w14:textId="77777777" w:rsidR="00137B08" w:rsidRDefault="00137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8F7BE" w14:textId="77777777" w:rsidR="00B716A4" w:rsidRDefault="00000000">
    <w:pPr>
      <w:pStyle w:val="Footer"/>
      <w:jc w:val="center"/>
    </w:pPr>
    <w:r>
      <w:t xml:space="preserve">Page </w:t>
    </w:r>
    <w:r>
      <w:fldChar w:fldCharType="begin"/>
    </w:r>
    <w:r>
      <w:instrText>PAGE</w:instrText>
    </w:r>
    <w:r w:rsidR="00FD1D06">
      <w:fldChar w:fldCharType="separate"/>
    </w:r>
    <w:r w:rsidR="00FD1D06">
      <w:rPr>
        <w:noProof/>
      </w:rPr>
      <w:t>1</w:t>
    </w:r>
    <w:r>
      <w:fldChar w:fldCharType="end"/>
    </w:r>
    <w:r>
      <w:t>/</w:t>
    </w:r>
    <w:r>
      <w:fldChar w:fldCharType="begin"/>
    </w:r>
    <w:r>
      <w:instrText>NUMPAGES</w:instrText>
    </w:r>
    <w:r w:rsidR="00FD1D06">
      <w:fldChar w:fldCharType="separate"/>
    </w:r>
    <w:r w:rsidR="00FD1D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F1420" w14:textId="77777777" w:rsidR="00137B08" w:rsidRDefault="00137B08">
      <w:pPr>
        <w:spacing w:after="0" w:line="240" w:lineRule="auto"/>
      </w:pPr>
      <w:r>
        <w:separator/>
      </w:r>
    </w:p>
  </w:footnote>
  <w:footnote w:type="continuationSeparator" w:id="0">
    <w:p w14:paraId="59F3B28E" w14:textId="77777777" w:rsidR="00137B08" w:rsidRDefault="00137B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47488596">
    <w:abstractNumId w:val="8"/>
  </w:num>
  <w:num w:numId="2" w16cid:durableId="646205035">
    <w:abstractNumId w:val="6"/>
  </w:num>
  <w:num w:numId="3" w16cid:durableId="1308820216">
    <w:abstractNumId w:val="5"/>
  </w:num>
  <w:num w:numId="4" w16cid:durableId="804086222">
    <w:abstractNumId w:val="4"/>
  </w:num>
  <w:num w:numId="5" w16cid:durableId="166527275">
    <w:abstractNumId w:val="7"/>
  </w:num>
  <w:num w:numId="6" w16cid:durableId="132338409">
    <w:abstractNumId w:val="3"/>
  </w:num>
  <w:num w:numId="7" w16cid:durableId="158737030">
    <w:abstractNumId w:val="2"/>
  </w:num>
  <w:num w:numId="8" w16cid:durableId="1074815374">
    <w:abstractNumId w:val="1"/>
  </w:num>
  <w:num w:numId="9" w16cid:durableId="612902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7B08"/>
    <w:rsid w:val="0015074B"/>
    <w:rsid w:val="0029639D"/>
    <w:rsid w:val="00326F90"/>
    <w:rsid w:val="00AA1D8D"/>
    <w:rsid w:val="00B47730"/>
    <w:rsid w:val="00B716A4"/>
    <w:rsid w:val="00CB0664"/>
    <w:rsid w:val="00FC693F"/>
    <w:rsid w:val="00FD1D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C2217B"/>
  <w14:defaultImageDpi w14:val="300"/>
  <w15:docId w15:val="{E10BFFE5-C1C8-644E-AAE8-86276000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7929</Words>
  <Characters>45201</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53024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2023-03-07T01:56:00Z</dcterms:created>
  <dcterms:modified xsi:type="dcterms:W3CDTF">2023-03-07T01:56:00Z</dcterms:modified>
  <cp:category/>
</cp:coreProperties>
</file>