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C7C51" w14:textId="77777777" w:rsidR="00C530D1" w:rsidRDefault="00000000">
      <w:pPr>
        <w:pStyle w:val="Title"/>
      </w:pPr>
      <w:r>
        <w:t>Nuerodivergent Entrepreneur</w:t>
      </w:r>
    </w:p>
    <w:p w14:paraId="47D9EEBD" w14:textId="77777777" w:rsidR="00C530D1" w:rsidRDefault="00000000">
      <w:r>
        <w:t xml:space="preserve">OK, everybody, welcome to the third workshop. Today of the second day of the neurodiverse summit, yes, it's been a day. If you need the closed captioning. There is a link in the chat that will take you to it. Eva is just simply being a pill today. So we have an alternate means to provide closed captioning and so stephanie. Take it away. Thank you, Mary. So my name is Stephanie Calhoun I and I'm going over assisting the entrepreneur entrepreneur divergent and. </w:t>
      </w:r>
      <w:r>
        <w:br/>
      </w:r>
    </w:p>
    <w:p w14:paraId="0EA8B529" w14:textId="77777777" w:rsidR="00C530D1" w:rsidRDefault="00000000">
      <w:r>
        <w:t xml:space="preserve">Just a little bit about me. You can find all of my socials on that QR code and my name is Stephanie Kelly. My pronouns are they them or dude. I am an autistic and ADHD self-taught groomer. Of 10 years and the owner and head instructor of the meditative Groomer Academy, which specializes in neurodivergent groomers. You also may recognize me as one of the two faces of the grooming on the Spectrum Podcast and the Facebooks. And it's about being or knowing a neurodivergent pet groomer. And it's a support. Our little group is a support group for anybody who needs it, if you ever have any questions, so. </w:t>
      </w:r>
      <w:r>
        <w:br/>
      </w:r>
    </w:p>
    <w:p w14:paraId="793A99F7" w14:textId="77777777" w:rsidR="00C530D1" w:rsidRDefault="00000000">
      <w:r>
        <w:t xml:space="preserve">First, I kind of wanted to talk about I how I was diagnosed with autism and ADHD when I was young. In kindergarten. My teacher did tell my egg donor to. That I should get tested because she thought I had ADHD. And she refused to get me tested because she didn't believe that women could get ADHD so. I kind of knew that I was ADHD for most of my life. And I got officially diagnosed when I was 19, and then when I was about 30, it was around pandemic time actually, when I started to be like really get into it. And I was doing a lot of research and I learned a lot about autism from people who. </w:t>
      </w:r>
      <w:r>
        <w:br/>
      </w:r>
    </w:p>
    <w:p w14:paraId="5831A226" w14:textId="77777777" w:rsidR="00C530D1" w:rsidRDefault="00000000">
      <w:r>
        <w:t xml:space="preserve">Were autistic so that I was able to see it more as something else other than what I had seen on TV. Because I'd always thought that what I was seeing on TV, I'm like, oh, that's not me. But those aren't really. Accurate portrayals, most of the time. And because of kind of the stigma behind it, I was always kind of like. Already to be. </w:t>
      </w:r>
      <w:r>
        <w:br/>
      </w:r>
    </w:p>
    <w:p w14:paraId="03266ABE" w14:textId="77777777" w:rsidR="00C530D1" w:rsidRDefault="00000000">
      <w:r>
        <w:t xml:space="preserve">Artistic, and I actually most of my life I had dreams where I found out that I was actually autistic and my family and friends were fifty first dating me. And just like doing the newspapers and stuff like they did in the in the movie, I had that dream over and over again. So when I started doing more research and I started, I followed a lot of people on tik tok, actually that or autistic, and they were explaining their everyday life and I was able to kind of relate to it. </w:t>
      </w:r>
      <w:r>
        <w:br/>
      </w:r>
    </w:p>
    <w:p w14:paraId="73D9B3D1" w14:textId="77777777" w:rsidR="00C530D1" w:rsidRDefault="00000000">
      <w:r>
        <w:lastRenderedPageBreak/>
        <w:t xml:space="preserve">And then I started doing more research and eventually I ended up. Talking to my psychiatrist and my therapist about it and they both agreed that it probably I had taken a bunch of self diagnostic tests. Which are listed here, because self diagnosis is valid and these are some places to start. So I kind of came in with a bunch of research because I'm autistic and I like to research things. </w:t>
      </w:r>
      <w:r>
        <w:br/>
      </w:r>
    </w:p>
    <w:p w14:paraId="01D44CFF" w14:textId="77777777" w:rsidR="00C530D1" w:rsidRDefault="00000000">
      <w:r>
        <w:t xml:space="preserve">So I researched a lot and then I brought it all in and I talked to them and they were like yeah, I agree with you, but we decided that I because I own my own business and I was not needing. Needing the support needs like that. Would the testing would get me because I can, you know, I can kind of be, you know. I can tell people what I need, so I didn't really need to get a diagnosis. And because my insurance didn't cover it anyways, it kind of wasn't worth it. So I never got like properly diagnosed. But everybody is kind of on the same page, so I just like to bring this up because it is. </w:t>
      </w:r>
      <w:r>
        <w:br/>
      </w:r>
    </w:p>
    <w:p w14:paraId="489A849D" w14:textId="77777777" w:rsidR="00C530D1" w:rsidRDefault="00000000">
      <w:r>
        <w:t xml:space="preserve">Self diagnosis is valid and you gotta start somewhere. The doctors aren't always going to know they're they only see you every so often. They're not going to get all of the insight that you will. So these are some of the tests that I've seen for different neurodivergent things. And I actually put one of my. Have scores from partners one because I really like those graphs. And like these. Actually, most of them. Real quick, do you have a better part of your house that has better wifi? Is it coming cutting in and out a little bit? Not really. This is the best spot. </w:t>
      </w:r>
      <w:r>
        <w:br/>
      </w:r>
    </w:p>
    <w:p w14:paraId="6ADE5ACB" w14:textId="77777777" w:rsidR="00C530D1" w:rsidRDefault="00000000">
      <w:r>
        <w:t xml:space="preserve">Alright, continue sorry. so. Yeah, so these tests are really nice. And even the ones like the RADS test and stuff that are used, a lot of people don't. Like when they're given by a professional, a lot of times it can be more inaccurate that way. So it's actually very accurate, a lot more accurate when you're taking the test yourself. So bring those scores and stuff to explain to your doctor this is what is happening. </w:t>
      </w:r>
      <w:r>
        <w:br/>
      </w:r>
    </w:p>
    <w:p w14:paraId="6F4E13D5" w14:textId="77777777" w:rsidR="00C530D1" w:rsidRDefault="00000000">
      <w:r>
        <w:t xml:space="preserve">They'll be able to kind of look at it too, and help you decide what to do from there. So just a little overview of what we're going to talk about. I'm going to kind of go over the some of the struggles that we deal with and what they are using terms mostly that I've just learned through the neurodivergent community. Because they tend to resonate a little easier for most people instead of like clinical words. And then we're gonna talk about the steps to overcome those struggles. I'm going to talk about the kind of the process I go through for when I'm trying to figure out how to live in the neurotypical world. </w:t>
      </w:r>
      <w:r>
        <w:br/>
      </w:r>
    </w:p>
    <w:p w14:paraId="215BB669" w14:textId="77777777" w:rsidR="00C530D1" w:rsidRDefault="00000000">
      <w:r>
        <w:t xml:space="preserve">And it works really well for me. It might not work perfectly for you, but at least it would be something that you can try. So I wanted to go over that, and then I want to talk a little bit about a reminder of our superpowers because. There are some things that being neurodivergent is actually good for. It's not always bad. And then we'll have a Q and A and i </w:t>
      </w:r>
      <w:r>
        <w:lastRenderedPageBreak/>
        <w:t xml:space="preserve">figured if people have specific umm situations they kind of want to talk about. We can talk about them. In the steps, it'll be kind of. </w:t>
      </w:r>
      <w:r>
        <w:br/>
      </w:r>
    </w:p>
    <w:p w14:paraId="5671A080" w14:textId="77777777" w:rsidR="00C530D1" w:rsidRDefault="00000000">
      <w:r>
        <w:t xml:space="preserve">Learning how to make a system and put together a system that works for you. So our nerve division tonight's and this is just a small amount of the things that we can deal with and if anybody has any other ones that they'd like to throw out there, I'd love to hear those too, if you want to put them in the chat. So there's social difficulties. I know I have a really hard time. I'm because of some childhood trauma. I'm hyper aware of when people have different feelings, but I don't always know what those feelings are. And I also just. </w:t>
      </w:r>
      <w:r>
        <w:br/>
      </w:r>
    </w:p>
    <w:p w14:paraId="60273DD8" w14:textId="77777777" w:rsidR="00C530D1" w:rsidRDefault="00000000">
      <w:r>
        <w:t xml:space="preserve">Sometimes I have a hard time with recall of. Information that I'm trying to get out and I can't always get it to like what I'm saying in my brain to go through my mouth. So I have a lot of social difficulties. I have learned to mask a lot in through my years and I'm kind of trying to deconstruct that a little bit. But social difficulties is a big one time blindness. You know, especially when you're concentrating on something it you know, you just completely forget what time it is. You're it doesn't even exist time. So, you know, a lot of people, a lot of us will struggle with timeliness in the grooming salon. </w:t>
      </w:r>
      <w:r>
        <w:br/>
      </w:r>
    </w:p>
    <w:p w14:paraId="5C7C5E29" w14:textId="77777777" w:rsidR="00C530D1" w:rsidRDefault="00000000">
      <w:r>
        <w:t xml:space="preserve">It will look like maybe a dog takes too long because you're just kind of like doing it. And you're so concentrated on making this look, this haircut look good and suddenly you look up and he was supposed to be gone 20 minutes ago. So that can be a big thing in the in the. Grooming salon. Project permanence and. You know when you suddenly can't find your comb that you just had in your hands 3 seconds ago? It's kind of an out of sight, out of mind. I have really bad object permanence, so when I am. When I'm working I always have to have everything so I can see it and make sure it's visible. </w:t>
      </w:r>
      <w:r>
        <w:br/>
      </w:r>
    </w:p>
    <w:p w14:paraId="2A352ACE" w14:textId="77777777" w:rsidR="00C530D1" w:rsidRDefault="00000000">
      <w:r>
        <w:t xml:space="preserve">Otherwise it's doesn't exist for me. Sensory issues. I have a lot of sensory issues, so I'm pretty familiar with those, but it can be auditory. Just all of that background noise, especially for someone with ADHD, they are not only hearing all of the background noises, but they're having a hard, will have a hard time focusing on the sound that we're trying to hear. So if someone in a crowded bar is talking to us. And we wanna hear that. But we can't because we're hearing the. A person, you know across the bar talking about their day or, you know, we're hearing all the music, or we're hearing, you know, dishes clattering. </w:t>
      </w:r>
      <w:r>
        <w:br/>
      </w:r>
    </w:p>
    <w:p w14:paraId="54B7E77E" w14:textId="77777777" w:rsidR="00C530D1" w:rsidRDefault="00000000">
      <w:r>
        <w:t xml:space="preserve">So it it's a. You know the auditory ones are really difficult. You know, having light sensitivity is another one. Certain types of like feelings of like clothes. So sometimes I have a hard time with finding grooming smocks that are comfortable because I don't like that texture. Sometimes, you know, like I have a really hard time with like loose wet hair. So like getting the hair out of the drain is like makes me gag the whole time. And then? Nope, I lost it. </w:t>
      </w:r>
      <w:r>
        <w:br/>
      </w:r>
    </w:p>
    <w:p w14:paraId="2E38B1A1" w14:textId="77777777" w:rsidR="00C530D1" w:rsidRDefault="00000000">
      <w:r>
        <w:lastRenderedPageBreak/>
        <w:t xml:space="preserve">So inflexibility is another one, especially with someone with autism, changes in the day make a huge impact on you. I hate it when I have, when I get an extra dog added to my schedule the day of, or if you know I have one dog that takes me too long, and then I'm stressed out the rest of the day, even though all my clients are very understanding. </w:t>
      </w:r>
      <w:r>
        <w:br/>
      </w:r>
    </w:p>
    <w:p w14:paraId="500333B2" w14:textId="77777777" w:rsidR="00C530D1" w:rsidRDefault="00000000">
      <w:r>
        <w:t xml:space="preserve">I'm a mobile groomer so like they'll they'll be very understanding that I'm running late, but it stresses me out just because something changed and I haven't been able to process it. Imposter syndrome. So feeling like you're always kind of faking it that comes is kind of part of the masking you know, we've masked, especially if we were late diagnosed, we were masking our whole lives to try to fit in. And then when we do things that were successful, it's really hard to say like, oh, we actually deserve that where it's more oh, but I was just like faked it. </w:t>
      </w:r>
      <w:r>
        <w:br/>
      </w:r>
    </w:p>
    <w:p w14:paraId="25E31513" w14:textId="77777777" w:rsidR="00C530D1" w:rsidRDefault="00000000">
      <w:r>
        <w:t xml:space="preserve">And it happened to workout. And I think a lot of us struggle with that. I don't know how many times I'll like. Hit a random milestone with my grooming school and suddenly I've. I'll hit like just a certain milestone like. Kind of. Suddenly that oh my God, I can't believe I just did that. There's no way that I did that on purpose. Like I messed up. Of course my Internet is going to be unstable umm exactly executive functioning, the kind of I want to do the thing, but I can't make my brain tell my body to get up and do the thing. </w:t>
      </w:r>
      <w:r>
        <w:br/>
      </w:r>
    </w:p>
    <w:p w14:paraId="13AC327A" w14:textId="77777777" w:rsidR="00C530D1" w:rsidRDefault="00000000">
      <w:r>
        <w:t xml:space="preserve">Whether that. And usually it's, we need to have some sort of motivation. I can't always remember the four types of motivation, but there's like spikes and despite. That's the one that I remember all the time. Passion, being really passionate about something or. No, I don't remember that. See, this is the trying to get it to come from my brain out. The recall is a very difficult thing for me. Decision paralysis, the just. Existential dread that you feel when you can't. </w:t>
      </w:r>
      <w:r>
        <w:br/>
      </w:r>
    </w:p>
    <w:p w14:paraId="50192B1E" w14:textId="77777777" w:rsidR="00C530D1" w:rsidRDefault="00000000">
      <w:r>
        <w:t xml:space="preserve">Like when you have to make a decision, no matter how big it is, and it feels like you're making this huge decision, and what if you do it wrong? And it kind of comes also from having to mask all of our lives and trying to always do what's best for everyone else, especially if you're a people pleaser. So that decision paralysis can really you'll just not make a decision at all. So that's another one. I got it to work. So now I want to kind of go over my steps to overcome a struggle and these again, these are steps that I use and work for me. They might not work for you. </w:t>
      </w:r>
      <w:r>
        <w:br/>
      </w:r>
    </w:p>
    <w:p w14:paraId="7097EB99" w14:textId="77777777" w:rsidR="00C530D1" w:rsidRDefault="00000000">
      <w:r>
        <w:t xml:space="preserve">Sometimes you got to find what works best for you. So the first step is to recognize that the struggle exists. The secret to making progress is getting started so. The you know. Kind of a lot of times you might know already what struggles you have so you already know they exist. But kind of the recognition if you kind of think in terms of like, you know, when addicts taking that first step of saying I have a problem that is the first step in them getting </w:t>
      </w:r>
      <w:r>
        <w:lastRenderedPageBreak/>
        <w:t xml:space="preserve">better. </w:t>
      </w:r>
      <w:r>
        <w:br/>
      </w:r>
    </w:p>
    <w:p w14:paraId="0F363449" w14:textId="77777777" w:rsidR="00C530D1" w:rsidRDefault="00000000">
      <w:r>
        <w:t xml:space="preserve">This is another step for us is like saying, OK, I have this struggle and it's OK, but I'm going to. Figure it out, but sometimes you might not know exactly what the struggle is so you can ask yourself some questions, like does something in my life seem harder for me than others? Sometimes I don't realize that I am struggling with something because I don't know what it's like for everybody else. So everybody else might i just assume everybody else is struggling the same way. So it, you know, this part of life is just difficult umm. </w:t>
      </w:r>
      <w:r>
        <w:br/>
      </w:r>
    </w:p>
    <w:p w14:paraId="2D8096FB" w14:textId="77777777" w:rsidR="00C530D1" w:rsidRDefault="00000000">
      <w:r>
        <w:t xml:space="preserve">So you don't really realize that the problem exists, and so asking yourself that question and talking to people will make a big difference. Second, you can ask, is my time being spent the way I want? If you're constantly having to spend a bunch of time on something that you just absolutely hate doing, obviously there are some things that we just have to do. But maybe there is a better way, and this is something that you're taking this much time because you're struggling with it and you don't realize that it's a struggle again because you're not seeing another version. </w:t>
      </w:r>
      <w:r>
        <w:br/>
      </w:r>
    </w:p>
    <w:p w14:paraId="392CF972" w14:textId="77777777" w:rsidR="00C530D1" w:rsidRDefault="00000000">
      <w:r>
        <w:t xml:space="preserve">And then you can ask, are people asking me about my behavior? Sometimes people will ask, you know, why do you do this? I know I tend to ask that question a lot just because I'm constantly trying to reach like understand other humans and so I do a lot of like. why? Why do you do that? Especially in the classroom? Because I believe everybody has different ways of doing things and not. And none of it necessarily is going to be wrong as long as we're getting to the same conclusion. So, but asking about why you're doing something? Can mean that they're noticing that you're a little different, which is fine. </w:t>
      </w:r>
      <w:r>
        <w:br/>
      </w:r>
    </w:p>
    <w:p w14:paraId="0D6A513A" w14:textId="77777777" w:rsidR="00C530D1" w:rsidRDefault="00000000">
      <w:r>
        <w:t xml:space="preserve">It can be scary, but it is fine if they're noticing, because that can help you to find out what you need to. You know what you need to work on. So then once you kind of have been like, OK, this is something I have a struggle with, but then you kind of need to do some soul searching. You can't go back to chain change the beginning, but you can start where you are and change the ending so you know. Just because I, you know, struggled with this thing in the past doesn't mean I should just, like, pretend it didn't happen. </w:t>
      </w:r>
      <w:r>
        <w:br/>
      </w:r>
    </w:p>
    <w:p w14:paraId="42BAC422" w14:textId="77777777" w:rsidR="00C530D1" w:rsidRDefault="00000000">
      <w:r>
        <w:t xml:space="preserve">Because I was, I'm upset that I it happened. I can change and be better in the future, and that's what really matters is that I'm constantly trying to grow. But you need to make sure that you take a step back and feel your feelings, all your feelings, you know, we all need to be. Giving ourselves time to have feelings about it and no feelings about it are bad. You know, if you're frustrated, that doesn't necessarily mean it's bad. You can still feel that frustrated feeling, but then you're going to move on afterwards. So feel your feelings, let it marinate, and then you want to kind of take a step back, take a deep breath. </w:t>
      </w:r>
      <w:r>
        <w:br/>
      </w:r>
    </w:p>
    <w:p w14:paraId="120330AF" w14:textId="77777777" w:rsidR="00C530D1" w:rsidRDefault="00000000">
      <w:r>
        <w:lastRenderedPageBreak/>
        <w:t xml:space="preserve">And kind of ground yourself. There are lots of different types of grounding exercises out there, and I am. I will constantly tell people you need to ground yourself. You need to ground yourself. And it's seems scary when you first start, but once you kind of understand that you're just trying to, I visualize it as like. When I need to ground myself, my brain is out in a different world and I need to body. </w:t>
      </w:r>
      <w:r>
        <w:br/>
      </w:r>
    </w:p>
    <w:p w14:paraId="1F6F655F" w14:textId="77777777" w:rsidR="00C530D1" w:rsidRDefault="00000000">
      <w:r>
        <w:t xml:space="preserve">And so sometimes that's, you know, you got to find kind of what ties your brain back to Earth. So like for me, being outside in the wilderness, I also, I was a medical user when I lived in Illinois and that was a good way to ground myself. It kind of brought me back umm. To my body. And then three is and before i move on. There are these really cool grounding cards that you can get on Etsy and they have all sorts of different ones so. There are more than there are more than one ways to. There is more than one way to ground yourself, so that's a good tool to have in your. </w:t>
      </w:r>
      <w:r>
        <w:br/>
      </w:r>
    </w:p>
    <w:p w14:paraId="0F909F0B" w14:textId="77777777" w:rsidR="00C530D1" w:rsidRDefault="00000000">
      <w:r>
        <w:t xml:space="preserve">On your side. Then you're going to go through the memory bank. Many times you will a lot of the things that you're struggling with. You can kind of kind of go back and remember other times that you struggled with that thing. Because you might find the answer to why that thing is happening because umm. You know, maybe something will come out the same way for me, like a struggle that I have. You know, timeliness might not be the same for me as someone else, so seeing how it works for you is going to help you get through it. So the next one would be naming the struggle, and it's kind of bringing back to these. </w:t>
      </w:r>
      <w:r>
        <w:br/>
      </w:r>
    </w:p>
    <w:p w14:paraId="3A321EF2" w14:textId="77777777" w:rsidR="00C530D1" w:rsidRDefault="00000000">
      <w:r>
        <w:t xml:space="preserve">Again, this isn't a full list, but naming the struggle you, for me at least, it helps me to be able to put a word to something. Being able to put a word to a feeling or put a word to something. It gives it more meaning and then I'm able to. See it as it is instead of just like this like. Magical thing that isn't working. </w:t>
      </w:r>
      <w:r>
        <w:br/>
      </w:r>
    </w:p>
    <w:p w14:paraId="2FD9FB5D" w14:textId="77777777" w:rsidR="00C530D1" w:rsidRDefault="00000000">
      <w:r>
        <w:t xml:space="preserve">You know that I don't understand. I like to understand the things so being able to say and you know these are you can make up your own name. You don't even have to use like specific ones. But you know, social difficult, you know, knowing it's you know. Executive functioning, knowing that it's my executive functioning that is causing the problem, made a huge difference in my being able to get through executive functioning and get executive dysfunction to get where I wanted to be. </w:t>
      </w:r>
      <w:r>
        <w:br/>
      </w:r>
    </w:p>
    <w:p w14:paraId="588CE345" w14:textId="77777777" w:rsidR="00C530D1" w:rsidRDefault="00000000">
      <w:r>
        <w:t xml:space="preserve">So putting a name to it is going to. Give you that. Hopefully we'll give you that kind of understanding of what you. Are struggling with so that you can find the system that works within that. So the next one is identifying what is holding you back. Peer pressure and social norms are super powerful influence and sometimes. We will struggle with something and struggle with something and we keep trying to fix it, and we can't because we're trying to do it within the societal norms of this neurotypical. Like a neurotypical world. and. You know </w:t>
      </w:r>
      <w:r>
        <w:lastRenderedPageBreak/>
        <w:t xml:space="preserve">for me. I am a very like I see my memories in pictures, so I kind of. </w:t>
      </w:r>
      <w:r>
        <w:br/>
      </w:r>
    </w:p>
    <w:p w14:paraId="2FF7A8A8" w14:textId="77777777" w:rsidR="00C530D1" w:rsidRDefault="00000000">
      <w:r>
        <w:t xml:space="preserve">Think of a lot of my struggles as kind of a I'm in. You know what, I'm trying to go through my memory banks and I'm trying to recall something. I think of a filing cabinet or in this case a filing of pictures so you can see on the left side. You know, they it's very organized and they're the pictures are labeled and. You know they're. Very neat. So you can see everything where on the right side, that's more like my filing system of my memories, so. </w:t>
      </w:r>
      <w:r>
        <w:br/>
      </w:r>
    </w:p>
    <w:p w14:paraId="4B0DFFA9" w14:textId="77777777" w:rsidR="00C530D1" w:rsidRDefault="00000000">
      <w:r>
        <w:t xml:space="preserve">Identifying that I was like realizing I was different, and that's OK cause my side is just as pretty as the other side. It's just a little harder to find the pictures when I need them. so. Just realizing that your. Whatever it is, it's because you're trying to do it with within this box, and you need to look outside the box. So then you're going to blow up the rules. Without deviation from the norm, progress is not possible. And I don't when I say blow out the rules, I don't mean like do illegal things. I'm talking about the societal construct rules that are saying like, Oh well. </w:t>
      </w:r>
      <w:r>
        <w:br/>
      </w:r>
    </w:p>
    <w:p w14:paraId="7315CCEF" w14:textId="77777777" w:rsidR="00C530D1" w:rsidRDefault="00000000">
      <w:r>
        <w:t xml:space="preserve">You know you're not organizing correctly, so. You're doing it wrong. You know, or you're not organizing the way I do it, so you're doing it wrong. Or you're not. You know you're not arriving on time like I do, so you're doing something wrong. But when you come to your systems, which we're going to talk about in more detail, your systems will like, if you're trying to keep those systems within that box of what is normal, like what is typical and what is expected, you're never going to always. Some of them you will, but you're very unlikely to be able to find a system that works for you within that box when you're not in that box to begin with. </w:t>
      </w:r>
      <w:r>
        <w:br/>
      </w:r>
    </w:p>
    <w:p w14:paraId="2663E529" w14:textId="77777777" w:rsidR="00C530D1" w:rsidRDefault="00000000">
      <w:r>
        <w:t xml:space="preserve">And being outside that box is OK. So you gotta blow up those societal norms and rules that say you can't do something a certain way. And then you're going to make your own rules. If the existing rules don't work for you, then create your own. You know, I thought this picture was pretty perfect because, those the little white flowers are beautiful and they all look very similar and seeing them all together looks gorgeous. But that one flower that's sticking out is. Also beautiful and. You know it. There's nothing wrong with it, it's just. Place, basically. So it's like, it's like us, we're, you know, we're just not in a world that was built for us, just like the flower isn't in a garden that was built for it, so. </w:t>
      </w:r>
      <w:r>
        <w:br/>
      </w:r>
    </w:p>
    <w:p w14:paraId="615B24F1" w14:textId="77777777" w:rsidR="00C530D1" w:rsidRDefault="00000000">
      <w:r>
        <w:t xml:space="preserve">You can make your own rules, obviously. Again, don't do anything. You got to keep with the legal rules. But outside of that, these societal rules and norms are you don't have to stay in that box. And realizing that I didn't have to stay in that box is what made a huge difference for me. And in fact, it was Mary who told me when I wanted to do something that worked for me. And the first time she, like, said, yeah, that sounds great, you know? And I was like, oh, I can go outside. Like, it's perfect. Like I can do it. And that made a huge difference for </w:t>
      </w:r>
      <w:r>
        <w:lastRenderedPageBreak/>
        <w:t xml:space="preserve">me, realizing that just because I have to go outside the box, if I'm still getting to that same goal that I want, then it doesn't matter how I got there. </w:t>
      </w:r>
      <w:r>
        <w:br/>
      </w:r>
    </w:p>
    <w:p w14:paraId="00A52399" w14:textId="77777777" w:rsidR="00C530D1" w:rsidRDefault="00000000">
      <w:r>
        <w:t xml:space="preserve">When it comes to forming a system and you form a system on your terms, a good system shortens the road to a goal. So it's taking that system that you already have that's taking way too much time and you hate doing it and just changing it. So instead of going from point, you know, from here to here, maybe you had to do a little bit of this. But maybe it just worked out better. So don't fight your brain. </w:t>
      </w:r>
      <w:r>
        <w:br/>
      </w:r>
    </w:p>
    <w:p w14:paraId="5A53433A" w14:textId="77777777" w:rsidR="00C530D1" w:rsidRDefault="00000000">
      <w:r>
        <w:t xml:space="preserve">You want to listen to your brain and work with it instead of fighting it. Because fighting it is just going to continue to be a fight and you're never going to get to the end. Some things that I think of for systems, especially I use them around the grooming salon. I like to make signs. I have signs everywhere. I have signs for which towels to put. Where and what to use them for? Because I keep certain towels separate from the other, but it there's signs everywhere. I have signs for the how to use the vacuum. Even if it's something simple, it it's there so that I'm not having to constantly think about every tiny little thing. </w:t>
      </w:r>
      <w:r>
        <w:br/>
      </w:r>
    </w:p>
    <w:p w14:paraId="4746ED13" w14:textId="77777777" w:rsidR="00C530D1" w:rsidRDefault="00000000">
      <w:r>
        <w:t xml:space="preserve">Well, I'm trying to also groom or while I'm trying to also teach. And so it's just limiting the outside extra stress that I have because I already know that these things are working. I also, I'm really bad on the phone. So for me writing out a script when I have to call, I will write out a script on how I'm going to talk to the people when I make an appointment with my doctor. So like there's nothing wrong with having to write a script and you can even, you know, you can. Even kind of go a little more into it and have, you know, think of different questions that person gonna ask you. </w:t>
      </w:r>
      <w:r>
        <w:br/>
      </w:r>
    </w:p>
    <w:p w14:paraId="0701D184" w14:textId="77777777" w:rsidR="00C530D1" w:rsidRDefault="00000000">
      <w:r>
        <w:t xml:space="preserve">I have for my students actually when they are learning to talk to a client. I have a pet intake form that is super thorough. It has every question they could possibly want need to ask. You know it has. I broke it down into smaller pieces as well. It's, you know, I have, you know, not behavioral health stuff. And I specifically said like is there, you know, history of blindness or deafness or things that were important to grooming? Because a lot of owners don't think about that either. So I broke it down into all those things. So my students go and they check on each thing and then behavior I have like have has your dog ever umm. </w:t>
      </w:r>
      <w:r>
        <w:br/>
      </w:r>
    </w:p>
    <w:p w14:paraId="6BCF5FBC" w14:textId="77777777" w:rsidR="00C530D1" w:rsidRDefault="00000000">
      <w:r>
        <w:t xml:space="preserve">Has a has a professional ever said these words about your dog? And I used like. Spicy and difficult. And you know, dogs that are dogs. Words that we would use to describe. Words that you, sorry, words that you would that we would maybe use, the groomers would maybe use to describe a dog's behavior to an owner. Because I think a lot of us, we see why they're acting a certain way. And so they might be a whole piranha trying to eat our face off. But we understand that dog is scared or that dog is just reacting to new things. </w:t>
      </w:r>
      <w:r>
        <w:br/>
      </w:r>
    </w:p>
    <w:p w14:paraId="0D98A4A3" w14:textId="77777777" w:rsidR="00C530D1" w:rsidRDefault="00000000">
      <w:r>
        <w:lastRenderedPageBreak/>
        <w:t xml:space="preserve">Or whatever. And so we, I think, especially neurodivergent people, we tend to. Kind of cushion the blow a little bit even though we're still we to us it's like we're being honest but the client might not read it as the same way and so when they, if they go to a different client or different dog groomer then they will have those words that we might, they might not think they have to explain to us. </w:t>
      </w:r>
      <w:r>
        <w:br/>
      </w:r>
    </w:p>
    <w:p w14:paraId="33F0C613" w14:textId="77777777" w:rsidR="00C530D1" w:rsidRDefault="00000000">
      <w:r>
        <w:t xml:space="preserve">And then? I also one of my favorite things is oops. One of my favorite things for decision paralysis is rolling the die. I sometimes can't decide what movie I want, so I'll roll the roll the dice. I'll pick a list. Off of the Internet or whatever and I'll just roll the dice to see what happens because. For little decisions like that, it doesn't matter and so having that extra help to like just make the decision for me. You know. I rolled it, you know, I rolled the dice and I, you know, I ended up with a movie and it was the good movie and that it didn't, it wasn't going to end my world to choose the wrong movie. </w:t>
      </w:r>
      <w:r>
        <w:br/>
      </w:r>
    </w:p>
    <w:p w14:paraId="36EB9DF8" w14:textId="77777777" w:rsidR="00C530D1" w:rsidRDefault="00000000">
      <w:r>
        <w:t xml:space="preserve">But I was in that decision paralysis, and then I was able to just roll the dice and I got rid of that stress. And that will help me eventually, too. It has helped me as I've gotten better with it helped me to be able to make bigger decisions a lot easier umm. And then the next thing would be the trial run. You want to try it out. Life is trying things to see if they work. The first time it might not work at all. The second time, maybe it helped a little, but that's OK you're just going to keep trying and you'll eventually find what works best for you. </w:t>
      </w:r>
      <w:r>
        <w:br/>
      </w:r>
    </w:p>
    <w:p w14:paraId="08180F7C" w14:textId="77777777" w:rsidR="00C530D1" w:rsidRDefault="00000000">
      <w:r>
        <w:t xml:space="preserve">And then after the trial run. Then we're gonna take the plan. You know, I say try, fail, tweak, you know, eventually you're going to get to that goal and it's just going to take little steps of tweaking to get to that goal. Oh, and then sorry but. So I kind of wanted to take some time to see if anybody in here would like to talk about any specific systems that work for them or if they're trying to figure out a system. </w:t>
      </w:r>
      <w:r>
        <w:br/>
      </w:r>
    </w:p>
    <w:p w14:paraId="1E16BA1A" w14:textId="77777777" w:rsidR="00C530D1" w:rsidRDefault="00000000">
      <w:r>
        <w:t xml:space="preserve">You know, if we wanted just about that, I wanted to also talk about some of the things that I've used this process for to figure out. So if you guys have anything, please let me know in the chat. And then I figured I would tell you a couple things that I've used. So I've talked about like the object permanence. I like to have everything out because otherwise I'm never going to remember that it's there. So I all of my products are out where I can see them. </w:t>
      </w:r>
      <w:r>
        <w:br/>
      </w:r>
    </w:p>
    <w:p w14:paraId="68EE37CE" w14:textId="77777777" w:rsidR="00C530D1" w:rsidRDefault="00000000">
      <w:r>
        <w:t xml:space="preserve">I have when I'm in the mobile van, I like to have. I use this makeup. Container thing that has clear pieces and I have all my tools in the little clear bags so that I can see which tools I have. Because even though I know what tools I have, I won't remember them when I need them. And then I get mad when I realize that I have them. And that whole time I was struggling with something that I didn't have to struggle with because I had the tool that I actually needed so umm. </w:t>
      </w:r>
      <w:r>
        <w:br/>
      </w:r>
    </w:p>
    <w:p w14:paraId="15DFDB2A" w14:textId="77777777" w:rsidR="00C530D1" w:rsidRDefault="00000000">
      <w:r>
        <w:lastRenderedPageBreak/>
        <w:t xml:space="preserve">You know, I talked about the signs I love. I'm a post it note person. I have post it notes everywhere umm. And I. A lot of times it's posted, it starts off as posted notes, and if that posted note stays up for longer than a few weeks, then I switched to a regular sign and i have a laminator now so I can laminate it and I have a laminated sign instead of the post it note. Obviously post it notes don't stay up forever. Sorry, with my one thing that I have a problem with actually, is with driving and being I was a mobile groomer, it was very hard for me to drive because it was very stressful. </w:t>
      </w:r>
      <w:r>
        <w:br/>
      </w:r>
    </w:p>
    <w:p w14:paraId="47E7A15D" w14:textId="77777777" w:rsidR="00C530D1" w:rsidRDefault="00000000">
      <w:r>
        <w:t xml:space="preserve">And then I realized that there was tools that I could use to make it a little less stressful because the reason I was stressed is because there's so many things to pay attention to and I. And easily distracted. So for me I found that things like the automatic cruise control. Is like a life saver. Finding out that you could use cruise control at any speed also was life changer. Because then I realized that all of those times when I've gotten speeding tickets, because I speed in an area that had like no traffic, but the speed limit was really low and it's because I don't want to. </w:t>
      </w:r>
      <w:r>
        <w:br/>
      </w:r>
    </w:p>
    <w:p w14:paraId="1C265516" w14:textId="77777777" w:rsidR="00C530D1" w:rsidRDefault="00000000">
      <w:r>
        <w:t xml:space="preserve">It's not because I'm not paying attention, it's because I'm so concentrated on the road and making sure I'm not. Hitting anything that I don't wanna constantly look at the speedometer because every time I look at the speedometer it throws me off and I have to like readjust to like looking back up out. Not the road. And so having automatic cruise control when I'm in a space where there's not a whole lot of cars to kind of a lot of times keep pace with the other cars. </w:t>
      </w:r>
      <w:r>
        <w:br/>
      </w:r>
    </w:p>
    <w:p w14:paraId="059B00D7" w14:textId="77777777" w:rsidR="00C530D1" w:rsidRDefault="00000000">
      <w:r>
        <w:t xml:space="preserve">So that way I don't have to keep looking. And so if there's not cars that I can keep pace with, I'll throw on my through my automatic cruise control and then I will. Kind of words. I'll throw on the audible and then I don't have to worry about it because it's not going to let me speed and because it the way my cruise control works, it will slow down if I get too close to someone in front of me. So even if I come up around someone then it will still be. </w:t>
      </w:r>
      <w:r>
        <w:br/>
      </w:r>
    </w:p>
    <w:p w14:paraId="267BF566" w14:textId="77777777" w:rsidR="00C530D1" w:rsidRDefault="00000000">
      <w:r>
        <w:t xml:space="preserve">Words again. I will still be like. Not I won't have to worry about that. Like it'll just slow down and I will stay in pace with everybody else then, umm. And so that made a huge difference in my driving. And also realizing because I'm ADHD, I'm easily distracted, so I need to distract the part of my brain that constantly needs to think otherwise. The part of me that is just busy, the part of my brain that is busy driving and concentrating on the road. I can't concentrate, so I keep this little piece busy by like I'll listen to podcasts. Because then I'm kind that it's getting that part of my brain going and I'm learning, but I still have the other part of my brain that's like concentrating on the road and it makes a huge difference in my ability to concentrate when I'm driving umm. </w:t>
      </w:r>
      <w:r>
        <w:br/>
      </w:r>
    </w:p>
    <w:p w14:paraId="7C8213DB" w14:textId="77777777" w:rsidR="00C530D1" w:rsidRDefault="00000000">
      <w:r>
        <w:lastRenderedPageBreak/>
        <w:t xml:space="preserve">I don't know if anybody else is. Has anything? I'll go to the next part. The next part is don't forget your superpowers. My dad who is also ADHD and we are very similar. He always says to me. If we could take over the world. He said he always said we could take over the world only if we could remember the plan. Because we constantly, you know, we're we are a lot smarter than a lot of times we look, but we can't. Focus on what we're doing in order to actually execute the plan. And that always sticks with me because I don't believe in our neurodivergence as a disability. I don't see it that way, and I know some people do, and I understand it's technically a disability. </w:t>
      </w:r>
      <w:r>
        <w:br/>
      </w:r>
    </w:p>
    <w:p w14:paraId="2540B58A" w14:textId="77777777" w:rsidR="00C530D1" w:rsidRDefault="00000000">
      <w:r>
        <w:t xml:space="preserve">But to me, I believe the universe is always trying to achieve this kind of balance. Whether we are trying or not, the universe is. Kind of trying to achieve this balance. And so in my eyes we have these struggles of being neurodivergent. Because we're really good at other things because we have these superpowers. And so that's just like to me, the struggles are the universe going Oh no, we're we can't make you too powerful umm. </w:t>
      </w:r>
      <w:r>
        <w:br/>
      </w:r>
    </w:p>
    <w:p w14:paraId="3E814813" w14:textId="77777777" w:rsidR="00C530D1" w:rsidRDefault="00000000">
      <w:r>
        <w:t xml:space="preserve">And I think that's the reason. That we do struggle with it is just it doesn't are. The universe doesn't want us to get too powerful. So a few of the. Superpowers that we might have is ability to hyper focus. So I can hyper focus on something for days and just nothing else matters. I'll forget to eat, I'll forget to sleep. You know, once I get into something I can't stop. And that can be really helpful because it's helped me to, you know, especially because I procrastinate on everything. </w:t>
      </w:r>
      <w:r>
        <w:br/>
      </w:r>
    </w:p>
    <w:p w14:paraId="00B6CBAF" w14:textId="77777777" w:rsidR="00C530D1" w:rsidRDefault="00000000">
      <w:r>
        <w:t xml:space="preserve">I'm able to put something together very. Technically, because I can just hyper focus on it and everything else disappears. Unfortunately then we forget about self-care and you know, that's our the universe trying to balance this out is we're so busy focusing on this great thing that we forget to eat or sleep or do self-care in and all of that. And so umm, you know those parts are a negative. But we also. </w:t>
      </w:r>
      <w:r>
        <w:br/>
      </w:r>
    </w:p>
    <w:p w14:paraId="7FB0B6B0" w14:textId="77777777" w:rsidR="00C530D1" w:rsidRDefault="00000000">
      <w:r>
        <w:t xml:space="preserve">You know, a neurotypical person can't hyper focus in the way that someone who is neurodivergent does. Sorry, I just got to look at my notes. Outside the box thinking. We, especially once you start breaking down some of these societal rules. We do have a lot of outside the box thinking, and that's something I know not to toot my own horn, but I am very good at. I can be very good at outside the box thinking. And I actually like I do. Consultations or I do like coaching for. You know, doing this, kind of making systems and stuff. I do coaching for that and so I use my out of the box thinking to help people. </w:t>
      </w:r>
      <w:r>
        <w:br/>
      </w:r>
    </w:p>
    <w:p w14:paraId="395D6E08" w14:textId="77777777" w:rsidR="00C530D1" w:rsidRDefault="00000000">
      <w:r>
        <w:t xml:space="preserve">Live in a world that's not made for them. So like, yeah, I sometimes I have. You know, I struggle with things, but I can at least usually be pretty creative in finding a way to do it on my terms. So I've that's my favorite superpower. And also, if anybody has other superpowers that they would like to talk about, please let leave them in the chat. Strong </w:t>
      </w:r>
      <w:r>
        <w:lastRenderedPageBreak/>
        <w:t xml:space="preserve">observational skills and attention to detail I. </w:t>
      </w:r>
      <w:r>
        <w:br/>
      </w:r>
    </w:p>
    <w:p w14:paraId="50530418" w14:textId="77777777" w:rsidR="00C530D1" w:rsidRDefault="00000000">
      <w:r>
        <w:t xml:space="preserve">I once read this research paper. And this always makes me think of it, because it was this research paper on how the neurodivergent brain is very similar to that of the hunter gatherer. Type brain that we had when humans are gatherers. And they tended to be a lot more alert and aware of their surroundings. So that hyper awareness that this the sensory issues that we have were actually meant as is what they're saying is like they're actually meant as like. </w:t>
      </w:r>
      <w:r>
        <w:br/>
      </w:r>
    </w:p>
    <w:p w14:paraId="1BD0E8BC" w14:textId="77777777" w:rsidR="00C530D1" w:rsidRDefault="00000000">
      <w:r>
        <w:t xml:space="preserve">Being able to be out hunting and being able to sense all of the sounds and the smells and stuff around you that will make you a good hunter. so. I even though it's still like in theory, they're still kind of doing research into that, I do tend to look at my brain as more like a hunter gatherer kind of brain where I'm going to be a lot more. I'm going to see the attention to detail. </w:t>
      </w:r>
      <w:r>
        <w:br/>
      </w:r>
    </w:p>
    <w:p w14:paraId="387D29DF" w14:textId="77777777" w:rsidR="00C530D1" w:rsidRDefault="00000000">
      <w:r>
        <w:t xml:space="preserve">I'm going to see those little things. I'm going to notice that, you know, that deer out in the middle of the woods that no one else can see because I'm hyper. Aware of those things or I'm gonna hear noises that other people can't hear. Because they. Because they don't have those senses as heightened as I do, you know, and out in the wilderness, that might be great. It's just not great at a grocery store when there's a bajillion beep beeping noises and people talking and music and bright lights and all of that stuff. The sensory. My heightened senses can be a little overwhelming. And so then, yeah, that's something that I struggle with in the, you know, in this neurotypical world. </w:t>
      </w:r>
      <w:r>
        <w:br/>
      </w:r>
    </w:p>
    <w:p w14:paraId="34BC24FB" w14:textId="77777777" w:rsidR="00C530D1" w:rsidRDefault="00000000">
      <w:r>
        <w:t xml:space="preserve">But I try to see it as well, at least, you know, I have these, you know, at least these since these hypersensitivities can be useful, I can use them for things I tend to notice. Like, when I'm driving, I tend to notice cars that aren't doing normal things. You know, people driving differently than everybody else. I'll notice that. Or I'll notice some guy in the crowd that's being a little bit creepy that maybe nobody else will notice. </w:t>
      </w:r>
      <w:r>
        <w:br/>
      </w:r>
    </w:p>
    <w:p w14:paraId="30E38A46" w14:textId="77777777" w:rsidR="00C530D1" w:rsidRDefault="00000000">
      <w:r>
        <w:t xml:space="preserve">And I'm able to keep my eye on that, you know? And then. You know, and so that we do have these superpowers, and they aren't always meant to be negative. It's just that this world isn't built for us so. The other thing. Is ability to recognize patterns. And behaviors, especially people who are probably late diagnosed, they're probably going to be a little bit more sensitive to other people's emotions. Even though maybe we don't understand the emotion, I can sense when. There is something. When I can sense when my husband's mood changes, even from the tiniest little hints, he could, you know, everybody else could think he's acting totally normal and I'll be like, what's going on? But, you know, I had to learn because sometimes it's just that he's concentrating or he just was zoning out or whatever. </w:t>
      </w:r>
      <w:r>
        <w:br/>
      </w:r>
    </w:p>
    <w:p w14:paraId="243C7826" w14:textId="77777777" w:rsidR="00C530D1" w:rsidRDefault="00000000">
      <w:r>
        <w:lastRenderedPageBreak/>
        <w:t xml:space="preserve">So I don't understand what the emotion is, but i do see that it changed. So that hypersensitivity is again going to help, but is gonna again helpful and. You know, stick because in a crowded room of people that you don't know especially when you don't understand the emotions. And there's a lot of emotions going on in there and it's very overwhelming where if I'm. You know, home with my husband with just my husband. And I noticed his mood changes and I asked him, you know, I now I've learned. </w:t>
      </w:r>
      <w:r>
        <w:br/>
      </w:r>
    </w:p>
    <w:p w14:paraId="3ED9FFAE" w14:textId="77777777" w:rsidR="00C530D1" w:rsidRDefault="00000000">
      <w:r>
        <w:t xml:space="preserve">I ask him what is the emotion you you're feeling right now. And so being able to say like, hey, what is the emotion you're feeling right now? I'm able to find out what emotion that is, but he most people might not have noticed that change in his emotion because it's very like. He he's got the RBF down Pat, so he always looks angry and intimidating. So like I'm able to catch those little tiny things, a little twinges lip or whatever. </w:t>
      </w:r>
      <w:r>
        <w:br/>
      </w:r>
    </w:p>
    <w:p w14:paraId="4C3280B0" w14:textId="77777777" w:rsidR="00C530D1" w:rsidRDefault="00000000">
      <w:r>
        <w:t xml:space="preserve">And he is like, oh, I didn't even realize I had changed the way I was acting. So that is another one where it's like it's a superpower and then, you know, you got to balance it out with, you know, I don't fully understand what the emotion. Is so. And then there's does anybody else have some examples of some superpowers that we have? no nope nope. And then I had just for here I had some questions. Apparently I talk a lot faster than I was expecting. Umm, and I had been planning for more. No, this is fine. I didn't see that so. </w:t>
      </w:r>
      <w:r>
        <w:br/>
      </w:r>
    </w:p>
    <w:p w14:paraId="487FCEE8" w14:textId="77777777" w:rsidR="00C530D1" w:rsidRDefault="00000000">
      <w:r>
        <w:t xml:space="preserve">But we'll give it a minute for questions, OK? Ok, you are in the membership group, so if anyone has any questions, they can tag you in the group. Any questions? Who is not does not have a membership? How do they get hold of you? So you can find me on the meditative groomer Academy Facebook page or Instagram, you can email me at meditative info at meditative groomer dot com, or you can find friend me on Facebook. I will add pretty much anyone who has a dog in their profile picture, so you can always add me. yeah and it just says very relatable content awesome. Thank you. Alright, if anyone does have a question, do me a favor, raise your hand, because if not, we're going to stop. </w:t>
      </w:r>
      <w:r>
        <w:br/>
      </w:r>
    </w:p>
    <w:p w14:paraId="6A31747E" w14:textId="77777777" w:rsidR="00C530D1" w:rsidRDefault="00000000">
      <w:r>
        <w:t xml:space="preserve">And we will be back in actually an hour and a half with Amy. Yeah, and that's also my QR code again so. Ok, we're good. All right. An hour and a half, yes. So it's on top of the hour right now and so it's an hour and a half to two thirty. We had thought hold on with separate reporting. Stopping farting. </w:t>
      </w:r>
      <w:r>
        <w:br/>
      </w:r>
    </w:p>
    <w:sectPr w:rsidR="00C530D1"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FDA05" w14:textId="77777777" w:rsidR="00BA1236" w:rsidRDefault="00BA1236">
      <w:pPr>
        <w:spacing w:after="0" w:line="240" w:lineRule="auto"/>
      </w:pPr>
      <w:r>
        <w:separator/>
      </w:r>
    </w:p>
  </w:endnote>
  <w:endnote w:type="continuationSeparator" w:id="0">
    <w:p w14:paraId="685D679A" w14:textId="77777777" w:rsidR="00BA1236" w:rsidRDefault="00BA12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66E31" w14:textId="77777777" w:rsidR="00C530D1" w:rsidRDefault="00000000">
    <w:pPr>
      <w:pStyle w:val="Footer"/>
      <w:jc w:val="center"/>
    </w:pPr>
    <w:r>
      <w:t xml:space="preserve">Page </w:t>
    </w:r>
    <w:r>
      <w:fldChar w:fldCharType="begin"/>
    </w:r>
    <w:r>
      <w:instrText>PAGE</w:instrText>
    </w:r>
    <w:r w:rsidR="00BD1710">
      <w:fldChar w:fldCharType="separate"/>
    </w:r>
    <w:r w:rsidR="00BD1710">
      <w:rPr>
        <w:noProof/>
      </w:rPr>
      <w:t>1</w:t>
    </w:r>
    <w:r>
      <w:fldChar w:fldCharType="end"/>
    </w:r>
    <w:r>
      <w:t>/</w:t>
    </w:r>
    <w:r>
      <w:fldChar w:fldCharType="begin"/>
    </w:r>
    <w:r>
      <w:instrText>NUMPAGES</w:instrText>
    </w:r>
    <w:r w:rsidR="00BD1710">
      <w:fldChar w:fldCharType="separate"/>
    </w:r>
    <w:r w:rsidR="00BD171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A3627" w14:textId="77777777" w:rsidR="00BA1236" w:rsidRDefault="00BA1236">
      <w:pPr>
        <w:spacing w:after="0" w:line="240" w:lineRule="auto"/>
      </w:pPr>
      <w:r>
        <w:separator/>
      </w:r>
    </w:p>
  </w:footnote>
  <w:footnote w:type="continuationSeparator" w:id="0">
    <w:p w14:paraId="58FF2F6F" w14:textId="77777777" w:rsidR="00BA1236" w:rsidRDefault="00BA12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63591008">
    <w:abstractNumId w:val="8"/>
  </w:num>
  <w:num w:numId="2" w16cid:durableId="1491557433">
    <w:abstractNumId w:val="6"/>
  </w:num>
  <w:num w:numId="3" w16cid:durableId="28116387">
    <w:abstractNumId w:val="5"/>
  </w:num>
  <w:num w:numId="4" w16cid:durableId="1341615682">
    <w:abstractNumId w:val="4"/>
  </w:num>
  <w:num w:numId="5" w16cid:durableId="1672679141">
    <w:abstractNumId w:val="7"/>
  </w:num>
  <w:num w:numId="6" w16cid:durableId="673579454">
    <w:abstractNumId w:val="3"/>
  </w:num>
  <w:num w:numId="7" w16cid:durableId="1258363952">
    <w:abstractNumId w:val="2"/>
  </w:num>
  <w:num w:numId="8" w16cid:durableId="1963998338">
    <w:abstractNumId w:val="1"/>
  </w:num>
  <w:num w:numId="9" w16cid:durableId="7978373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AA1D8D"/>
    <w:rsid w:val="00B47730"/>
    <w:rsid w:val="00BA1236"/>
    <w:rsid w:val="00BD1710"/>
    <w:rsid w:val="00C530D1"/>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40A0F0"/>
  <w14:defaultImageDpi w14:val="300"/>
  <w15:docId w15:val="{E10BFFE5-C1C8-644E-AAE8-86276000F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5592</Words>
  <Characters>31875</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37393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2023-03-06T22:33:00Z</dcterms:created>
  <dcterms:modified xsi:type="dcterms:W3CDTF">2023-03-06T22:33:00Z</dcterms:modified>
  <cp:category/>
</cp:coreProperties>
</file>