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5355" w:rsidRDefault="00000000">
      <w:pPr>
        <w:pStyle w:val="Title"/>
      </w:pPr>
      <w:r>
        <w:t>Time Management 2023</w:t>
      </w:r>
    </w:p>
    <w:p w:rsidR="00465355" w:rsidRDefault="00000000">
      <w:r>
        <w:t xml:space="preserve">OK, so a little late start with some tech issues, but here we are. So welcome to the second session of day two with Angela Mondor. And I just really and truly credit Angela with keeping me as organized as I am. So I'm going to turn it right over to you. Ok, Lickety quick just like that. As Mary mentioned, my name is Angela Monder. I'm also known as the geeky girl. Today I want to talk to you about time management for neurodiversity entrepreneurs. I myself have ADHD and a few other comorbidities to make life fun. And so I'm going to talk to you about the three time management breakthroughs that honestly have changed my life, my business, but also given me my life back at the end of the day. </w:t>
      </w:r>
      <w:r>
        <w:br/>
      </w:r>
    </w:p>
    <w:p w:rsidR="00465355" w:rsidRDefault="00000000">
      <w:r>
        <w:t xml:space="preserve">So one thing that's very important to me is, umm Stephen Covey, 7 habits of highly effective people. In those seven habits of I actually took first and second level Covey and one of the key phrases that come away from that in terms of what we're talking about today and one of the quotes that he has is the key is not to prioritize what's on your schedule. </w:t>
      </w:r>
      <w:r>
        <w:br/>
      </w:r>
    </w:p>
    <w:p w:rsidR="00465355" w:rsidRDefault="00000000">
      <w:r>
        <w:t xml:space="preserve">But to schedule your priorities. It makes a huge difference when you're looking at the overall concept of how you're looking at your time and the way you use your time. So I'll say it one more time just so you can hear it again. The key is not to prioritize your schedule, what's on your schedule, but to schedule your priorities. So we're going to talk about the priorities in a little bit of a different way than he does. </w:t>
      </w:r>
      <w:r>
        <w:br/>
      </w:r>
    </w:p>
    <w:p w:rsidR="00465355" w:rsidRDefault="00000000">
      <w:r>
        <w:t xml:space="preserve">But this quote is a wonderful reminder of the importance of prioritizing essential tasks and activities that ultimately are there to achieve your goals, rather than simply focusing on what's already on your schedule, what we might call busy work. ok so. I want to talk to you about improved productivity so that you can learn how to effectively manage your time and prioritize your tasks. It'll help you reduce your stress along the way as well. So we're going to talk about time management strategies and I'm going to hit on something called non-negotiable lists to help to reduce your stress and provide provide you with a clear framework for managing your time and tasks and greater work life balance. </w:t>
      </w:r>
      <w:r>
        <w:br/>
      </w:r>
    </w:p>
    <w:p w:rsidR="00465355" w:rsidRDefault="00000000">
      <w:r>
        <w:t xml:space="preserve">There's you know, when we talk about balance, work life balance, I'm not talking about a 5050 split where the scale never ends. Our scales are in fluid motion at all times. There's all kinds of things that can come up. And so I want to help you with coming up with those things that come up that you're not really expecting. And how do you handle those in those situations? That's where you know, having that structure is going to really help you and then improve goal attainment. </w:t>
      </w:r>
      <w:r>
        <w:br/>
      </w:r>
    </w:p>
    <w:p w:rsidR="00465355" w:rsidRDefault="00000000">
      <w:r>
        <w:lastRenderedPageBreak/>
        <w:t xml:space="preserve">A lot of times we start out the year with goals, but we don't actually accomplish them or we're not sure where we need to go in order to accomplish them. We're going to talk a little bit about that. So the three things I'm going to give you right off the top, the three things that changed my life and given me my life back is goals and planning, time blocking and non negotiables. So I did mention that I am a neurodiverse human being. </w:t>
      </w:r>
      <w:r>
        <w:br/>
      </w:r>
    </w:p>
    <w:p w:rsidR="00465355" w:rsidRDefault="00000000">
      <w:r>
        <w:t xml:space="preserve">I also help other neurodiverse entrepreneurs build businesses that are designed for their unique needs. We're not all the same, and therefore we need some different strategies to be able to use our own circle of brilliance to bring us to a, you know, create the world that we want to live in. And every day I want to wake up loving one not only what I'm doing, but how I'm doing it. </w:t>
      </w:r>
      <w:r>
        <w:br/>
      </w:r>
    </w:p>
    <w:p w:rsidR="00465355" w:rsidRDefault="00000000">
      <w:r>
        <w:t xml:space="preserve">Not just about, you know, I love the work, but I hate the other work. Ok, so I am a project manager as well. I wear that hat quite often. I focus on processes, team and time management systems and so mostly focusing on team management in terms of helping business owners build the businesses that they love. So quick question to you. So think for you to think about, there's actually two questions I want you to think about. While we're going through this, a. Do you struggle with managing your time effectively and prioritizing your tasks to achieve your goals? So is that something that you're currently struggling with or you have struggled with or you know off and on that kind of thing? And also think about how you currently manage the unexpected events and changes in your schedule. </w:t>
      </w:r>
      <w:r>
        <w:br/>
      </w:r>
    </w:p>
    <w:p w:rsidR="00465355" w:rsidRDefault="00000000">
      <w:r>
        <w:t xml:space="preserve">How does it make you feel? Ok, you could take those two questions and use those as we go through these items. As I go through, you know, these wonderful tasks that can help you give you some light on how we're going to change those things. Now goals and planning is one of those things. Nine times out of 10, when I talk about goals and planning, I get the. It's just defeatism. That sort of happens with the concept of having to do these planning sessions. </w:t>
      </w:r>
      <w:r>
        <w:br/>
      </w:r>
    </w:p>
    <w:p w:rsidR="00465355" w:rsidRDefault="00000000">
      <w:r>
        <w:t xml:space="preserve">And why should I plan? It never works anyway. If I plan, then I'm pigeonholed, or if I planned. There's no creativity. There's no way for me to go around it. I feel. Maybe this is for you too. Some people are like, ah, I don't like planning because when I plan, if I don't do what I want to do, I feel like I failed those kinds of things. Take a deep breath. I know that goals and planning can be a massive hurdle. But it's also something that's going to make a difference in your business. When I talk about goals and planning, I'm not talking about a turn by turn GPS prompt in terms of goals and planning. </w:t>
      </w:r>
      <w:r>
        <w:br/>
      </w:r>
    </w:p>
    <w:p w:rsidR="00465355" w:rsidRDefault="00000000">
      <w:r>
        <w:t xml:space="preserve">As I talked about earlier, things happen, unexpected events, unexpected things happen, plans change. Maybe what's working now doesn't work. In three months, those things happen. So instead, I want you to think about the goals that you create, these plans that you </w:t>
      </w:r>
      <w:r>
        <w:lastRenderedPageBreak/>
        <w:t xml:space="preserve">create for yourself and your business. Think of them more in terms of. A compass. You walk into a forest and you're and you have a compass in your hand, right? You're on the streets, you're driving down the street and you have GPS because the streets are paved with cement. But you're in a forest a lot of times, right? We can't see the forest for the trees, and you have a compass, so you know you need to head in that direction. </w:t>
      </w:r>
      <w:r>
        <w:br/>
      </w:r>
    </w:p>
    <w:p w:rsidR="00465355" w:rsidRDefault="00000000">
      <w:r>
        <w:t xml:space="preserve">But the path in the forest isn't going that direction. It's going this way. But if you take this path over here, you can always find your way back because you know what direction your compass is taking you. Same things happens for your goals. The most important thing to do is to break this down. So you want to start with your yearly goals. And that's a large goal. It's massive. Let's call it a boulder. So this boulder is too big to really think about. And I find that my brain, my neurodiversity, if something's too big, it becomes overwhelming. </w:t>
      </w:r>
      <w:r>
        <w:br/>
      </w:r>
    </w:p>
    <w:p w:rsidR="00465355" w:rsidRDefault="00000000">
      <w:r>
        <w:t xml:space="preserve">And when it's overwhelming, I'm going to procrastinate. So I need to break it down into smaller pieces. So we take that bigger goal or that bigger plan moving forward and break that down into rocks. And those become our quarterly goals. So now instead of thinking about this massive goal, I'm only having to think about what I have to do for the next three months. I don't have to think about 12 months now. I'm down to three. But that's still too much for my brain. I don't like it doesn't make sense to me. It's still taking up space and real estate that isn't going to work well for my brain, and it's going to cause me to do more procrastination and it's going to be stressful. </w:t>
      </w:r>
      <w:r>
        <w:br/>
      </w:r>
    </w:p>
    <w:p w:rsidR="00465355" w:rsidRDefault="00000000">
      <w:r>
        <w:t xml:space="preserve">So I break it down even smaller and I put them down into pebbles. Now these are my monthly goals, OK? That's better. A little more manageable. But I still need to break him down even further. And I break those pebbles down into sand, and that sand becomes my weekly non negotiables. So now when I'm looking at what I need to accomplish this week, everything will always roll up to those bigger goals. So what I'm working on this week rolls up to what I need to get done for the month, which rolls up to what needs to get done for the quarter, which rolls up to what I need to get done for the year. </w:t>
      </w:r>
      <w:r>
        <w:br/>
      </w:r>
    </w:p>
    <w:p w:rsidR="00465355" w:rsidRDefault="00000000">
      <w:r>
        <w:t xml:space="preserve">Now I only need to worry about what do I have to get done this week. It's less stressful. It removes all the anxiety and the weight of the energy that comes from having goals that we can't attain today, right? We want to get it all done today, but we can't. So breaking it down into that sand, into those weekly non negotiables is how I make it happen. Hold on to that thought, cause we're gonna go a little deeper into weekly nonnegotiable goals a little later. But I just want you to know we're taking, we're literally working on a plan where we take a very large goal and break it down into a manageable chunk, OK? now. </w:t>
      </w:r>
      <w:r>
        <w:br/>
      </w:r>
    </w:p>
    <w:p w:rsidR="00465355" w:rsidRDefault="00000000">
      <w:r>
        <w:t xml:space="preserve">When we break this down. The sand becomes our steps, which are actions, tasks. Now tasks should never leave you with. Umm, how do I do this? Your task should always inspire action. </w:t>
      </w:r>
      <w:r>
        <w:lastRenderedPageBreak/>
        <w:t xml:space="preserve">Ok, now this is going to be different for every single one of us on the call, so most of us can understand A blog post. It needs to be written. It needs to be edited. It needs to be uploaded to the website. Maybe there needs to be pictures assigned to it. There's some SEO work that needs to be done for your website. That kind of. There's a bunch of tasks that needs to be done. </w:t>
      </w:r>
      <w:r>
        <w:br/>
      </w:r>
    </w:p>
    <w:p w:rsidR="00465355" w:rsidRDefault="00000000">
      <w:r>
        <w:t xml:space="preserve">So one human being might be able to say, oh, I need to go write a blog post, awesome, see you later and they can go write the blog post. Other humans might say, Oh no, I get stuck. If I have to write a blog post, I need it, I need to break it down more. So whenever you have a task sitting in front of you and it's on your list of things to get done. </w:t>
      </w:r>
      <w:r>
        <w:br/>
      </w:r>
    </w:p>
    <w:p w:rsidR="00465355" w:rsidRDefault="00000000">
      <w:r>
        <w:t xml:space="preserve">If you can't get started with the test, the first thing I'd ask you to ask yourself is this. Do I know what step to do next? How do I get started? Because that task should inspire action for me. A task needs to say. You know, break the outline for the blog post, then write the blog post. I need, I need. It's broken down into smaller pieces. Okay, procrastination comes when we are overwhelmed, when we don't know what step to take next, or when we're trying to do too much with too little energy. </w:t>
      </w:r>
      <w:r>
        <w:br/>
      </w:r>
    </w:p>
    <w:p w:rsidR="00465355" w:rsidRDefault="00000000">
      <w:r>
        <w:t xml:space="preserve">Ok, procrastination isn't something that we want to do. Procrastination is a symptom. Of a bigger problem. I know for a fact that when I'm procrastinating on something, it's because I've looked at the task and went. Yeah, I don't know what to do next. That doesn't mean to say that I always catch myself. Sometimes I'm procrastinating and I think, why? Why aren't I doing this? Why is this holding me up? I don't understand. This is important to me. Why can't I get it done? And sometimes it's important to have people that are on your side who can help you say hey. </w:t>
      </w:r>
      <w:r>
        <w:br/>
      </w:r>
    </w:p>
    <w:p w:rsidR="00465355" w:rsidRDefault="00000000">
      <w:r>
        <w:t xml:space="preserve">That task that you're trying to get done, what's stopping you? What's holding you up? And then you can sort of dig into it and get to the idea of, oh, I need to break it down into a smaller piece, or I'm trying to get something done and I'm waiting for something else, right? So looking back on what's holding you up. So that's how you avoid the procrastination trap. Is literally looking at what's holding you up. Stop shooting all over yourself. That's really important. I should be doing this. I should be doing that. I should be doing this instead. Take a step back if you can't do it on your own and you need to reflect. </w:t>
      </w:r>
      <w:r>
        <w:br/>
      </w:r>
    </w:p>
    <w:p w:rsidR="00465355" w:rsidRDefault="00000000">
      <w:r>
        <w:t xml:space="preserve">There's always journaling, there's meditations that you can do. But if you're in a mastermind group or you're in a if you have a coach or something that you can go through these with a counselor or whatever, then be able to say I'm stuck on this thing and I don't understand what's holding me back. This is about building habits, OK? And so when you can learn to see these signs, then you can change your habits. A lot of times when you're looking at the things that are happening inside your business that are holding you back, it's the </w:t>
      </w:r>
      <w:r>
        <w:lastRenderedPageBreak/>
        <w:t xml:space="preserve">same triggers. </w:t>
      </w:r>
      <w:r>
        <w:br/>
      </w:r>
    </w:p>
    <w:p w:rsidR="00465355" w:rsidRDefault="00000000">
      <w:r>
        <w:t xml:space="preserve">And so when you can see them coming up, you can make the change. Now, that being said, nothing's perfect. And certainly I know my particular neurodiverse brain does like to go sideways on some on me. Sometimes things will work great for three months, and then I kind of need to pivot a little bit and change things up. Maybe they work well for a month. Whatever the case may be, always be willing to pivot. But the minute you can teach yourself to stop shooting all over yourself, the faster you're going to be able to get through that, the faster you're going to be able to avoid that whole procrastination problem. Ok, now the other piece that comes to goals and planning, taking actions. </w:t>
      </w:r>
      <w:r>
        <w:br/>
      </w:r>
    </w:p>
    <w:p w:rsidR="00465355" w:rsidRDefault="00000000">
      <w:r>
        <w:t xml:space="preserve">Remember you can only control the actions that you take. You can't control the results. All right. So when you are looking back, which is the next piece, that's really important. You need to be checking in monthly at least? Where are you going? You can check in weekly, but monthly at the very least. What's working for me right now, what isn't working for me, and really look into those things without judgment. You got to remove the judgment out of it. Because if you look at and say, I suck, I'm awful, I didn't do this. </w:t>
      </w:r>
      <w:r>
        <w:br/>
      </w:r>
    </w:p>
    <w:p w:rsidR="00465355" w:rsidRDefault="00000000">
      <w:r>
        <w:t xml:space="preserve">As soon as you put that on yourself, it becomes heavy. The energy becomes really heavy. It drags you down and it doesn't allow you to be open and free to be able to express yourself and to choose new options. The minute you can say when I did this, the action I took, I liked the action I took, but the result wasn't what I wanted. Now you're taking the blame away from yourself. Like this action, it didn't get my result. </w:t>
      </w:r>
      <w:r>
        <w:br/>
      </w:r>
    </w:p>
    <w:p w:rsidR="00465355" w:rsidRDefault="00000000">
      <w:r>
        <w:t xml:space="preserve">How do I change the action I made and then see if it makes a better result at the end? Ok, so now you're just looking at what's happening. So I took this action. It didn't give me the results I wanted. How can I change my actions so or you could say I took this action. I hated the action. I got a great result right now. How do I change the way I do the action so I could like it better? Or is it something I need to outsource so that I can get the same results without having to struggle through the action step? There's lots of different ways to look at this, OK? So you always want to be looking at that what's working. </w:t>
      </w:r>
      <w:r>
        <w:br/>
      </w:r>
    </w:p>
    <w:p w:rsidR="00465355" w:rsidRDefault="00000000">
      <w:r>
        <w:t xml:space="preserve">So what action am I taking that is giving me the results I wants? Which actions are not giving me the results I want and then look at? What am I keeping moving forward for that next week or that next month? Whatever your you know. Chicken is for you. And then keep some drop some pivot, but always pivot with purpose. So even though maybe you said, oh, I'm, you know, we'll pick on Mary for a minute. I'm going to run this summit in March. And you know, here's all these things that are happening. Maybe things go sideways. Mary could pivot and say, oh, maybe I don't need to run it in March. Maybe I need to run it in April or </w:t>
      </w:r>
      <w:r>
        <w:lastRenderedPageBreak/>
        <w:t xml:space="preserve">February, right. </w:t>
      </w:r>
      <w:r>
        <w:br/>
      </w:r>
    </w:p>
    <w:p w:rsidR="00465355" w:rsidRDefault="00000000">
      <w:r>
        <w:t xml:space="preserve">There's still a pivot, but she's still accomplishing the goal of getting it done, all right? so. There are other times when you might say, oh, I'm going to revamp my whole website in the week of this particular time, and then you look back and go, well girl, I can't do that in just a week. I need to change this up and move it around so that I can get it done. Or maybe you have a project on your list and you're like, oh, I set this up in the yearly projects that I wanted to get done, but now that I'm doing my quarterly review, it doesn't fit anymore. </w:t>
      </w:r>
      <w:r>
        <w:br/>
      </w:r>
    </w:p>
    <w:p w:rsidR="00465355" w:rsidRDefault="00000000">
      <w:r>
        <w:t xml:space="preserve">I can just drop it. Ok. So always looking at making sure that you're checking in with your tasks and your goals. Because the worst thing you can do is literally spend a bunch of time creating a beautiful plan and then tossing it in a drawer and forgetting about it. Ok, you want to be able to checking in. What are the actions I'm taking right now? How are they impacting the results I'm looking for? What do I need to change? What do I need to keep? All right awesome now time blocking. </w:t>
      </w:r>
      <w:r>
        <w:br/>
      </w:r>
    </w:p>
    <w:p w:rsidR="00465355" w:rsidRDefault="00000000">
      <w:r>
        <w:t xml:space="preserve">This is one of those things you either love time blocking or you hate it. And I find that most people who hate it are neurodiverse individuals who are trying to do it the way that the neurotypical people like to do it. Ok, so there's a bit of a little flavor I want to throw. What time blocking for you? So umm. Mary, love it awesome maybe use my flavor. There is no one way to do this. And even some of the things I'm going to share with you, I don't. I don't want you to take everything I say and put everything together. </w:t>
      </w:r>
      <w:r>
        <w:br/>
      </w:r>
    </w:p>
    <w:p w:rsidR="00465355" w:rsidRDefault="00000000">
      <w:r>
        <w:t xml:space="preserve">I want you to. Really, if you like something I say, I want you to take it inside and say how does that work for me? How does it feel for me, and how can I implement this or test it? Ok, always test it. So because there isn't A1 size fits all, it's always really important to look at it and say how can I implement this and work inside my business. I'm blocking can be flexible. Now a lot of people say, oh time blocking, I don't like it because it's so rigid and it doesn't allow me to be able to do the things I need to do. But I'm going to show you how you can make this flexible for you, OK? It can also help you develop some routines and established habits that you're looking to grow. </w:t>
      </w:r>
      <w:r>
        <w:br/>
      </w:r>
    </w:p>
    <w:p w:rsidR="00465355" w:rsidRDefault="00000000">
      <w:r>
        <w:t xml:space="preserve">And of course those kinds of things will increase your productivity and reduce your stress as well, OK. And you can use time blocking in conjunction with other productivity hacks like pomodoros, for example, and to further enhance that productivity. So in the end time, there is no one way to time block. I am not a color person. I'm a black and white data person. Hence the geek. So for me, when I'm doing time blocking, you can't even see it. Right now it's all in black and white. It's with a pen, pencil and pen. I don't need pretty colors. Some people like to have markers and they want things colored in certain colors and whatever. </w:t>
      </w:r>
      <w:r>
        <w:br/>
      </w:r>
    </w:p>
    <w:p w:rsidR="00465355" w:rsidRDefault="00000000">
      <w:r>
        <w:lastRenderedPageBreak/>
        <w:t xml:space="preserve">Like, go for it. If that's what you like to do, have at her. But I'm going to give you some tips here on, you know, I still think the pencil is the way to go, and I'll explain that as we chat. Ok, so time of day matters. I don't know if you've ever thought about this, and this is something that massively changed my existence. I would do things as they come up as I felt like I could get them done and I would work on things that were on my To Do List. I literally years ago I used to have A to do list was on a. </w:t>
      </w:r>
      <w:r>
        <w:br/>
      </w:r>
    </w:p>
    <w:p w:rsidR="00465355" w:rsidRDefault="00000000">
      <w:r>
        <w:t xml:space="preserve">First of all it started out as a piece of paper and then it went to an 8 and a half by 11 piece of paper and then it went to a legal sized piece of paper. Anybody else struggling with that and I'd have to rewrite it every day because it was messy because I already crossed things off from the day before. It was a nightmare. But instead. Now, I am purposefully working on things now. Everything from when I take appointments with clients to when I do work inside and on inside my business, on my business, the different tasks that I do. </w:t>
      </w:r>
      <w:r>
        <w:br/>
      </w:r>
    </w:p>
    <w:p w:rsidR="00465355" w:rsidRDefault="00000000">
      <w:r>
        <w:t xml:space="preserve">There are there are times of the day that are better for some things than other for every one of us, and it's going to be different for every single one of us. I'm so glad you all like dogs, because mine's going to misbehave now. In terms of time blocking from a time perspective, here's the way that is really great for you to think about how time matters to you. I suggest everybody gets a planner that has 15 minute increments in it, because not all tasks take up an hour, especially when you're working on things that inside your business. I mean grooming appointments or grooming appointments. But outside of that, when you're working on the other pieces of your business, being able to say, oh, i'm going to mark off a half an hour to do. </w:t>
      </w:r>
      <w:r>
        <w:br/>
      </w:r>
    </w:p>
    <w:p w:rsidR="00465355" w:rsidRDefault="00000000">
      <w:r>
        <w:t xml:space="preserve">Task A and then I'm going to take a 15 minute break, and then I'm going to block off 45 minutes to do task B, and then I'm going to take a 15 minute break. Notice how I said take breaks? It's really important for neurodiverse human beings to take breaks so that we can get our mind off the last task and into the new task. It actually gives you a lot more energy during the day. You might think that you're wasting time, whether it's 55 minutes, 10 minutes, 15 minutes, whatever it is, you might think I'm wasting time. I could do more. But in actual fact, by taking those breaks in between the work, you will actually get way more done, OK. </w:t>
      </w:r>
      <w:r>
        <w:br/>
      </w:r>
    </w:p>
    <w:p w:rsidR="00465355" w:rsidRDefault="00000000">
      <w:r>
        <w:t xml:space="preserve">So then once you've written that in pencil, now when you go sit down to do task a, you do task A and then you take your pen, OK, and next the pen. You can write down in a pretty color, use a marker, whatever you like, and if task A took you 15 minutes, then you just mark off 15 minutes. So it didn't take you half hour, only take it 15 minutes, but Mark it in there. </w:t>
      </w:r>
      <w:r>
        <w:br/>
      </w:r>
    </w:p>
    <w:p w:rsidR="00465355" w:rsidRDefault="00000000">
      <w:r>
        <w:lastRenderedPageBreak/>
        <w:t xml:space="preserve">Ok, maybe that half hour task you thought was going to take you half an hour to an hour, OK, but mark it off right there in the calendar and you'll be able to see the difference between what you thought you could accomplish in that time and what you could actually accomplish in that time. Ok, two sides to that coin. This is massive and once you start to look at this, I also encourage you if you think Atash should here we go shooting ourselves again if it should take you half an hour, but it took you an hour and you did it at let's say 2:00 in the afternoon. </w:t>
      </w:r>
      <w:r>
        <w:br/>
      </w:r>
    </w:p>
    <w:p w:rsidR="00465355" w:rsidRDefault="00000000">
      <w:r>
        <w:t xml:space="preserve">Try doing that task at 8:00 in morning or seven o'clock at night or another time, OK? Do you get it fast? Do you get it done faster than you did at the other time? One of my massive ahas was when I was writing my blog posts. I would just write them whenever I could. But what I found was if I wrote my blog post in the afternoon, it took me way longer to write than it did. If I did it in the morning, I could bang off a blog post really early. </w:t>
      </w:r>
      <w:r>
        <w:br/>
      </w:r>
    </w:p>
    <w:p w:rsidR="00465355" w:rsidRDefault="00000000">
      <w:r>
        <w:t xml:space="preserve">First thing in the morning, my brain was just better able to handle that kind of task than it was in the afternoon. Other things I've learned by this is that energy levels. So if I wait to do my client calls for me, that's client calls in the afternoon, and I do my work and my business in the morning, I actually can't get a lot of work done in my business. Good morning. Because I'm so worried that I'm going to miss those client calls in the afternoon, my brain is stuck on what's coming up next so I can get my client calls done in the morning and then I can work on the other tasks and not worry as much. </w:t>
      </w:r>
      <w:r>
        <w:br/>
      </w:r>
    </w:p>
    <w:p w:rsidR="00465355" w:rsidRDefault="00000000">
      <w:r>
        <w:t xml:space="preserve">This is all information for you to take in so that you can resonate with it and see what fits for you and doesn't fit for you. And if you're not sure, no problem, just start working on doing some time blocking in your schedule. And the time blocking I'm talking about is what you think you're going to get done, how long it's going to take. And then how long it actually takes you? That's going to be very important. When you start to understand what your productive hours are, you can get much more done than you ever expected to be able to get done, OK. </w:t>
      </w:r>
      <w:r>
        <w:br/>
      </w:r>
    </w:p>
    <w:p w:rsidR="00465355" w:rsidRDefault="00000000">
      <w:r>
        <w:t xml:space="preserve">I also know that when you time block based on your own personal productive hours, you're also going to add more creativity because when you are in a creative mindset, you're going to be able to get more of that done in those spaces, OK? Now, I know I've mentioned pencil to pen multiple times. It's one of my favorite things that I'm not letting it go. But especially if you're using a physical planner, one of the things that can really destroy our mental health is the mess in the planner. </w:t>
      </w:r>
      <w:r>
        <w:br/>
      </w:r>
    </w:p>
    <w:p w:rsidR="00465355" w:rsidRDefault="00000000">
      <w:r>
        <w:t xml:space="preserve">Sometimes we don't even use the planner because we're worried about making a mess in it. And so if you are using a physical planner, using a pencil to plan is really important. We use our pen for actualizations. Actualization I don't know I need a board for. That actually </w:t>
      </w:r>
      <w:r>
        <w:lastRenderedPageBreak/>
        <w:t xml:space="preserve">happened. Ok, so when I'm writing my goals and my plans, whether it's my plan for the year of the quarter of the month or my weekly non negotiables, I do it in pencil. Because things happen, things change. </w:t>
      </w:r>
      <w:r>
        <w:br/>
      </w:r>
    </w:p>
    <w:p w:rsidR="00465355" w:rsidRDefault="00000000">
      <w:r>
        <w:t xml:space="preserve">And so I can use this fantastic thing that was invented called eraser, which is supposed to be right there on my desk. And because it isn't there, object permanence means it's disappeared. Nonetheless, it's here somewhere. But you can use that eraser to change your plans. It doesn't. Now your planner isn't messy and you're not worried about making a mess inside it, and then you can actually move forward and use that planner to your advantage, OK? Blocking off chunks of time for specific work is one way you can use the time blocking method. So like I said, everybody does things a little differently, but you could block off a chunk of time in the morning if it was my brain in the morning and say this is for writing right? I block off a chunk of time for this. </w:t>
      </w:r>
      <w:r>
        <w:br/>
      </w:r>
    </w:p>
    <w:p w:rsidR="00465355" w:rsidRDefault="00000000">
      <w:r>
        <w:t xml:space="preserve">I literally have. My appointments blocked off on my calendar as to where I want them to be filled based on what my day looks like every single week and so I do that ahead of time so I can see I want to put for you guys would be I want a grooming client here. I want a grooming client here. I want a grooming so I can put it in already and see where those slots are that need to be filled very quickly inside my calendar and so then the other thing is that you can load your day at the beginning with tasks, OK, so as much as I want you to get comfortable with the concept of doing those weekly non negotiables and we'll talk about that as next, but having that list of things that are non negotiable for you is important. </w:t>
      </w:r>
      <w:r>
        <w:br/>
      </w:r>
    </w:p>
    <w:p w:rsidR="00465355" w:rsidRDefault="00000000">
      <w:r>
        <w:t xml:space="preserve">Planning out your week ahead of time is important too. For me, Googles, my boss, OK, everything goes into Google. And then every week I sit down with this calendar and I go ahead and I block off all the appointments that are already taken. Inside here. And then every day I look at the time that I have available to work and then I say, oh, at this time I actually can put this task over here from my non negotiables. </w:t>
      </w:r>
      <w:r>
        <w:br/>
      </w:r>
    </w:p>
    <w:p w:rsidR="00465355" w:rsidRDefault="00000000">
      <w:r>
        <w:t xml:space="preserve">Ok, so every day I'm looking what can I accomplish from that list that I need to get done? Where do I put it and how do I get it done during that time? Which time is best for that task to get done? If there's a task I need to get done, and I don't have any time today because it should get done in the morning, but my mornings are already full, then I look and say, oh. Well, I think that on Wednesday or Thursday, maybe if there's some open time there and I can move it to those places, OK? You want to load your day at the beginning with the tasks so that you don't get to a certain point in your day and you just go, I know there's something I have to get done, but I don't what it is. </w:t>
      </w:r>
      <w:r>
        <w:br/>
      </w:r>
    </w:p>
    <w:p w:rsidR="00465355" w:rsidRDefault="00000000">
      <w:r>
        <w:t xml:space="preserve">And you don't even want to get there, because when you go there, that's immediately you're not in that action mode. You're in thinking and pondering mode, which puts you into </w:t>
      </w:r>
      <w:r>
        <w:lastRenderedPageBreak/>
        <w:t xml:space="preserve">procrastination. Ok, so also certain days might work for you. So as much as it's important for me to have my appointments in the morning, maybe you're somebody who says I can only have importance on these days and this day. So looking at your whole week as it is, you know, where do you want your grooming client. </w:t>
      </w:r>
      <w:r>
        <w:br/>
      </w:r>
    </w:p>
    <w:p w:rsidR="00465355" w:rsidRDefault="00000000">
      <w:r>
        <w:t xml:space="preserve">So where do you want to work on other things inside your business? What works for you and your clients in terms of what those days look like for you? Ok. So again, pencil to plan and pens for what actually occurs, OK? Non negotiables are a massive piece here. Non negotiables are not your To Do List. Ok, I want that really clear. Non negotiables, not your To Do List. Our To Do List is a busy list is a place where we dump a whole bunch of stuff and maybe we're going to get it done today, maybe we're going to get it done next week, maybe but non-negotiable list is for your actions or activities, your commitments that are essential for you to succeed. </w:t>
      </w:r>
      <w:r>
        <w:br/>
      </w:r>
    </w:p>
    <w:p w:rsidR="00465355" w:rsidRDefault="00000000">
      <w:r>
        <w:t xml:space="preserve">These are essential for you to reaching those goals that you've created. Ok, they're not just random tasks. They're not answer this email. Those are not non negotiables, those are just tasks, OK. However, writing this email newsletter to my clients may be an essential non-negotiable OK, which is different, right? Because you're working towards a goal after that one. So To Do List, like I said, it's just a list of things that you want to get done that you need to accomplish. You don't necessarily. They might not be essential or mandatory, maybe there's no due dates and such associated to them and they're not tightly connected to those ended mind goals. </w:t>
      </w:r>
      <w:r>
        <w:br/>
      </w:r>
    </w:p>
    <w:p w:rsidR="00465355" w:rsidRDefault="00000000">
      <w:r>
        <w:t xml:space="preserve">Ok, also another piece of Covey that end in mind, he shows up in all kinds of places for me while I chat. Non-negotiable list and to do lists are very different purposes and they should be used in conjunction to each other. One is not more important than the other, they do have different purposes. Your non-negotiable list is literally a minimalistic list of things that you need to get done each week so that you can continue to work towards your goals. So if you have a really bad week, if you're having a week from HE double hockey sticks. You can say what are my non negotiables? What are the things I just have to get done this week because everything has gone to hell and I have no way around it. </w:t>
      </w:r>
      <w:r>
        <w:br/>
      </w:r>
    </w:p>
    <w:p w:rsidR="00465355" w:rsidRDefault="00000000">
      <w:r>
        <w:t xml:space="preserve">I just need to know what I need to get done. That's your non-negotiable list. Your To Do List is always evolving, OK? So you want to make sure that you're always focused on making sure you're non-negotiable happen and then when you have the other time you can get the other stuff done, OK. You want to keep your non-negotiable list really minimalistic. The amount of things that you can put on your list depends on you, your brain and how you work. </w:t>
      </w:r>
      <w:r>
        <w:br/>
      </w:r>
    </w:p>
    <w:p w:rsidR="00465355" w:rsidRDefault="00000000">
      <w:r>
        <w:lastRenderedPageBreak/>
        <w:t xml:space="preserve">The way that it could be this is difficult. There is no right or wrong here either because how many hours you work per week or how many tasks you do per week. Not every task is equivalent. Ok, so one task might take you half an hour, 15 minutes, 5 minutes. There's all kinds of different levels of time that a task could take. So time is 1 value and the other value is energetically so. If I had to, let's say if I had to write a blog post, that blog post is going to take way more energy from me than me writing a AI script automation just because I love doing that stuff. </w:t>
      </w:r>
      <w:r>
        <w:br/>
      </w:r>
    </w:p>
    <w:p w:rsidR="00465355" w:rsidRDefault="00000000">
      <w:r>
        <w:t xml:space="preserve">That's like my jam. So I love spending time trying to figure out problems with different API's and making them talk to each other and pull data across. That's just fun for me. Not for everybody, but it's fun for me. So I can say I can do more of those every week than I can blog post writing. Ok, so remember we're talking about how much time a task takes, but also how much energy it takes from you is the energy. Filling you or emptying you and that makes a difference. Ok, you could take a task that's only takes you 5 minutes to do, but doing it just drags you down so bad that it feels like it's a four hour task, OK. </w:t>
      </w:r>
      <w:r>
        <w:br/>
      </w:r>
    </w:p>
    <w:p w:rsidR="00465355" w:rsidRDefault="00000000">
      <w:r>
        <w:t xml:space="preserve">These are all pieces to think about when you're looking at what you need to do and how many things you can put on that list. It's possible that you could have 10 things on your list, or it's possible that you're like, I can only do five, there has to be 5 non negotiables every week and this can also change with your lifestyle. So today maybe you could do 10 or 15 week and it's totally cool with you, no problem. But then next week, God forbid something happens to a family member or a pet or something else happens that is out of your control and now all of a sudden your energy level is lower and you need to change that. </w:t>
      </w:r>
      <w:r>
        <w:br/>
      </w:r>
    </w:p>
    <w:p w:rsidR="00465355" w:rsidRDefault="00000000">
      <w:r>
        <w:t xml:space="preserve">Ok. Be mindful of that for yourself and keep yourself flexible in being able to do that. So we're going to talk about those unexpected events in a little bit, OK. But This is why our non negotiables is important. So when you're looking at, you know, the those non-negotiable lists, if you have it too big, it's going to cause you to feel overwhelmed, you're going to feel burned out. You're not going to be able to focus on the things that are important in your life and your business, OK? So you're not negotiable. </w:t>
      </w:r>
      <w:r>
        <w:br/>
      </w:r>
    </w:p>
    <w:p w:rsidR="00465355" w:rsidRDefault="00000000">
      <w:r>
        <w:t xml:space="preserve">List can be really powerful. You, it's going to help you stay motivated because there are things you're going to be able to get done and you're going to see as you do this from a you know perspective of week to week, you're going to see that you are making progress towards those goals. It's going to feel good. So that's going to help you stay motivated accountability so if you're checking off the list, you know what you need to get done and help you stay accountable. </w:t>
      </w:r>
      <w:r>
        <w:br/>
      </w:r>
    </w:p>
    <w:p w:rsidR="00465355" w:rsidRDefault="00000000">
      <w:r>
        <w:t xml:space="preserve">You might still need a body double to help you out. Totally cool. Pomodoros are a great way to do that. So then you can commit to the specific set of tasks each week, so you're not. </w:t>
      </w:r>
      <w:r>
        <w:lastRenderedPageBreak/>
        <w:t xml:space="preserve">Negotiables typically are fairly consistent because each month you're working towards a similar goal. Throughout the month there's generally some consistency in it. Week by week, there might be some changes, but generally there's a whole lot of consistency into what we need to get done. </w:t>
      </w:r>
      <w:r>
        <w:br/>
      </w:r>
    </w:p>
    <w:p w:rsidR="00465355" w:rsidRDefault="00000000">
      <w:r>
        <w:t xml:space="preserve">And when you consistently complete those tasks, it's going to be momentum and it's going to feel good. So you are knowing that you are working towards that bigger goal over time. Ok. So when you start to look back and you're like, oh, look at this, in this last quarter, I got this done because these actions worked for me. It feels really good in order to make that happen so. Unexpected events are the bane of our existence. Let's just call it what it is. Some people like some people live off of it. </w:t>
      </w:r>
      <w:r>
        <w:br/>
      </w:r>
    </w:p>
    <w:p w:rsidR="00465355" w:rsidRDefault="00000000">
      <w:r>
        <w:t xml:space="preserve">I am not somebody who likes a whole lot of drama. So unexpected events can be a little bit leveling up in the drama department. However, there are things that are important. I mean, in just since December I've had things come up in our lives that have stopped me from getting things done. My daughter's car caught on fire on Christmas Day. We've had a lot to deal with in terms of that messed up. Some of the things I needed to get done because of appointments with insurance and dealerships and car dealerships and all that kind of stuff. </w:t>
      </w:r>
      <w:r>
        <w:br/>
      </w:r>
    </w:p>
    <w:p w:rsidR="00465355" w:rsidRDefault="00000000">
      <w:r>
        <w:t xml:space="preserve">There's a lot to be done. Our dog got sick and are still. Recovering she's doing well, but so that put a things on back burners and had to move things around that way. So there's things that happen and how do we handle those things? Number one thing I can tell you is that non-negotiable list that I talk about gives you that framework so that you can manage your time and prioritize tasks even when the whole world falls apart around you. Even when that happens, I can look at this list and go OK. I just need to find time for these things. </w:t>
      </w:r>
      <w:r>
        <w:br/>
      </w:r>
    </w:p>
    <w:p w:rsidR="00465355" w:rsidRDefault="00000000">
      <w:r>
        <w:t xml:space="preserve">If I can do these things, they will help me continue to push my business in the direction that I'm trying to go in. Ok now. Non-negotiable list to me. I just have my personal my business stuff in there. Ok? Some people like to set up different lists, so maybe there's a here's my three non negotiables for my personal life, here's my three non negotiables for this, and here's my three non negotiables. Maybe if there's a family one, maybe there's another list for your business. Ok. For me my non negotiables are just about business because the other things I feel comfortable. </w:t>
      </w:r>
      <w:r>
        <w:br/>
      </w:r>
    </w:p>
    <w:p w:rsidR="00465355" w:rsidRDefault="00000000">
      <w:r>
        <w:t xml:space="preserve">In that they will just happen for me. Ok, so again, what works for you if you don't know, try some stuff, see how it feels, then see what works for you. Ok, always test it. See how it feels, and then keep it, delete it, change it. Open yourself to be freed for that flexibility. Ok again, that pencil is going to come in because you want to be able to use flexibility if that non-negotiable. If I, if my week goes so far sideways that. </w:t>
      </w:r>
      <w:r>
        <w:br/>
      </w:r>
    </w:p>
    <w:p w:rsidR="00465355" w:rsidRDefault="00000000">
      <w:r>
        <w:lastRenderedPageBreak/>
        <w:t xml:space="preserve">I can only get 4 out of the five done. I need to move the fifth one over to next week, right? Ok, so always making sure that it doesn't leave you with that feeling of I suck right give yourself some grace. That's one of the words I chose a few years ago. Learning to give myself grace was really important to be able to say. I did the best I could in the situation that I had. And what I did was this. And here's the results I got. And here's what worked and here's what didn't. And here's what I need to do next. Ok? Giving yourself grace is really important, especially with the world falls apart around you. </w:t>
      </w:r>
      <w:r>
        <w:br/>
      </w:r>
    </w:p>
    <w:p w:rsidR="00465355" w:rsidRDefault="00000000">
      <w:r>
        <w:t xml:space="preserve">Really important. So when we incorporate this non-negotiable list into the flexibility of putting it into the days that work best for you inside your calendar, it's going to really help you with that framework for managing your time and prioritizing your tasks. Ok, even when life goes crazy. And you can quickly adjust, especially this pen so you can quickly adjust and move things around your calendar. If you thought you could get it done Wednesday morning, but all of a sudden you woke up Wednesday morning and you know you had to replace your hot water tank or something. There's things that happen, right? So maybe I can move those things. But the pencil and eraser, the way to make it happen and make it comfortable to move it. </w:t>
      </w:r>
      <w:r>
        <w:br/>
      </w:r>
    </w:p>
    <w:p w:rsidR="00465355" w:rsidRDefault="00000000">
      <w:r>
        <w:t xml:space="preserve">Ok, so when you do that, these things that I brought to the table today, they will help you feel like you are not so overwhelmed. It will remove some stress. Out of your lives and then you can approach the events with some common and confidence knowing that you have a solid framework in place so that you will be able to get the things you need to get done even though the curveball happened. Ok, so. Goals and planning, time blocking, non negotiables, umm, those are the pieces that are really going to make a huge difference in implementing these ideas inside your life and your business. </w:t>
      </w:r>
      <w:r>
        <w:br/>
      </w:r>
    </w:p>
    <w:p w:rsidR="00465355" w:rsidRDefault="00000000">
      <w:r>
        <w:t xml:space="preserve">Again, you want to make sure that in implementing these things you will improve your productivity, you're going to reduce your stress, and the best part is you're actually going to start achieving those goals that you started to put together because you're actually going to be taking that non-negotiable list and those time management skills to be able to put together. The week by week example of how you're going to be able to move them into the next, you're going to use that time in order to move towards that next goal. </w:t>
      </w:r>
      <w:r>
        <w:br/>
      </w:r>
    </w:p>
    <w:p w:rsidR="00465355" w:rsidRDefault="00000000">
      <w:r>
        <w:t xml:space="preserve">Ok, don't forget you got to break down those long term goals that they are more attainable and less stressful. Take the big goal and break it down and the boulder into the rocks, the rocks into the pebbles, the pebbles into sand. That's what's going to help you with that road map to success. And of course you're not negotiable helps you prioritize. Right now you know what you're essential activities are that are going to help you achieve your goals. And making sure you're surrounded by people that support you so that when things do go sideways, you have people who can help you to be able to stay on track and maybe find ways that you're shooting on yourself, when really you just need to give yourself some more </w:t>
      </w:r>
      <w:r>
        <w:lastRenderedPageBreak/>
        <w:t xml:space="preserve">grace. </w:t>
      </w:r>
      <w:r>
        <w:br/>
      </w:r>
    </w:p>
    <w:p w:rsidR="00465355" w:rsidRDefault="00000000">
      <w:r>
        <w:t xml:space="preserve">So that's how you can help yourself to have a healthy work life balance. Again, it's not about being equal, but it's being able to be in flow, the things that are happening on both sides of work and life, and then you can be more efficient and effective and to leave you guys with one more quote. This is very poignant in my life all the time. The bad news is time flies. The good news is you're the pilot to choose how you fly. Hope you guys enjoyed this one. Does anybody have any questions? No, that's was fabulous and I just want to really make a point, OK. </w:t>
      </w:r>
      <w:r>
        <w:br/>
      </w:r>
    </w:p>
    <w:p w:rsidR="00465355" w:rsidRDefault="00000000">
      <w:r>
        <w:t xml:space="preserve">So I am heading out to Atlanta pet fair. In a couple of days, and then literally right after that I have another trade show. So it's back-to-back trade shows. Ok, I have a lot of things that have to get done, but because I know what needs to get done, I can look at my list and decide, well you know what I this is a priority. So I want to get these things done and what's not really a priority I can move that to when I come back from the trips and not overload myself and make myself insane trying to get to a trade show. Yes, awesome. So glad that's working for you, because that's it really helps me for my mental space to be able to do that. </w:t>
      </w:r>
      <w:r>
        <w:br/>
      </w:r>
    </w:p>
    <w:p w:rsidR="00465355" w:rsidRDefault="00000000">
      <w:r>
        <w:t xml:space="preserve">No, it does. Mentally, it's phenomenal because I can look at this list here and say, hey, you know what, it's really not that important that I have to do this task this very week. It can go a couple of weeks, it's going to be fine. And then just move it forward to wherever you want to put it and then get it done, then forward. </w:t>
      </w:r>
      <w:r>
        <w:br/>
      </w:r>
    </w:p>
    <w:p w:rsidR="00465355" w:rsidRDefault="00000000">
      <w:r>
        <w:t xml:space="preserve">But I also know what has a priority. And so those get bumped up, they get those done because, you know, honestly, you go to a trade show, you're not getting anything done yes. You're not, so accept that as a fact. And not make yourself crazy over it. Hundred percent true yes. So if anyone has any questions, raise your hand. I've Angela, I've already sent you the invite to the private. Summit group all right, so people could ask you questions there and if somebody has questions, did you talk about your podcast? I just not talk about the podcast. No podcast. So mention your podcast. </w:t>
      </w:r>
      <w:r>
        <w:br/>
      </w:r>
    </w:p>
    <w:p w:rsidR="00465355" w:rsidRDefault="00000000">
      <w:r>
        <w:t xml:space="preserve">So the podcast is called the Overachievers Anonymous podcast. And so we talk about all kinds of things in terms of over giving. This is the difference between over giving and over delivering, right? So give you some tools and tips along the way to help you to still be able to give lots, but not everything. And how do they get ahold of you if they have any questions specific for you? So geeky girl dot. Ca is the best way to get ahold of me. There's all kinds of different ways to get me there. If I'm in the group, of course they could tag me in a comment there as well, so. </w:t>
      </w:r>
      <w:r>
        <w:br/>
      </w:r>
    </w:p>
    <w:p w:rsidR="00465355" w:rsidRDefault="00000000">
      <w:r>
        <w:lastRenderedPageBreak/>
        <w:t xml:space="preserve">The podcast is over, givers anonymous. Ok, so we will be back in 40 minutes don't i'm going to stop the recording here. Hold on. </w:t>
      </w:r>
      <w:r>
        <w:br/>
      </w:r>
    </w:p>
    <w:sectPr w:rsidR="00465355"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04CB" w:rsidRDefault="00B504CB">
      <w:pPr>
        <w:spacing w:after="0" w:line="240" w:lineRule="auto"/>
      </w:pPr>
      <w:r>
        <w:separator/>
      </w:r>
    </w:p>
  </w:endnote>
  <w:endnote w:type="continuationSeparator" w:id="0">
    <w:p w:rsidR="00B504CB" w:rsidRDefault="00B50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5355" w:rsidRDefault="00000000">
    <w:pPr>
      <w:pStyle w:val="Footer"/>
      <w:jc w:val="center"/>
    </w:pPr>
    <w:r>
      <w:t xml:space="preserve">Page </w:t>
    </w:r>
    <w:r>
      <w:fldChar w:fldCharType="begin"/>
    </w:r>
    <w:r>
      <w:instrText>PAGE</w:instrText>
    </w:r>
    <w:r w:rsidR="000411F7">
      <w:fldChar w:fldCharType="separate"/>
    </w:r>
    <w:r w:rsidR="000411F7">
      <w:rPr>
        <w:noProof/>
      </w:rPr>
      <w:t>1</w:t>
    </w:r>
    <w:r>
      <w:fldChar w:fldCharType="end"/>
    </w:r>
    <w:r>
      <w:t>/</w:t>
    </w:r>
    <w:r>
      <w:fldChar w:fldCharType="begin"/>
    </w:r>
    <w:r>
      <w:instrText>NUMPAGES</w:instrText>
    </w:r>
    <w:r w:rsidR="000411F7">
      <w:fldChar w:fldCharType="separate"/>
    </w:r>
    <w:r w:rsidR="000411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04CB" w:rsidRDefault="00B504CB">
      <w:pPr>
        <w:spacing w:after="0" w:line="240" w:lineRule="auto"/>
      </w:pPr>
      <w:r>
        <w:separator/>
      </w:r>
    </w:p>
  </w:footnote>
  <w:footnote w:type="continuationSeparator" w:id="0">
    <w:p w:rsidR="00B504CB" w:rsidRDefault="00B50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1403492">
    <w:abstractNumId w:val="8"/>
  </w:num>
  <w:num w:numId="2" w16cid:durableId="1583836594">
    <w:abstractNumId w:val="6"/>
  </w:num>
  <w:num w:numId="3" w16cid:durableId="337345323">
    <w:abstractNumId w:val="5"/>
  </w:num>
  <w:num w:numId="4" w16cid:durableId="1595894331">
    <w:abstractNumId w:val="4"/>
  </w:num>
  <w:num w:numId="5" w16cid:durableId="2099668053">
    <w:abstractNumId w:val="7"/>
  </w:num>
  <w:num w:numId="6" w16cid:durableId="590428416">
    <w:abstractNumId w:val="3"/>
  </w:num>
  <w:num w:numId="7" w16cid:durableId="442655841">
    <w:abstractNumId w:val="2"/>
  </w:num>
  <w:num w:numId="8" w16cid:durableId="750010522">
    <w:abstractNumId w:val="1"/>
  </w:num>
  <w:num w:numId="9" w16cid:durableId="164731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1F7"/>
    <w:rsid w:val="0006063C"/>
    <w:rsid w:val="0015074B"/>
    <w:rsid w:val="0029639D"/>
    <w:rsid w:val="00326F90"/>
    <w:rsid w:val="00465355"/>
    <w:rsid w:val="00AA1D8D"/>
    <w:rsid w:val="00B47730"/>
    <w:rsid w:val="00B504C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3D5A492-9CA9-424F-934D-28FD2BF6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6124</Words>
  <Characters>34907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2023-03-06T21:04:00Z</dcterms:created>
  <dcterms:modified xsi:type="dcterms:W3CDTF">2023-03-06T21:04:00Z</dcterms:modified>
  <cp:category/>
</cp:coreProperties>
</file>