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What Just Happened</w:t>
      </w:r>
    </w:p>
    <w:p>
      <w:r>
        <w:rPr>
          <w:sz w:val="22"/>
        </w:rPr>
        <w:t xml:space="preserve">OK, welcome to the third session of the neurodiversity summit. We're here with Doctor Sasheen Mobley, who's going to be discussing anxiety, so I'm going to let Miss Fashion take it over. Hold on one second. All yours. Hi, everyone. Thank you so much for joining me to talk about anxiety today. So to do some logistics work, I love to have a conversation with my audience. If you have questions, please put them in the chat. </w:t>
        <w:br/>
      </w:r>
    </w:p>
    <w:p>
      <w:r>
        <w:rPr>
          <w:sz w:val="22"/>
        </w:rPr>
        <w:t xml:space="preserve">I can't see the chat unfortunately at the moment because I'm on my cell phone and a computer. But I will come back around for questions. So if you have questions as I'm going on talking about anything, please just make sure you put them in the chat so that I can come back to them and get them answered once we are done. And I trust that you all could see me because I can't see a darn thing. Anyway, thank you so much for joining me today. </w:t>
        <w:br/>
      </w:r>
    </w:p>
    <w:p>
      <w:r>
        <w:rPr>
          <w:sz w:val="22"/>
        </w:rPr>
        <w:t xml:space="preserve">I talk to you about anxiety before we flip forward in slides. I just want to talk a little bit just to hear about why I'm talking about anxiety today and why I think it's important that I be the one to talk to you about it. I suffer from anxiety. Most people suffer from anxiety is a normal part of everyday life. And in this presentation we're going to talk a little bit about normalizing anxiety and not allowing the fear of being labeled as anxious be a deterrent to how you live. A really. Excuse me great and effective everyday life also. I'll be sipping from water from time to time because I still have a slight cold. </w:t>
        <w:br/>
      </w:r>
    </w:p>
    <w:p>
      <w:r>
        <w:rPr>
          <w:sz w:val="22"/>
        </w:rPr>
        <w:t xml:space="preserve">So we're going to talk about normalizing anxiety, getting a sense of what that looks like versus the DSM 5 concept of anxiety disorder. In this day and age, it's really difficult to understand what's normal anxiety anymore, because everyone seems to be talking about anxiety everywhere you turn around, and there is a lot more things that appear to be making us more anxious. But I want you to just take a deep breath. Because normal anxiety. Normal, everyday anxiety is a thing. It's an actual thing that we want to take control of in a way that says it's OK to sometimes feel anxious. It's OK to sometimes feel. A bit of anxiety. It's even OK to feel as though the anxiety of the moment is overwhelming. </w:t>
        <w:br/>
      </w:r>
    </w:p>
    <w:p>
      <w:r>
        <w:rPr>
          <w:sz w:val="22"/>
        </w:rPr>
        <w:t xml:space="preserve">That is different from an anxiety disorder and so we're going to talk about the noise around the concept of anxiety. How anxiety how anxiety is triggered. And some of the things anxiety may come from, such as illness. So Mary, if you'll Click to the next slide. Thank you. So who am I really important because why are you listening to me of all people? Well, I am doctor Sasheen mobley. </w:t>
        <w:br/>
      </w:r>
    </w:p>
    <w:p>
      <w:r>
        <w:rPr>
          <w:sz w:val="22"/>
        </w:rPr>
        <w:t xml:space="preserve">I have a PhD in communication, organizational and interpersonal. I'm an author of several books. I'm a lifelong student. I learn. I love learning. It's what I truly do best. And then imparting that information to other people. I have been a teacher and for over 20 something years. I'm not telling you how many because then you'll know how old I am. We're not doing that. I'm also a speaker on various topics dealing with women. Aging, anxiety and communication and a lot more. </w:t>
        <w:br/>
      </w:r>
    </w:p>
    <w:p>
      <w:r>
        <w:rPr>
          <w:sz w:val="22"/>
        </w:rPr>
        <w:t xml:space="preserve">I have a 10 year old son. If he just came in and we're a part of the pre conversation. I have a 10 year old little boy who is the light of my world and I want to make sure that excuse me again, have the schools. I want to make sure that you are comfortable with the ways in which. You are listening to me and so sometimes my voice cracks out because I do have this cold. If you missed something, put it in the chat. If you've missed something, these slides will be available in this talk will be recorded. </w:t>
        <w:br/>
      </w:r>
    </w:p>
    <w:p>
      <w:r>
        <w:rPr>
          <w:sz w:val="22"/>
        </w:rPr>
        <w:t xml:space="preserve">So you won't miss anything. You can come back and you can listen again to hear whatever it is that you think that you might have missed. Also, I don't know if it's anywhere on my slides, but I wanted to say you can always email me with questions when we're done as well. Next slide, please. So question number one, is everybody suffering from some form of anxiety? Well, the short answer is yes, everyone every day suffers from some kind of anxiety. It may be. Hard to wrap your head around because everyone talks about anxiety. But normal everyday life brings normal everyday life anxiety. What that means is everyday life produces peaks in. </w:t>
        <w:br/>
      </w:r>
    </w:p>
    <w:p>
      <w:r>
        <w:rPr>
          <w:sz w:val="22"/>
        </w:rPr>
        <w:t xml:space="preserve">It peaks moments and instances, and during the day we peak up to things that kind of push us out of our comfort zone. Whether it's a random phone call, a looming deadlines rushing through rush hour, going to the grocery store, new clients that you've never dealt with before, so many places during the course of the day. Pick us up into an anxious state. We'll talk more about an anxious state here in just a minute. </w:t>
        <w:br/>
      </w:r>
    </w:p>
    <w:p>
      <w:r>
        <w:rPr>
          <w:sz w:val="22"/>
        </w:rPr>
        <w:t xml:space="preserve">And then there in those moments, it may feel as though we're a little bit out of control, because that's one of the hallmarks of feeling anxious is that I don't know what to do in this moment because it feels like my emotions are higher than the moment. I want you to think about that for a second. What happened says all day long, right? Sometimes we're just having a conversation with someone and we're in a conversation that's not necessarily going the way we want to, and our emotions become bigger than the moment. </w:t>
        <w:br/>
      </w:r>
    </w:p>
    <w:p>
      <w:r>
        <w:rPr>
          <w:sz w:val="22"/>
        </w:rPr>
        <w:t xml:space="preserve">We feel stuck. That's a form of normalized anxiety. It's an everyday occurrence. And in those instances when we feel that way. We may not have the coping mechanisms to get us through the moment, but what we do know is that it will pence in. That is key because normal everyday life anxiety passes. That's why it's in peaks moments where instances and not away. I like to use that analogy a lot. </w:t>
        <w:br/>
      </w:r>
    </w:p>
    <w:p>
      <w:r>
        <w:rPr>
          <w:sz w:val="22"/>
        </w:rPr>
        <w:t xml:space="preserve">Sometimes we scale a peak of anxiety but we come back down the other side. But sometimes we start a wave of anxiety and we see that wave building and it builds. Into what feels like a sanami of anxiety, excuse me, and distress. That's when we start getting into what's called the DSM 5 anxiety disorders. There are four. Actually, there's more than four. But the DSM 5 in general breaks down anxiety into these four bigger categories. Gd's are generalized anxiety disorder, and this is the one we probably hear about the most. </w:t>
        <w:br/>
      </w:r>
    </w:p>
    <w:p>
      <w:r>
        <w:rPr>
          <w:sz w:val="22"/>
        </w:rPr>
        <w:t xml:space="preserve">That idea that. Somewhere out in the world there are so many people who are just generally anxious all day long. I'm going to argue with this concept here in a minute, but let's go through the other three. There are panic disorders which also fall under anxiety disorders. As a teacher, especially a teacher of first generation and sometimes first year first generation college students, I see a lot of panic disorders in the classroom. A lot of students who have never had the benefit of having the kind of. Environment that college presents to them. They come out of high schools where a lot of things were done for them. They are very supportive families. They're wonderful kids, but they have no concept of what college really feels like and their first year is full of panic. </w:t>
        <w:br/>
      </w:r>
    </w:p>
    <w:p>
      <w:r>
        <w:rPr>
          <w:sz w:val="22"/>
        </w:rPr>
        <w:t xml:space="preserve">They are sometimes debilitated by the panic that comes from being a first year first generation college student. And that's important because panic disorders are debilitating and severe. These kind of disorders in the moment can feel almost like a heart attack. Excuse me, because the body is reacting to a stressor in such a way that it cannot move or function. And that's what all of these DSM 5 disorders have in common. They bring the body to such a state that you cannot move or function. And so there is a way of dealing with them versus normal everyday life, anxiety, social anxiety disorders, we're seeing a lot of that as social media has really become entrenched as part of our lives. </w:t>
        <w:br/>
      </w:r>
    </w:p>
    <w:p>
      <w:r>
        <w:rPr>
          <w:sz w:val="22"/>
        </w:rPr>
        <w:t xml:space="preserve">People have are experiencing a lot. Excuse me, are experiencing a lot more social anxiety disorder. It used to be I teach public speaking, so getting social anxiety disorders in my classroom is pretty much the norm. But when I would teach it was in the classroom for the most part. Not many of us are on a public stage and so social anxiety disorders didn't have quite the same resonance as they do now you have celebrities talking about their social anxiety disorders, but those celebrities that are talking about it. </w:t>
        <w:br/>
      </w:r>
    </w:p>
    <w:p>
      <w:r>
        <w:rPr>
          <w:sz w:val="22"/>
        </w:rPr>
        <w:t xml:space="preserve">Were brought up in this social media generation. If you notice a lot of social anxiety disorder conversation really revolves around the surge of this being on camera for ordinary everyday people who for the most part never used to live their lives on camera. So social anxiety disorder is now in the DSM 5 and it talks about how the social anxiety of needing to be perfect, to be on, to be flawless, all of those things is leading. </w:t>
        <w:br/>
      </w:r>
    </w:p>
    <w:p>
      <w:r>
        <w:rPr>
          <w:sz w:val="22"/>
        </w:rPr>
        <w:t xml:space="preserve">So this category growing bigger and bigger, and finally we have specific phobias. And I'm not going to dig too deeply into specific phobias because there are a lot of them. But when you begin to look underneath all of the DSM 5 anxiety disorders, the one thing that they have in common that makes them vastly different from normal everyday life anxiety is this. And I'm going to consult my notes because I like to get it right. </w:t>
        <w:br/>
      </w:r>
    </w:p>
    <w:p>
      <w:r>
        <w:rPr>
          <w:sz w:val="22"/>
        </w:rPr>
        <w:t xml:space="preserve">Number one they're excessive. Dsm 5 anxiety disorders are excessive. These are things that from the moment we get up in the morning until we go to bed at night, if we're lucky enough to sleep, they're constantly there. They take over everything. They have no end number two they are persistent. It's like a drum beat in the back of your mind that just won't go away. It's like the itch in your psyche that you just can't scratch. It persists no matter what you do to make it stop number three it. Causes significant disruption for the most part. When we're talking about DSM 5 anxiety disorders, we're talking about the disorders that make it so that people cannot function in a normal, healthy environment. </w:t>
        <w:br/>
      </w:r>
    </w:p>
    <w:p>
      <w:r>
        <w:rPr>
          <w:sz w:val="22"/>
        </w:rPr>
        <w:t xml:space="preserve">They're incapable. By themselves, without help of actually being able to take care of their everyday life. And because of that, there is a significant impairment to the quality of their lives. That is very different from normal everyday life anxiety. And that's why there is a distinction that must be made when we're talking about anxiety. Because like I said, there's so much conversation around being anxious, right? We hear it. It's a buzzword in the news. It's all over the place. But what are we really talking about? And I want you to know, if you're someone who suffers from a DSM 5 anxiety disorder, I see you. </w:t>
        <w:br/>
      </w:r>
    </w:p>
    <w:p>
      <w:r>
        <w:rPr>
          <w:sz w:val="22"/>
        </w:rPr>
        <w:t xml:space="preserve">These are serious disorders that debilitate and affect the quality of life. But if you're someone who's like, well, I don't really feel. Those that way I just feel like during the day or during the course of my life, I get anxious. I'm here to tell you that you are feeling a normal, everyday life anxiety. And that distinction is made not only here in this panel, but also in the literature. If you read any of the literature on anxiety, there is a distinction between normal everyday life anxiety and an anxiety disorder. </w:t>
        <w:br/>
      </w:r>
    </w:p>
    <w:p>
      <w:r>
        <w:rPr>
          <w:sz w:val="22"/>
        </w:rPr>
        <w:t xml:space="preserve">So if you're someone who suffers from normal everyday life anxiety, welcome to the club, because 99 % of us. Also suffer from everyday life anxiety without having an anxiety disorder. Ok, quick please. So what about you? Do you have anxiety? Well, yes, you do. And here's how you know that. You have anxiety. You're breathing. You're human. You function in the world with other people. You leave your house or you don't leave your house. You answer the phone. You watch TV. You go to the grocery store. You take your take care of your kids, you do your job. You function in the world as a human being. You have anxiety. What kind of anxiety do you have? Well, that depends on a lot of things. </w:t>
        <w:br/>
      </w:r>
    </w:p>
    <w:p>
      <w:r>
        <w:rPr>
          <w:sz w:val="22"/>
        </w:rPr>
        <w:t xml:space="preserve">Usually, as I was saying in the previous slide. Oh, don't go dark on me. Thank you. Usually we have peak anxiety during the day. Stressful events will come along. Our blood pressure goes up. Our way and cloudy thinking. For those of you who are there like but she hasn't talked about like cloudy thinking or heart racing isn't that doesn't that mean I have a GAD as opposed to normal anxiety? No, anxiety is physical. I'm going to talk a little about that in a second. Anxiety is physical, but normal everyday life anxiety can be physical as well. </w:t>
        <w:br/>
      </w:r>
    </w:p>
    <w:p>
      <w:r>
        <w:rPr>
          <w:sz w:val="22"/>
        </w:rPr>
        <w:t xml:space="preserve">Your heart may speed up, your pulse may quicken, your palms may sweat, your whole body may sweat. You may find that you lose a thought because your emotions. Have skyrocketed. Let's talk about the somatic response here. In normal, everyday life, anxiety, when we're moseying along in our day, kind of doing our thing and all of a sudden something happens. Our pulse quickens. Our palms start to sweat. </w:t>
        <w:br/>
      </w:r>
    </w:p>
    <w:p>
      <w:r>
        <w:rPr>
          <w:sz w:val="22"/>
        </w:rPr>
        <w:t xml:space="preserve">Our heartbeat races we can't quite figure out. What we're supposed to do next, because our brain kind of short circuits. Let me be the first to tell you that. That's what normal anxiety feels like. Normal anxiety is everything. Excessive and excessive response that feels like you're trapped in the moment. But here's the kicker. It doesn't last now. It may last a moment. It might even last a few instances, it might even last a day. </w:t>
        <w:br/>
      </w:r>
    </w:p>
    <w:p>
      <w:r>
        <w:rPr>
          <w:sz w:val="22"/>
        </w:rPr>
        <w:t xml:space="preserve">But normal, everyday anxiety is not the kind of crippling anxiety that disorder is bring to the table. So when I say everyone suffers from anxiety, it's because we do suffer from anxiety and the normal everyday anxiety that you suffer from with the symptoms that I just gave you. The racing heart, sweaty palms, the heightened pulse rate is because in the moment of feeling anxious, our emotions rise up and overwhelm this thing up here. </w:t>
        <w:br/>
      </w:r>
    </w:p>
    <w:p>
      <w:r>
        <w:rPr>
          <w:sz w:val="22"/>
        </w:rPr>
        <w:t xml:space="preserve">It overwhelms our mind. It overwhelms the other senses. And that's why noise, emotions, illness are all places that can come into a day to make us anxious. If you're not feeling well, Oh my gosh, if you don't feel good, you're more likely to be anxious throughout the day. And imagine you have a chronic illness that can actually lead to a DSM 5 anxiety disorder, because illness is one of the precursors for anxiety. So let's just say you have a cold. </w:t>
        <w:br/>
      </w:r>
    </w:p>
    <w:p>
      <w:r>
        <w:rPr>
          <w:sz w:val="22"/>
        </w:rPr>
        <w:t xml:space="preserve">Just a plain old cold and you've gotten up to do your day and you can't quite shake while you're uneasy and everything makes you kind of on edge and jumpy because you just feel anxious, not recognizing that it's the cold. That is causing your body to react and your mind to kind of shut down a little bit. And that leads this feeling of, gosh, something's just not right. I feel like I can't get comfortable in my skin. I'm a little, I can't put my finger on it. That's that normalized everyday anxiety. And because we don't think about it that way, we think there's something else wrong with us, when really it's just normal, everyday anxiety that's kind of floating past. </w:t>
        <w:br/>
      </w:r>
    </w:p>
    <w:p>
      <w:r>
        <w:rPr>
          <w:sz w:val="22"/>
        </w:rPr>
        <w:t xml:space="preserve">Making us a little crazy, but we're going to get over it. And this is key as I was saying, to make this point with a bow on it. Normal everyday anxiety is very different from the ADD anxiety because it ends. We don't we hit that peak but we come back down, we go up the side of the anxiety mountain, but we come back down that mountain pretty rapidly and by rapidly I'm saying if I take a day I don't take a couple of days. Might even take you a week. </w:t>
        <w:br/>
      </w:r>
    </w:p>
    <w:p>
      <w:r>
        <w:rPr>
          <w:sz w:val="22"/>
        </w:rPr>
        <w:t xml:space="preserve">But the DSM five is very clear that when we're talking about anxiety. The anxiety disorders of the kind that cause you to need to do something outside of yourself to bring it under control, those are chronic conditions. And so I really hope if you take nothing else away from this talk today, that you get a sense that when you're experiencing anxiety throughout the day, things that you can days where you feel like you know you just weren't interested in others, you're not feeling something abnormal, you're not overly sensitive to your environment. There are a lot of reasons why we feel anxiety through there, as I said. Stressful situations. Sometimes you're predisposed to be more anxious. </w:t>
        <w:br/>
      </w:r>
    </w:p>
    <w:p>
      <w:r>
        <w:rPr>
          <w:sz w:val="22"/>
        </w:rPr>
        <w:t xml:space="preserve">Biology and genetics actually do play a part in anxiety. I for one AM prone to situational anxiety. I've gone through a lot of stressful situations in my time, and I can tell when something is triggering my anxiety because my brain starts to go. One Direction my mind starts to go, another, and I can't think straight anymore. And that emotional response to whatever has just triggered me is my cue that says, oh, I'm actually feeling anxious in this moment about something. </w:t>
        <w:br/>
      </w:r>
    </w:p>
    <w:p>
      <w:r>
        <w:rPr>
          <w:sz w:val="22"/>
        </w:rPr>
        <w:t xml:space="preserve">And we'll talk about ways to navigate through, ways to navigate through anxiety so that you can function every single day. But illness can cause you to feel anxious throughout the day. Biology can cause you to feel anxious because. As much as we hate to say it, sometimes genetic does predispose us to certain things, and we can be predisposed to feeling more anxious than other people. Also, chronic medical conditions, which I've already talked about substance abuses. Now let me I'm going to step on a toe or two here, but just hear me out, OK? Just hear me coffee. Can increase your anxiety. </w:t>
        <w:br/>
      </w:r>
    </w:p>
    <w:p>
      <w:r>
        <w:rPr>
          <w:sz w:val="22"/>
        </w:rPr>
        <w:t xml:space="preserve">Don't throw something at me. Don't do it. I'm just pointing out that any substance. That acts as a stimulant can also trigger our anxiety. I'm saying don't shoot the messenger, Mary. If you turn me off, I'm going to be really upset with you. But any kind of substance that I see you moving the mouse on the screen, I'm afraid you're trying to turn me off. Any kind of substance that alters our body chemistry. Can make us more prone to anxiety. And I'm picking on coffee because I'm a tea drinker, right? But let me tell you something. </w:t>
        <w:br/>
      </w:r>
    </w:p>
    <w:p>
      <w:r>
        <w:rPr>
          <w:sz w:val="22"/>
        </w:rPr>
        <w:t xml:space="preserve">Have you had a cup of Earl Grey? Let's talk about a caffeine diet. Oh, my gosh. So I'm definitely not knocking it. I get it. But it's important to recognize that some of the things that we do during the day may be increasing our feelings of being anxious throughout the day. Coffee might just be one of them. Again, don't shoot the messenger. And then finally personal history. This is where we really get more into the DSM 5 idea of anxiety. If you have personal history where of illness, then used definitely, probably. I'm reading too. </w:t>
        <w:br/>
      </w:r>
    </w:p>
    <w:p>
      <w:r>
        <w:rPr>
          <w:sz w:val="22"/>
        </w:rPr>
        <w:t xml:space="preserve">Yeah, cup of coffee put some mistake. I wish. I like coffee, I just don't. And funny story, total side note, I promise not to change it too much, but I used to live in a town where there was a coffee factory and actually several coffee factory. But Folgers being one of the ones that perhaps they would have heard of. And the one of the reasons that I desperately do not like coffee is because there is nothing more disturbing to your olfactory senses than the days when they have burned. </w:t>
        <w:br/>
      </w:r>
    </w:p>
    <w:p>
      <w:r>
        <w:rPr>
          <w:sz w:val="22"/>
        </w:rPr>
        <w:t xml:space="preserve">A batch of coffee beans, because that is the smell that permeates everything and it's just terrible. And you're right, he can do it as well. Like I said, have a good cup of strong Earl Grey and you might find some hair growing places that you didn't realize they could grow. Ok. So those are just some of the ways where anxiety shows up and there are ways that we don't necessarily know that we can do much about. Again, illness, substances, genetics, like those are things that we can do necessarily. Think about chronic mental medical conditions. But that doesn't mean that you have a DSM 5 anxiety diagnosis. </w:t>
        <w:br/>
      </w:r>
    </w:p>
    <w:p>
      <w:r>
        <w:rPr>
          <w:sz w:val="22"/>
        </w:rPr>
        <w:t xml:space="preserve">But what it does mean is that just about everybody at some point in time in their lives, is going to have about with anxiety. Sometimes it might be major, but every single day we're going to encounter it. Next slide, please. So how do we cope? That's what people really want to know. How are we supposed to cope with this everyday anxiety? Doctor Sachin, I don't have time to be sitting around thinking about anxiety all day long. I need to know what to do. There are lots of things that you can do. The first thing is to know your triggers. You have to know umm. Scratch that. It's important that you take the time to learn what triggers you. </w:t>
        <w:br/>
      </w:r>
    </w:p>
    <w:p>
      <w:r>
        <w:rPr>
          <w:sz w:val="22"/>
        </w:rPr>
        <w:t xml:space="preserve">And I wanted to revise that statement for two reasons. Because what triggers you in your twenties may not trigger you in your forties, and the things that made you anxious in your thirties may mean nothing to you in your fifties. So it's important to know what it is that sets you into a certain place where your heart starts to raise, your pulse starts to raise, your body starts to flush, and your emotions really begin to take over and to know those, you have to study yourself. You have to take the time in the moments where something has happened to say what, how did I get here? And that's a question I always ask my clients who i work with divorce clients when they're really spending in a moment. </w:t>
        <w:br/>
      </w:r>
    </w:p>
    <w:p>
      <w:r>
        <w:rPr>
          <w:sz w:val="22"/>
        </w:rPr>
        <w:t xml:space="preserve">And I'll and we try to figure out how did I get here? How did I start spinning here? What was the trigger? What was the catalyst for this moment? So you have to know what your triggers are so that you can see them coming. Now what does that mean? That you're going to be able to stop them at all times? No remember, anxiety is normal throughout the day. Sit in traffic. </w:t>
        <w:br/>
      </w:r>
    </w:p>
    <w:p>
      <w:r>
        <w:rPr>
          <w:sz w:val="22"/>
        </w:rPr>
        <w:t xml:space="preserve">Another funny story I had to go to, had to go to LA to visit a friend and I had never driven on a highway that had like 7 lanes across. I am not used to highways that have and I love to drive. I'm a Midwestern girl and we drove all over the country as I was growing up. But for some reason we never drove places where there was like 7 lanes of traffic going in One Direction and then another seven lanes over there going in the opposite direction and the first time I ever had. </w:t>
        <w:br/>
      </w:r>
    </w:p>
    <w:p>
      <w:r>
        <w:rPr>
          <w:sz w:val="22"/>
        </w:rPr>
        <w:t xml:space="preserve">To drive on an LA freeway. I had to pull over because that traffic induced all of my anxiety triggers. I was like, this is madness. These people are crazy. Who taught them how to drive? They got their licenses out of the Cracker Jack Box. Are you kidding? Like it was all over the place. It's a trigger for me, is not feeling in control of a situation. When it looks as though I may not be able to navigate myself smoothly through something, I start to feel anxious. </w:t>
        <w:br/>
      </w:r>
    </w:p>
    <w:p>
      <w:r>
        <w:rPr>
          <w:sz w:val="22"/>
        </w:rPr>
        <w:t xml:space="preserve">So you have to know your triggers in the course of your work day. Are there kinds of clients that you know inherently just trigger you that are either aggressive or pushy or just don't treat you in a way that you feel comfortable with? Are there certain clients that you just don't like to work with? Because around them, your heart starts to race, your brain begins to fog out. You don't feel like you're comfortable in their presence. Is are there noises that set you on edge? Are there? Another funny aside, I wrote a post on my Facebook about the fact that I'm a yoga practitioner, and during the course of one of my yoga sessions, a teacher wanted to use singing bowls as part of our practice. </w:t>
        <w:br/>
      </w:r>
    </w:p>
    <w:p>
      <w:r>
        <w:rPr>
          <w:sz w:val="22"/>
        </w:rPr>
        <w:t xml:space="preserve">And I've never had singing bowls in the room before, so I said that was fine. But during the course of that time, as she began to do the bowls and they were metal bowls, I began to feel so anxious in the midst of a yoga practice. Now practice yoga or any of those kind of meditative arts the goal is to calm you down, right? The goal is to smooth out the edges so that you can fall into a state of relaxation. </w:t>
        <w:br/>
      </w:r>
    </w:p>
    <w:p>
      <w:r>
        <w:rPr>
          <w:sz w:val="22"/>
        </w:rPr>
        <w:t xml:space="preserve">I was like, what is happening to my body here? It felt like somewhere far away, off in a room, someone was literally scratching on a chalkboard with their fingernails. The hair on my arms are standing up. The back of my neck was sending out. My body was tensing. My head was going crazy. And I'm just like, whoa, what is happening here? When she stopped, it was like. Somebody turned the volume down on those feelings and I realized, ah, OK, I cannot be in a room with this singing, bold stuff happening. </w:t>
        <w:br/>
      </w:r>
    </w:p>
    <w:p>
      <w:r>
        <w:rPr>
          <w:sz w:val="22"/>
        </w:rPr>
        <w:t xml:space="preserve">So I'm going to exit stage left and come back another day. In the moment before that happened, I had no idea that was a trigger for me for an anxious response to the moment. And that's why I said normal, everyday anxiety peaks moments, instances, right? So that wasn't a peak because it went on long enough that I wasn't quite sure it was happening. It was a moment ago, and until the moment came down a notch, I wasn't quite able to ascertain what was going on, but I knew it didn't make me feel good. </w:t>
        <w:br/>
      </w:r>
    </w:p>
    <w:p>
      <w:r>
        <w:rPr>
          <w:sz w:val="22"/>
        </w:rPr>
        <w:t xml:space="preserve">And the minute she stopped playing the grab a drink of water. In the vault, it's like the volume just turned down on that. I was like, oh, this is bothering me, I need to remove myself from that. Are there noises in your day that are like that for you? And if there are, what can we do about it? Which leads me to the second point, take advantage of the technology, the one thing I love. About life. And I love a lot of things that way, but I love technology. </w:t>
        <w:br/>
      </w:r>
    </w:p>
    <w:p>
      <w:r>
        <w:rPr>
          <w:sz w:val="22"/>
        </w:rPr>
        <w:t xml:space="preserve">It is 2023 and our homes are smart, our cars are smart, our phones are smart. Everything is smart until it's done. But that's beside the point. But everything is smart. And the nice thing about smart technology is. Here's the secret. Anxious people work on things to make anxious people feel better. I firmly believe noise cancelling headphones came from somebody who had anxiety towards random noises. It may be that they also, you know, needed to have headphones to drown out some other thing. But Can you imagine the first person you put the headphones on, that noise cancelled. And the feeling of silence that must have come upon them, if you're someone for whom noise is a trigger. </w:t>
        <w:br/>
      </w:r>
    </w:p>
    <w:p>
      <w:r>
        <w:rPr>
          <w:sz w:val="22"/>
        </w:rPr>
        <w:t xml:space="preserve">Having a good set of noise canceling headphones. It's your right to get in there and get those things over your ears so that you can have bliss, you can have peace. Technology, if you have any issues at all at this point in life, can almost be solved with technology. Now, can everything be solved with technology? No and I'm going to say very clearly that DSM 5 disorders can pull from some of the stuff that people use for everyday anxiety. They can help. So we're going to talk about them specifically in a minute about what they really need to help function, but for our normal anxiety people. </w:t>
        <w:br/>
      </w:r>
    </w:p>
    <w:p>
      <w:r>
        <w:rPr>
          <w:sz w:val="22"/>
        </w:rPr>
        <w:t xml:space="preserve">Technology is our friend. Let's use it. There are so many ways. Oh, weighted blankets. Let me talk about the weighted blankets. We give them to everything. I was watching a video just the other day about a dog, Shiba Inu I think is how it's pronounced. Don't kill me if I got it wrong. But who was very anxious and the owner thought him her excuse me awaited sweater, awaited what was like sweater like awaited jacket that's what it was awaited jacket. And the feeling that the owner said the dog felt like the sense of calm that seemed to help the dog have was worth the money and that's why I say take advantage of the technology if it's. </w:t>
        <w:br/>
      </w:r>
    </w:p>
    <w:p>
      <w:r>
        <w:rPr>
          <w:sz w:val="22"/>
        </w:rPr>
        <w:t xml:space="preserve">Environmental if there are things in your environment that create anxiety during your work day. Find ways, find the things that are necessary and use them to make you feel better. Get the exercise ball to stone if you hate sitting in the chair because it makes your body feel stiff and that leads to you feeling anxious. Don't get the exercise ball. Stay in the chair. Get the good shoes, get the good, wear the comfortable clothes, get the good equipment that make you feel like you're working effortlessly as opposed to putting a lot of effort into your craft. </w:t>
        <w:br/>
      </w:r>
    </w:p>
    <w:p>
      <w:r>
        <w:rPr>
          <w:sz w:val="22"/>
        </w:rPr>
        <w:t xml:space="preserve">Whatever the case may be, I firmly believe that as technology continues to get better and better, people like us, people who are in the space where we're anxious sometimes and we need ways to cope, are going to continue to create more and more ways to make our life easier, making our lives. Earlier I'm all for that number three. Create a space in your calendar. Too many times we wait and wait and wait until we are beyond the point of anxiety and beyond the point of being able to pull ourselves back from the edge. </w:t>
        <w:br/>
      </w:r>
    </w:p>
    <w:p>
      <w:r>
        <w:rPr>
          <w:sz w:val="22"/>
        </w:rPr>
        <w:t xml:space="preserve">And then we are done for the day like we were like time out. We can't do it. I'm literally melting them, by the way. That's normal too, because nobody's perfect at this all the time. Nobody is 100 % perfect this all the time. And I can see I probably need to speed up so I can get through. Ok, no one's perfect all the time. But before you get here. My prop. This is my son's terrarium. Ok, this used to be lush, beautiful green grass. It is no longer a lush and beautiful green grass because at some point it needs to be planted in a new environment so it can continue to thrive in your calendar. </w:t>
        <w:br/>
      </w:r>
    </w:p>
    <w:p>
      <w:r>
        <w:rPr>
          <w:sz w:val="22"/>
        </w:rPr>
        <w:t xml:space="preserve">You have to create these. You have not, well not the dead part, but your cameras off. Hold on a second, I got to give you permission to turn it back on. I didn't realize it was off. How to go off? Ok. You can turn it back on. Ok. Well, it says start video doesn't tell me I have oh. Ah, there we are. Can you see me? terrarium. Dead grass OK, let's go forward. On the five, I know we're all crazy now. Ok? Right there perfect when we don't create space for ourselves to flourish and grow, we get dead grass in our terrarium. Your schedule is the same way. </w:t>
        <w:br/>
      </w:r>
    </w:p>
    <w:p>
      <w:r>
        <w:rPr>
          <w:sz w:val="22"/>
        </w:rPr>
        <w:t xml:space="preserve">When you pack yourself so tightly that you don't allow yourself space to take assessment of how you're doing, you increase your level of anxiety during the day. I don't know about you all, but I like a calendar that has space in it. I require a calendar that allows me to see some blank space in there that has nothing written on it, because I know that if I'm running like. </w:t>
        <w:br/>
      </w:r>
    </w:p>
    <w:p>
      <w:r>
        <w:rPr>
          <w:sz w:val="22"/>
        </w:rPr>
        <w:t xml:space="preserve">Crazy from 8:00 to, noon that from noon to two it is nothing at all. And so many of us, especially if we are self-employed especially if we're running multiple businesses, if we have multiple things going on, it can be very difficult to create space for ourselves, to acknowledge that we are tired, that our day is full, that we're feeling a little anxious about all we still have to get done, and that we need to come into our. </w:t>
        <w:br/>
      </w:r>
    </w:p>
    <w:p>
      <w:r>
        <w:rPr>
          <w:sz w:val="22"/>
        </w:rPr>
        <w:t xml:space="preserve">Self-care routines and for just a few minutes so that we can get back on track. Now if you can create space in your calendar at the same time every day. Remember talking about the somatic response. If you create the time at the same time every day, your body will begin to expect some time. Expect that downtime. And that's a really good thing because you know our days are busy. We can't always stop. But if we know that no matter what, from noon to two, this is my time. When the body can handle a whole lot more, when it knows it's going to get what it needs in a couple of hours. And so creating space in your calendar is one of the key ways I find of managing what feels like an A day filled with anxious things that may be happening for you. </w:t>
        <w:br/>
      </w:r>
    </w:p>
    <w:p>
      <w:r>
        <w:rPr>
          <w:sz w:val="22"/>
        </w:rPr>
        <w:t xml:space="preserve">Excuse me number four and I'll send you that they're running time meditation. Big proponent of meditation. It's also on the other list, and it's also scientifically proven to have a whole list of notes. I'm just not going to get you meditation has been scientifically proven to lower anxiety. It is in scientifically proven that when we meditate we increase our happy hormones. It's just that simple. Because we turn down the volume of the distorted thoughts in our in our head. That's why so much of therapy is beginning to incorporate meditative practices into it. Because the near the mere act of turning down the distorted voices, the distorted noises, the distortions period and turning up the positive emotion, the positive self talk and increasing the stillness does wonders for people who are anxious and for people who are press next exercise. </w:t>
        <w:br/>
      </w:r>
    </w:p>
    <w:p>
      <w:r>
        <w:rPr>
          <w:sz w:val="22"/>
        </w:rPr>
        <w:t xml:space="preserve">Don't shoot the messenger, OK? That's all I'm going to say. Don't shoot the messenger again. But the fastest way to turn up the happy and turn down the distortion is to start moving your body. Go for a 15 minute walk, do 20 jumping jacks. Anything that gets that cortisol stress hormone to come down and the endorphins to shoot up begins to lower the emotions, regulates the heartbeat. And this is key. Regulates the pulse, regulates the stress, and all of a sudden we just don't feel as anxious. </w:t>
        <w:br/>
      </w:r>
    </w:p>
    <w:p>
      <w:r>
        <w:rPr>
          <w:sz w:val="22"/>
        </w:rPr>
        <w:t xml:space="preserve">And there are other things that I can't get to, but if you have any questions about that, please contact me. Next how do you cope with the DSM 5 version of anxiety? These are heavy hitters and I do not recommend trying to do them on your own. Cognitive behavior behavioral therapy is the number one way that therapists use to help people with anxiety. It is amazing. I swear by it is. It is one of those things that I say therapy is never going to hurt you if you find the right therapist. </w:t>
        <w:br/>
      </w:r>
    </w:p>
    <w:p>
      <w:r>
        <w:rPr>
          <w:sz w:val="22"/>
        </w:rPr>
        <w:t xml:space="preserve">So find the right therapist mindfulness based stress reduction practices also being incorporated now in the DSM 5 and in therapeutic practices and again meditation trends transmutation Deep somatic meditation. So many different types of meditation are being used to help people get a handle on the things that are causing them to feel anxious, excessive, persistent, destructive anxiety, and then structured exercise routine. Same thing if you know every day that there's going to be an hour of your day dedicated to mindfully walking, to weightlifting, to yoga practices, to martial arts of any kind. </w:t>
        <w:br/>
      </w:r>
    </w:p>
    <w:p>
      <w:r>
        <w:rPr>
          <w:sz w:val="22"/>
        </w:rPr>
        <w:t xml:space="preserve">When you have that structured exercise routine, the body knows there's going to be an outlet in the way to again turn up the good stuff and turn down the bad. Next slide, please. Thank you. I know I just covered a ton of information and I tried not to go too fast as is sometimes my case, but I had a lot to cover and I definitely didn't want to run out of time before I got it all in. So at this point, I am open to any questions that you might have, any comments or anything that you would like for me to repeat. </w:t>
        <w:br/>
      </w:r>
    </w:p>
    <w:p>
      <w:r>
        <w:rPr>
          <w:sz w:val="22"/>
        </w:rPr>
        <w:t xml:space="preserve">And thank you so much for having me today. Ok. We'll give a little time for questions. That was actually pretty amazing. Oh, thanks. I appreciate that. If you could see the list of stuff I didn't get to. Put that over there. I can't help it. Yeah, groomers tend to be a very stressed community as a whole. And I was really, I tried to watch a lot of grooming videos to prepare myself for this because I didn't, I don't know, all the ends and outs of the grooming world. </w:t>
        <w:br/>
      </w:r>
    </w:p>
    <w:p>
      <w:r>
        <w:rPr>
          <w:sz w:val="22"/>
        </w:rPr>
        <w:t xml:space="preserve">And so some of the things that I saw was like, Oh yeah. So I can totally understand why this would stress you out and how you need to be able to function in the moment, like even in the moment sometimes to be able to shift your energy just in the moment. So kudos to you all for what you do, because those videos are something else. Ok, now for those who. Can make sure I add you to the summit membership group. Ok so people can ask questions they have, they have a membership. But for those who do not have a membership how can they get ahold of you to ask any questions there? I think the very last slide has no, it doesn't technically back. </w:t>
        <w:br/>
      </w:r>
    </w:p>
    <w:p>
      <w:r>
        <w:rPr>
          <w:sz w:val="22"/>
        </w:rPr>
        <w:t xml:space="preserve">It doesn't. So my email sasheen mobley dot com spell that SA. Chenmobl E Y dot com first name last name dot com so if you have the program and you're like I can't remember how to spell her name first name lastname.com and that's how you can find me on any social media platform from tick tock to Facebook to YouTube doctor Sashi Mobley. Ok, cool. So we'll give it a minute for questions, OK. Oh yeah, there's people been chatting. I know you were saying. I want to see. Mostly just telling you just how great it was. Oh, thanks. I really appreciate that. Well, I tried to keep it short and sweet and hopefully it will be helpful if you have any questions, you know how to get off me. </w:t>
        <w:br/>
      </w:r>
    </w:p>
    <w:p>
      <w:r>
        <w:rPr>
          <w:sz w:val="22"/>
        </w:rPr>
        <w:t xml:space="preserve">Ok, very good. So we'll be back with Michelle in just a little while. I don't have the schedule in front of me. So Michelle, what time are you coming back on? Michelle knows. Michelle is not even leaving. That doesn't help. She's like, I'm just going to stay here. I'll be here when you get back. Alright, let me just stop the recording. Stop recording.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