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E4AB4" w14:textId="77777777" w:rsidR="006739CA" w:rsidRDefault="00000000">
      <w:pPr>
        <w:pStyle w:val="Title"/>
      </w:pPr>
      <w:r>
        <w:t>Alyssa Kasiba</w:t>
      </w:r>
    </w:p>
    <w:p w14:paraId="04F4A2A7" w14:textId="77777777" w:rsidR="006739CA" w:rsidRDefault="00000000">
      <w:r>
        <w:t xml:space="preserve">OK sorry, Welcome to The Last session for the first day of the Creative Commons We have a lot agresiva here. Started a little House, keeping the. Recordings Transcription Services. ¿Which the transcription in the recording? ¿Su vida by the end of the day, you know? Play ah comercial. Specialized en Sears. Sai have the sunflower Phoenix that the Black panther and ¿Watch? Newline with the links. Claro, eso. Creative way of the RTE OK Luisa ya. Michael Beach, pero am here. O k? Sands we are. </w:t>
      </w:r>
      <w:r>
        <w:br/>
      </w:r>
    </w:p>
    <w:p w14:paraId="38108A2E" w14:textId="77777777" w:rsidR="006739CA" w:rsidRDefault="00000000">
      <w:r>
        <w:t xml:space="preserve">Change for dogs cats, I was going to have my Black and purple boliviano es. José, so, We have you here is not usually normal for abstracts. Bye y is all way de you can. El abstract cooling of your. Truck I like. Ayer ehh. Galaxy Team Team. Because so abstract the múltiple little thing of a little especial PDF by sparkle to a client thousand hours during anything dramatic horror you can join us and Japan stage One day and you have abstract on the stage there are usually. ¿Y qué tal Four shows year where you get all your fancy loudspeaker, ringtones and you Too? ¿El design to your Heart? ¿Son people, durock not some people i like to make things are the world all of that so thats where you? Yoenis clean Design Sometimes IT is che. </w:t>
      </w:r>
      <w:r>
        <w:br/>
      </w:r>
    </w:p>
    <w:p w14:paraId="6D91D250" w14:textId="77777777" w:rsidR="006739CA" w:rsidRDefault="00000000">
      <w:r>
        <w:t xml:space="preserve">¿Iban dos ahí, te quieres ir? sounds. Peace anything that just makes you happy really. Because everything is changing and is something sean of stage. Si a usted you. Vaya, había quiero here like this does have a Creative and her back, but some things are things that i do with my clients around for your life i do. Y no hay people Get started. Abstracts en to be able to eat other clients like that many people doom the One thing. ¿I will say is you want to make sure that you know the dock and get a first time because that that? You wanna make sure that ok with short plays. </w:t>
      </w:r>
      <w:r>
        <w:br/>
      </w:r>
    </w:p>
    <w:p w14:paraId="0E3E2B78" w14:textId="77777777" w:rsidR="006739CA" w:rsidRDefault="00000000">
      <w:r>
        <w:t xml:space="preserve">Like your and playback Singer the shorter like forty blades with you tried out a couple of peppers and the world line clipper, the little tiny details in the Blade es. Smaller Than your comment like fire and One. I also want to a beautiful One Store like this and myself and is One of the Blade with just a little while the TAP. El nene. De su armory. Ah HP i'm. </w:t>
      </w:r>
      <w:r>
        <w:br/>
      </w:r>
    </w:p>
    <w:p w14:paraId="02165D5C" w14:textId="77777777" w:rsidR="006739CA" w:rsidRDefault="00000000">
      <w:r>
        <w:t xml:space="preserve">Hashtag switch that is the One thing this is because. Really going through thick. Coach, bueno time to this more detailed. You are more getting a design. This is the One thing that I'm just starting learning about joining has not only the beat beat yeah, but. Gausachs so that. Pues está no. Andas en La Caixa, dices, hey bowne. Is not in the ground, something completely different, but I really like the actions really nice but again on the beat. </w:t>
      </w:r>
      <w:r>
        <w:br/>
      </w:r>
    </w:p>
    <w:p w14:paraId="2F083FD4" w14:textId="77777777" w:rsidR="006739CA" w:rsidRDefault="00000000">
      <w:r>
        <w:lastRenderedPageBreak/>
        <w:t xml:space="preserve">So when it comes time to like taking your clients about it I tried to stay all day from the little ones until the dark the dog in the can be done with shorter because I'm with you want to work towards it because you can't Jump in thirty, forty Blade and face because this is going to. So we wanna be safe than sorry en mixcoac cargar papers you my side abstract i work tools it and do it before show to make sure there's getting used to it and like Heaven living my girl. </w:t>
      </w:r>
      <w:r>
        <w:br/>
      </w:r>
    </w:p>
    <w:p w14:paraId="6A8584B4" w14:textId="77777777" w:rsidR="006739CA" w:rsidRDefault="00000000">
      <w:r>
        <w:t xml:space="preserve">That he and that started. A very light carbono. Hay un nicho, baby steps and Jump, straight to the forty Blade because the skin. ¿With the Thames hoy yeah, so we have you here home show you probably the Flower outline? O hay como counting on Design and how you for the abstract the dogs, you can do things like that in hands you can do with you can doom. Like a Twitter club mix when I do my One gets a shame, shame for the holidays casi es. </w:t>
      </w:r>
      <w:r>
        <w:br/>
      </w:r>
    </w:p>
    <w:p w14:paraId="1F40D252" w14:textId="77777777" w:rsidR="006739CA" w:rsidRDefault="00000000">
      <w:r>
        <w:t xml:space="preserve">Show y lógica like this foo fighters and stuff like that should still wants so that we do. El girasol, quieren color http. Angelito no que within Athletic Club and Chuck with just he does have with the way and shapes with your eyes and all the other because of it all these Days on earth. Es tan very good. Before we want with his mom about going to. En Haifa. </w:t>
      </w:r>
      <w:r>
        <w:br/>
      </w:r>
    </w:p>
    <w:p w14:paraId="14D160F8" w14:textId="77777777" w:rsidR="006739CA" w:rsidRDefault="00000000">
      <w:r>
        <w:t xml:space="preserve">Chancho Ibervil Print out on, going to draw like my designs so this is a drug is not very easy. You can SEE IT All working thing about Hearts is the fans son shape of you can just thanks. Background and you Get nice even to sides show. Zeta with my Father, Flynn. And I have done. Apps al Dragon my tablet and then I will go and make printable and the dog to people speak because 1 we could Economics for you. The right that right way you want and the viasualiza i use the Spirit of dreams kind of spray the One with the Bing Watch Dogs right now or events like catch, my silver One, but it is the man toxic colorear spray hoy. </w:t>
      </w:r>
      <w:r>
        <w:br/>
      </w:r>
    </w:p>
    <w:p w14:paraId="3F81C104" w14:textId="77777777" w:rsidR="006739CA" w:rsidRDefault="00000000">
      <w:r>
        <w:t xml:space="preserve">Show I USE IT Black Dark One for dogs that the White and the Black Wings. Ayer te ha efrain. Sea Spirit during november first November Second, Catherine Stieglitz, twenty five % of fifty % of this beautiful. I have watch now because i am with you me. Show for free. Creo que en Twitch and the ways of what your looking to cheek like me, I'm going to save around the SHAPE almost like black. Shape of. Hey hut oh. You can also the vice. If you want there is craft son. </w:t>
      </w:r>
      <w:r>
        <w:br/>
      </w:r>
    </w:p>
    <w:p w14:paraId="6FD695C2" w14:textId="77777777" w:rsidR="006739CA" w:rsidRDefault="00000000">
      <w:r>
        <w:t xml:space="preserve">Doors that the back you can make it be used to be on the dark because the dark. ¿With this a little more? ¿Y si with you can't? Ah, hay kettle clips from the little clips y the ones this ones from my Lady Crane, Amazon places, and they are. Really easy to, Click your work on and the able to make that shall and beads. Facebook sigue. Bueno B es, we are you are good. Pedro, Pinky, guapa tema. O k? ¿Soy find your spot here that kind of the One night the shape here and white spot what i do to get? Chips, euskalmet everything you might ¿Ok? Patrice </w:t>
      </w:r>
      <w:r>
        <w:lastRenderedPageBreak/>
        <w:t xml:space="preserve">egipcio. </w:t>
      </w:r>
      <w:r>
        <w:br/>
      </w:r>
    </w:p>
    <w:p w14:paraId="163C357B" w14:textId="77777777" w:rsidR="006739CA" w:rsidRDefault="00000000">
      <w:r>
        <w:t xml:space="preserve">It's raining here es. That House the point that. Pues llegarán en Amazon los bancan Holder a little bit better for like the points, but. Atados ons getea. ¿Que ter? Quiero nuestro hotel. Pues maje fue chick and rape uy transmitiré esperarán. Qué cannabis New York. You are. ¿You know you know what's your clips? Es que lo noise code to where i can see everything is covered in every cover the soul. So make sure you can search very well. I sometimes the Air Drive. El chinche Mugroso Pito es Apple. Retrocedan, ajá. Ya ay, no. Ah. No yo causé yo también. O sea, hay que personalizarlo. </w:t>
      </w:r>
      <w:r>
        <w:br/>
      </w:r>
    </w:p>
    <w:p w14:paraId="1EDC68DB" w14:textId="77777777" w:rsidR="006739CA" w:rsidRDefault="00000000">
      <w:r>
        <w:t xml:space="preserve">Tu cara. Amor, es que hemos. Para no salir. ¿Ay, ya ven? sexo. Allí en sí. Sí, yo puedo ver Noé. Mira y the night the weeknd. And no. Aquí igual. Julius, sí, sí. ¿Más favorito little time? Cheers, Formation. The way, please no puedo I don't want. Thank you. Ah OK show here you START. Karen era out, soy just like. The fly here saber. Skytrain, Parchís. Que fremont. Súper tanamachi spray out. Ya yo he ganado edge. En 11, you get that trends with my train down. </w:t>
      </w:r>
      <w:r>
        <w:br/>
      </w:r>
    </w:p>
    <w:p w14:paraId="08AF63BE" w14:textId="77777777" w:rsidR="006739CA" w:rsidRDefault="00000000">
      <w:r>
        <w:t xml:space="preserve">Butterfly en el garage. Sigan fucked up. Newline PRETTY sorry mov. ¿Qué puedo ver? Yo estoy buena ice outline. Digo, está o Higgins es brush. Sin the top not track your forward highlight in your top notch. You wanna be a playing your SHAPE, whatever that is you want if you want three dimensional like this your just going to make sure that you brush all down english newley. Señor Mature, all the years that when you come down. The Legend. Valdespin cráter. Un tope. Come down shows a little bit more sexo ¿Directions? Si a Wakita wings that way. </w:t>
      </w:r>
      <w:r>
        <w:br/>
      </w:r>
    </w:p>
    <w:p w14:paraId="4B921CC1" w14:textId="77777777" w:rsidR="006739CA" w:rsidRDefault="00000000">
      <w:r>
        <w:t xml:space="preserve">Pushing up down inside, the Sydney, you can see the Heart that just don't make the shape that you want https oh. Pues en el cero. Guión already karl. Es todo. Pero es claro que. ¿Quién es eso? Son esos shawne. Entonces, Canaán like the runway es where you have a little bit of light, strips of three dimensions. Solsona happy. Cada comité up make sure everything is good class. We were doing things at around take care is to work at and Michael Walker request pgl sí aunque. </w:t>
      </w:r>
      <w:r>
        <w:br/>
      </w:r>
    </w:p>
    <w:p w14:paraId="3F6602D0" w14:textId="77777777" w:rsidR="006739CA" w:rsidRDefault="00000000">
      <w:r>
        <w:t xml:space="preserve">Pero el check clippers. La FORTY START Outline. Que están en Dragging Atlet sí. Ya que no vaya padre. Academic Suede. Chapter Dragon, little better, take it off. The Pink. No la Cámara nacional no. ¿Of show you want? estudios. El chat. Está en sí. No, en el año King. Sabes, yo estoy ahora en frío. Ay, que son. Tan nice queen sexo ajá de los ojos. Esa años awakenings. ah piano nice. Oh, grandioso. Basurero, I know right. En China si alguien close you ll be able to see where the green walls and where. Encanecida with line. Es que en the three is a five Blade. Anda juntado mitsuhide en ¿Vale? quites. </w:t>
      </w:r>
      <w:r>
        <w:br/>
      </w:r>
    </w:p>
    <w:p w14:paraId="4786B237" w14:textId="77777777" w:rsidR="006739CA" w:rsidRDefault="00000000">
      <w:r>
        <w:lastRenderedPageBreak/>
        <w:t xml:space="preserve">For going short los. Oh, different Kind of shapes the way down shaw es. En you have to use them. The same things a little white hola ¿Tú? ¿Entonces que me? hashtag. ¿Please baby? aplaudiendo ya fea infinity. There will be a little more. And the dog that you the shoulder Blade. Yi wanna GO. Sean y no sinop. ¿Ay, en serio flores? Se short. Cambios, Pretty Much Outline, Spotter Fly and making of like a Rolling around caoba marcas. Sonnabend questions for this part real good engle. Qué cantes bien mía. Obvio, la cana no hashtag ups. Oh, eso. </w:t>
      </w:r>
      <w:r>
        <w:br/>
      </w:r>
    </w:p>
    <w:p w14:paraId="156FBADB" w14:textId="77777777" w:rsidR="006739CA" w:rsidRDefault="00000000">
      <w:r>
        <w:t xml:space="preserve">Okok I want but. Storage with line con sí. ¿You want? Https things, POP, envie give your shoulder ability to lay down ringtones and https. Este something little easier because. O k, menos Felipe and I Know IT Changed ¿Ahí? ¿Ah, yo en qué? ¿Qué haces ¿Time? house. Oki that I am sorry, I don't. Ay just like Masters, Skype and you started. Sofía está muy cute for. 1 Baby Showers Hollywood. She Gets her dog. Yes, She Loves him down right for thays. Trato de Lope. En Ah picture that. Kits kits beatle. Will be cool. Y me enoje quien. ¿Qué color? Sotheby's always different ways that you can add your head out of the way. </w:t>
      </w:r>
      <w:r>
        <w:br/>
      </w:r>
    </w:p>
    <w:p w14:paraId="7A6012FC" w14:textId="77777777" w:rsidR="006739CA" w:rsidRDefault="00000000">
      <w:r>
        <w:t xml:space="preserve">Chupi, Cojedeño. Ay Dios fingering that beat. Antes de nada. Saque a Three Dimensional. New Leaf. Streets of Hair for Design thinking that stuff the Swan way you can do it and be able to do that. En el anuncio en other way. Cosa tan. So another way. Peppa Pig. Join for work. Yo soy esa spyware. Porque te design ¿Probably? Pues ya no chupar. ¿Com Just because you want that little bit of blood? Aaay en tu Short 12 Kind of ShowMatch but. Ah, quiero we wish that poodles. We have seen on the One Lady back, does the back of Health short and its different coach of differently show y. </w:t>
      </w:r>
      <w:r>
        <w:br/>
      </w:r>
    </w:p>
    <w:p w14:paraId="52C54CED" w14:textId="77777777" w:rsidR="006739CA" w:rsidRDefault="00000000">
      <w:r>
        <w:t xml:space="preserve">¿Juanjo en día, Abstract Clients? ¿Probably ANYTHING Shorter than a five ¿Vale? Showman thinking. Chao Andrés, que no start working on it again, Sam Thing If you wanna give out if you want to print out it Works very well in the way is just bastante preference. Something es simple es as World I'm OK, Freaking something like that hurts and Stars a little more about trying to make sure the Perfect. </w:t>
      </w:r>
      <w:r>
        <w:br/>
      </w:r>
    </w:p>
    <w:p w14:paraId="7624F1D7" w14:textId="77777777" w:rsidR="006739CA" w:rsidRDefault="00000000">
      <w:r>
        <w:t xml:space="preserve">The One Thing. Sí, es mi position, in which way and sync and that is because I'm coming the head Down and I wanna make sure that i am signing the right way because i size open. The Heart is not going to make a cut like with like so. Go a crossfit maps. En I like to think fast tengo un street with the Blade and the Blade. Cao rayos. Y casi fiel yo high Ball spots. Until you know. Where your at ean que todos, Lines en you want and then you can START. Keith Blade. Cuando me acaban. Allison janney in the beginning the not dead no. ¿Sí, en el show, you know, Ana? ¿Cómo vamos bien? paper hashtag. </w:t>
      </w:r>
      <w:r>
        <w:br/>
      </w:r>
    </w:p>
    <w:p w14:paraId="025ECBD5" w14:textId="77777777" w:rsidR="006739CA" w:rsidRDefault="00000000">
      <w:r>
        <w:t xml:space="preserve">Sí que quieran hacer bien. ¿Quién es chelsea? gracias. ¿With different colour dogs, you can find the design that is Gray and so it shows and the weeknd just play with the Rain stones to be able to make it pop without having? Creative, thatch, Temporary and You don't have to </w:t>
      </w:r>
      <w:r>
        <w:lastRenderedPageBreak/>
        <w:t xml:space="preserve">come to a color o use color de mi transfer and things like with runway I have a Black Sands is without away with you. Like a lighter caller oh. Chucks hour, glitter Glue o things like that to be able to make that. ¿Al menos you One more swords, show stones and what? I jockey call back special, but I don't have dos. </w:t>
      </w:r>
      <w:r>
        <w:br/>
      </w:r>
    </w:p>
    <w:p w14:paraId="09BE4E46" w14:textId="77777777" w:rsidR="006739CA" w:rsidRDefault="00000000">
      <w:r>
        <w:t xml:space="preserve">Y metes a really Pretty cool, mix sure that i tried to adapt and only because it is really pretty and Love. Ah. 6 seconds from shaw ¿Watch? Bueno, ahí. Michael, yo no te quiero pinche, porque en sí. ¿Thing like that i? El peach http, little bit, the coach. ¿To be able right? hairspray ascochinga solo. Fue ayer. Claro, te lo pido. Otro wey. El Ganges making sure and good night and the Heart going to leave that line that going up in the air. </w:t>
      </w:r>
      <w:r>
        <w:br/>
      </w:r>
    </w:p>
    <w:p w14:paraId="64CD8721" w14:textId="77777777" w:rsidR="006739CA" w:rsidRDefault="00000000">
      <w:r>
        <w:t xml:space="preserve">No naranja, aquí voy a hacer. Me culpas de césares pues. Tendrías nada que ver. Oh, me han hecho gracia, new Society. Ese hecho es Paolo. Hola Juan. Small karlin. Juana, zona mexicana. De cuan pausa. Mira, es justo. Short cuts mencionó. Luego, offering mixsu up home Theater en happy with ¿Eh? Ah. Schlitz es increíble no. En short. No soy beatle amor newline sena todas escuchando un. Ajá, es. ¿Ah, qué? y beach. Canjear AIREA. Pero we are two. En Youtube. ¿Cuántos Canadá? Como castigo desarma hoy. </w:t>
      </w:r>
      <w:r>
        <w:br/>
      </w:r>
    </w:p>
    <w:p w14:paraId="3BC5FA8F" w14:textId="77777777" w:rsidR="006739CA" w:rsidRDefault="00000000">
      <w:r>
        <w:t xml:space="preserve">Quedan hoy for. De chuches. Item to you. Jules Furyk. En el por my clients i do have something from Amazon that was when is nothing is max ringtones. Pendejas de Estado Frío. Bien que fuera que estos son algunos and the Range. De camino al taxi que es. ¿El de you have all the colors? Cuando esté nice. Y Angél. ¿White quién ¿Joel? Italy different sizes. Ya if you wanna go back and forth if you tried to within this múltiple 1 colors of green the múltiple colors. Pues si te digo esto. Acá múltiple links things like that so i think. ¿Entonces otra pintura? claire funder. And so with what comes time to a playlist does my favorite tools to have and beans are this cause agravio, fingers and timing Stone. </w:t>
      </w:r>
      <w:r>
        <w:br/>
      </w:r>
    </w:p>
    <w:p w14:paraId="352A1AFD" w14:textId="77777777" w:rsidR="006739CA" w:rsidRDefault="00000000">
      <w:r>
        <w:t xml:space="preserve">Aa Users. Ah, vaya. Este all use if I'm doing something like mccready. Oh my Creative. Department of my head straight because the fact that. Yes es pretty. Paco espil págs. Ok Ciudades tengo. Watch Iron insulto investigate. O k? También iré. ¿Muchos chips, right? Suspendo little more, money and downs. La importante and my abstract dog that I am my clients because I'm the Sparkle plus i liked and. Round the Sharp edges. Tags because you don't want any. Es la técnica that you. </w:t>
      </w:r>
      <w:r>
        <w:br/>
      </w:r>
    </w:p>
    <w:p w14:paraId="2B5A29FD" w14:textId="77777777" w:rsidR="006739CA" w:rsidRDefault="00000000">
      <w:r>
        <w:t xml:space="preserve">Ya usted anything. Vamos bueno point. I use in links original take goodbye but you want to gold Battle most. Craft stores this is the One that is not toxic, the water soluble. Ay saif. For that there are other. Battle One because the fact that you get into the fast train the dress clear can't make es. Tenga aréa ingredientes. From that he denning. Tripas también. Different ways that Market. Diane Stein about the Sheet Street of versus. The One that going to show you made this is my life of dying light stones. And for the over that is the downside </w:t>
      </w:r>
      <w:r>
        <w:lastRenderedPageBreak/>
        <w:t xml:space="preserve">to more expensive Stone like this. </w:t>
      </w:r>
      <w:r>
        <w:br/>
      </w:r>
    </w:p>
    <w:p w14:paraId="3D098CBA" w14:textId="77777777" w:rsidR="006739CA" w:rsidRDefault="00000000">
      <w:r>
        <w:t xml:space="preserve">En New Hampshire. Mixradio Fleetwood because. Sin ascensor. ¿A another Fun Too the world About? Eso fue Whatsapp, IT Does not good working up this ones because you have the puppet of the ship first. It's nice. Que sí están hechos por el hombre. So if you don't want to. Una ecografía isla país everywhere. ¿Happens, y no so right? ¿Digo back for you, but? Ah Four this for over here. Ah, hice show. Con Chile. Yo no suelo ver baby sí. Newline GO. O sea. The show here. Everything struck. O k chao? Person forms takes a little bit. </w:t>
      </w:r>
      <w:r>
        <w:br/>
      </w:r>
    </w:p>
    <w:p w14:paraId="32688FCA" w14:textId="77777777" w:rsidR="006739CA" w:rsidRDefault="00000000">
      <w:r>
        <w:t xml:space="preserve">Sangre ellos. ¿Pero qué está aquí el señor que coge? Cambios conley diabetes. Es guay. Erika, OK. Eso es winning the other things. Soy bien, chat. ¿Pero benneteau? Y just want. ¿A little bit? Does not have to be dreaming with it, you don't want that much if you accidentally no sea. Me motatán. Sí, ahora me good hashtag. Paul Ritter script you have little. Y yo en mi holding hey. Cacho puta. Y que si no, bueno, guay. Pero si fingers the dog. Es partner and. F unir. </w:t>
      </w:r>
      <w:r>
        <w:br/>
      </w:r>
    </w:p>
    <w:p w14:paraId="70611883" w14:textId="77777777" w:rsidR="006739CA" w:rsidRDefault="00000000">
      <w:r>
        <w:t xml:space="preserve">If you doing more hashtag. Llevo to. Manténgame ponen fingers dog. ¿Vale, será? No más, no. Stick show that trek hashtag un programa. Ok yo viniera de Cancún, serie de cámaras y de cansé chao. Exacto, es sí. Hello, si me hable así. Qué rico beso. Oh, Beyond. Ah OK Fíjate sí. Son majísimas shit saga. Entonces de una institutriz de bipolaridad off creo. En el filme the Fastest Way. Pero qué bonito. See You can count hashtag sí. Osamu tiroides. ah es. ¿Way, you want IT? Fue que acabó viendo trabajar para un. Hashtag of Times. </w:t>
      </w:r>
      <w:r>
        <w:br/>
      </w:r>
    </w:p>
    <w:p w14:paraId="57F65B84" w14:textId="77777777" w:rsidR="006739CA" w:rsidRDefault="00000000">
      <w:r>
        <w:t xml:space="preserve">Ay, aman. Aquí son house hashtag. Ah the Star i alternativa, Edwin Blue. Sta oshun really cute. No, y es que no es solo push like new. Pero el último, Chan You don't metros. En empoderan uses out charlie. Y yo estoy. Y qué están hechos que están of Messi. Newline Watch. Y con Curro. O k? newline. About the dog. For abstracts, IT is required, but in the rules, it say 1. Abstract stage IT is required, but dressing up bien kind of like. </w:t>
      </w:r>
      <w:r>
        <w:br/>
      </w:r>
    </w:p>
    <w:p w14:paraId="2121AF98" w14:textId="77777777" w:rsidR="006739CA" w:rsidRDefault="00000000">
      <w:r>
        <w:t xml:space="preserve">¿Pink on how ITS Design? Design i would that make sure the matter and the have a pain Pink accent on me a pinkham a Dress 1. To am. Pues son George. Dar enchufate because some of the rules, don't say no to have. Canessa tener twitter otra. Muchos se afanan. Sino para que sea the nice wayra. Creative with our en color. I talk people the sol, the Fourth brotherhood. Ah. Like IT. En igualdad, take it off. Ay, eso. ¿And things spots right off? Pero me quedo. Tana hizo spanglish, world ¿Nena? colchones quedate guaste que ¿Vale? ¿Ho, hay God? Michael Letters trae. </w:t>
      </w:r>
      <w:r>
        <w:br/>
      </w:r>
    </w:p>
    <w:p w14:paraId="245A2F7D" w14:textId="77777777" w:rsidR="006739CA" w:rsidRDefault="00000000">
      <w:r>
        <w:t xml:space="preserve">Qué bonito cuerpo. Saga my letters. No hay que regalar. Acá michael. ¿O los mercurio? Me encanta. Desired color in there ahora tiene. Hasta luego, pero guarda. Hey Crush. Pero este </w:t>
      </w:r>
      <w:r>
        <w:lastRenderedPageBreak/>
        <w:t xml:space="preserve">face auggie sí. Señores Carmichael. Mica poder en aire ¿Scanning? Thatcher, like because it highclere. ¿Estás de acuerdo y mejora? Yo mach. ¿Looking like? Milky Way. There is really pretty, I don't have the. Ah. All that like. Thanks but I am very and how beautiful things this looks show. Chao para gestionar. I don't have my computer para ti. But it's not the club. Next One. Yo high. Coños quien? Sounds Trust that purple. Shimmer Tweets. Because like that lucky white collar es grave. </w:t>
      </w:r>
      <w:r>
        <w:br/>
      </w:r>
    </w:p>
    <w:p w14:paraId="32DC9D03" w14:textId="77777777" w:rsidR="006739CA" w:rsidRDefault="00000000">
      <w:r>
        <w:t xml:space="preserve">Gone because the fact that the Blue Chrysler. Hechos water club en Twitter. Y agua en Manhattan, Michael Jackson, Spark cols sí. Pero vinieron. ¿Si usted es técnico? Oh, show like mine. A ellos, mathieu nicole joel. Down because the fact that i am perfection that feel compatible using it this is a with the class en whatever nuclear baywatch. Cuando voy shirase es beautiful. Avánzate sol, esto es a preference whether you want to learn. Ciáticas, algo perfecto chao. Nos pide Apple para que se atasquen aire drive. Perfecto por. ¿Que una clase tan aspira plebe? Ah, pues ya es. Ya que yo, africano. Pues en Valls. Project Spark. Aquí en come back to that, yeah. </w:t>
      </w:r>
      <w:r>
        <w:br/>
      </w:r>
    </w:p>
    <w:p w14:paraId="54804452" w14:textId="77777777" w:rsidR="006739CA" w:rsidRDefault="00000000">
      <w:r>
        <w:t xml:space="preserve">Malgastar everything falls sí. Hashtag barkley right now se. Sector salud. Ah, te escucho bye. Pero no es tan. No energice ons with the same thing, you can use the. ¿Tía tweets for you can use the things should? Te pregunto, mensaje. Vale, pues nadie solo quiso. No es canon ya. Yo no creo. Bueno, pero creo. Only problem. ¿Buenas, yo? Sal just take some practicing this. My One friend is a inicio. No me ha bajado. Pa always about trying new products and stuff to make things a little easier. When I think it a little bit much. Igual, I need to Perfect mind. I need to do it. Ya fue. Y you check my please. Isaac nombre joder hoy. </w:t>
      </w:r>
      <w:r>
        <w:br/>
      </w:r>
    </w:p>
    <w:p w14:paraId="57C9DB86" w14:textId="77777777" w:rsidR="006739CA" w:rsidRDefault="00000000">
      <w:r>
        <w:t xml:space="preserve">O sea. Que mjh twizzlers. Oh, Desi the way that i wish you abstract runway. Es just right now and then ponen a little bit, Chuck and the skin when things are dry. Y Drive. Yo creo. Oh, hardware. Or freizeit. Qué voz 6. Ean hay absoluto. Oh por then when you are doing. Eres always Fun to ADD. O sea, cuando hay. Yooo Theater in the Air. From Spirit is well comillas cao. Tacos, de esos we have much Jenner now hernán. Mira, PANA Stage. </w:t>
      </w:r>
      <w:r>
        <w:br/>
      </w:r>
    </w:p>
    <w:p w14:paraId="75F7866F" w14:textId="77777777" w:rsidR="006739CA" w:rsidRDefault="00000000">
      <w:r>
        <w:t xml:space="preserve">Ay, pero bueno, sparkle sometimes. ¿Muchos quiero estar, noise, sparkle? My client Galaxy. I don't usually use. ¿Ah, te quedan that Jessica? Sometimes I don't Wanna see Inside with small, but if i were to be doing a client http. Desde Cuetas, Brian. Short, Danny complaints soi of the year, spray. Al igual que ver a little springs. En hashtag my en. Ah, caray. You can open up your thing and. Speaker for your abstract, design thinking that little flair. Set Spice up you don't have to know I'm from Angela. </w:t>
      </w:r>
      <w:r>
        <w:br/>
      </w:r>
    </w:p>
    <w:p w14:paraId="33ED3999" w14:textId="77777777" w:rsidR="006739CA" w:rsidRDefault="00000000">
      <w:r>
        <w:t xml:space="preserve">Path that all the Fine Glitter I don't want to like thanks for your comments mx. This from my baby and on the side of things to find you that nice. Fin little, I want big big ones show. Jenny other questions. Se expresa Net. Pues ya es my favorite thing, you can put things over with </w:t>
      </w:r>
      <w:r>
        <w:lastRenderedPageBreak/>
        <w:t xml:space="preserve">your abstracto. Very nice. Premier esfuerzo, questions. Y el huevo de everybody. Bueno, soy just want to just take Note that Times are Pacific time sonne. ¿Ah, escribir? Ah sí, igual questions. Facebook Message me. </w:t>
      </w:r>
      <w:r>
        <w:br/>
      </w:r>
    </w:p>
    <w:p w14:paraId="2EC7845D" w14:textId="77777777" w:rsidR="006739CA" w:rsidRDefault="00000000">
      <w:r>
        <w:t xml:space="preserve">And the Wolf Street. Instagram es TOISNBOWS Ah. Hay questions with anything i more than happy to let you wish you were here by things again or even how to apply things more than happy to Ryder. Okay very good. Ah. Pues sí, everybody Morning. Thank you. </w:t>
      </w:r>
      <w:r>
        <w:br/>
      </w:r>
    </w:p>
    <w:sectPr w:rsidR="006739CA"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F2B07" w14:textId="77777777" w:rsidR="000850AC" w:rsidRDefault="000850AC">
      <w:pPr>
        <w:spacing w:after="0" w:line="240" w:lineRule="auto"/>
      </w:pPr>
      <w:r>
        <w:separator/>
      </w:r>
    </w:p>
  </w:endnote>
  <w:endnote w:type="continuationSeparator" w:id="0">
    <w:p w14:paraId="5382D984" w14:textId="77777777" w:rsidR="000850AC" w:rsidRDefault="00085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9659F" w14:textId="77777777" w:rsidR="006739CA" w:rsidRDefault="00000000">
    <w:pPr>
      <w:pStyle w:val="Footer"/>
      <w:jc w:val="center"/>
    </w:pPr>
    <w:r>
      <w:t xml:space="preserve">Page </w:t>
    </w:r>
    <w:r>
      <w:fldChar w:fldCharType="begin"/>
    </w:r>
    <w:r>
      <w:instrText>PAGE</w:instrText>
    </w:r>
    <w:r w:rsidR="00FC3C2F">
      <w:fldChar w:fldCharType="separate"/>
    </w:r>
    <w:r w:rsidR="00FC3C2F">
      <w:rPr>
        <w:noProof/>
      </w:rPr>
      <w:t>1</w:t>
    </w:r>
    <w:r>
      <w:fldChar w:fldCharType="end"/>
    </w:r>
    <w:r>
      <w:t>/</w:t>
    </w:r>
    <w:r>
      <w:fldChar w:fldCharType="begin"/>
    </w:r>
    <w:r>
      <w:instrText>NUMPAGES</w:instrText>
    </w:r>
    <w:r w:rsidR="00FC3C2F">
      <w:fldChar w:fldCharType="separate"/>
    </w:r>
    <w:r w:rsidR="00FC3C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9737E" w14:textId="77777777" w:rsidR="000850AC" w:rsidRDefault="000850AC">
      <w:pPr>
        <w:spacing w:after="0" w:line="240" w:lineRule="auto"/>
      </w:pPr>
      <w:r>
        <w:separator/>
      </w:r>
    </w:p>
  </w:footnote>
  <w:footnote w:type="continuationSeparator" w:id="0">
    <w:p w14:paraId="7D98EAC2" w14:textId="77777777" w:rsidR="000850AC" w:rsidRDefault="000850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47187366">
    <w:abstractNumId w:val="8"/>
  </w:num>
  <w:num w:numId="2" w16cid:durableId="906719313">
    <w:abstractNumId w:val="6"/>
  </w:num>
  <w:num w:numId="3" w16cid:durableId="22948198">
    <w:abstractNumId w:val="5"/>
  </w:num>
  <w:num w:numId="4" w16cid:durableId="130296357">
    <w:abstractNumId w:val="4"/>
  </w:num>
  <w:num w:numId="5" w16cid:durableId="954674367">
    <w:abstractNumId w:val="7"/>
  </w:num>
  <w:num w:numId="6" w16cid:durableId="1032344182">
    <w:abstractNumId w:val="3"/>
  </w:num>
  <w:num w:numId="7" w16cid:durableId="1074887844">
    <w:abstractNumId w:val="2"/>
  </w:num>
  <w:num w:numId="8" w16cid:durableId="1730958527">
    <w:abstractNumId w:val="1"/>
  </w:num>
  <w:num w:numId="9" w16cid:durableId="1655571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50AC"/>
    <w:rsid w:val="0015074B"/>
    <w:rsid w:val="0029639D"/>
    <w:rsid w:val="00326F90"/>
    <w:rsid w:val="006739CA"/>
    <w:rsid w:val="00AA1D8D"/>
    <w:rsid w:val="00B47730"/>
    <w:rsid w:val="00CB0664"/>
    <w:rsid w:val="00FC3C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F4C2A"/>
  <w14:defaultImageDpi w14:val="300"/>
  <w15:docId w15:val="{248FD0F6-C1CA-C749-9D62-5F60128BC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3070</Words>
  <Characters>17502</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2023-04-17T00:01:00Z</dcterms:created>
  <dcterms:modified xsi:type="dcterms:W3CDTF">2023-04-17T00:01:00Z</dcterms:modified>
  <cp:category/>
</cp:coreProperties>
</file>