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7E559" w14:textId="77777777" w:rsidR="005B6C86" w:rsidRDefault="00000000">
      <w:pPr>
        <w:pStyle w:val="Title"/>
      </w:pPr>
      <w:r>
        <w:t>Alyssa Kasiba</w:t>
      </w:r>
    </w:p>
    <w:p w14:paraId="68665674" w14:textId="77777777" w:rsidR="005B6C86" w:rsidRDefault="00000000">
      <w:r>
        <w:t xml:space="preserve">Okay. So everybody welcome to the last session for the first day of the Creative Grooming Summit. We have Alyssa Kasiba here. And but before we get started, a little bit of housekeeping the all of the recordings. And I'm going to say at this point because the transcription service is being really quick that the transcriptions and the recordings will be up by the end of today. If you have any trouble accessing anything, please let me know. And so we're going to play Alyssa's commercial and we're going to get started right after that. Hi everyone and welcome to Precision Sharp. We're a full service sharpening company and we specialize in Sears. We have our own brand of the Sears called the Size Cut, which includes several lines and those lines of our German. </w:t>
      </w:r>
      <w:r>
        <w:br/>
      </w:r>
    </w:p>
    <w:p w14:paraId="390F9927" w14:textId="77777777" w:rsidR="005B6C86" w:rsidRDefault="00000000">
      <w:r>
        <w:t xml:space="preserve">Our Patriot, which is made in the USA We have the Sunflower, the Phoenix, the Dahlia, the Black Panther, and I should note that the Dahlia comes in for or blue. Watch for. Later this summer we will be coming out with a new line, which is called the Links. It's going to be something very special. That's all I can tell you about it right now. So if you're out and about and you're going to trade shows, stop by. Visit our booth. We do nearly all the trade shows across the country. Watch for our coupon code here. </w:t>
      </w:r>
      <w:r>
        <w:br/>
      </w:r>
    </w:p>
    <w:p w14:paraId="26732E0F" w14:textId="77777777" w:rsidR="005B6C86" w:rsidRDefault="00000000">
      <w:r>
        <w:t xml:space="preserve">For that off you will put in Creative 20 off CREATIV e two zero o f f. Enjoy the summit and have a great day, Alyssa. Yeah, all yours. My camera and Mike will be off, but I'm here. Ok, sounds good. So we are have a little bit of a change for dogs, because I was going to have my black standard poodle oblivion, but she decided eating things that she's not supposed to is. Her thing. So we have Ditto here. She does have color, which is not usually normal for your abstract stuff, but it is a way that you can add abstract to bring up your like clients at your salons or, you know, in a mobile truck, I like to add a little bit of bling. </w:t>
      </w:r>
      <w:r>
        <w:br/>
      </w:r>
    </w:p>
    <w:p w14:paraId="2BBAB477" w14:textId="77777777" w:rsidR="005B6C86" w:rsidRDefault="00000000">
      <w:r>
        <w:t xml:space="preserve">I did a Galaxy theme and it's shooting stars and outlined it with the bling because you had to have those little sparklies so abstract. Could be multiple little adding of a little special pizzazz. Sparkle to a client that doesn't involve color or doing anything dramatic. Or you can join us and hop on stage one day and do abstract on the stage. There are usually. Think about four shows a year where you get all dialed up, you get your fancy little sparkly rhinestones and you do a design to your heart's content. </w:t>
      </w:r>
      <w:r>
        <w:br/>
      </w:r>
    </w:p>
    <w:p w14:paraId="34AA09DB" w14:textId="77777777" w:rsidR="005B6C86" w:rsidRDefault="00000000">
      <w:r>
        <w:t xml:space="preserve">Some people do Celtic knots, some people, you know, I like to make things out of swirls and all of that, so. That's where you do a nice clean design. Sometimes it is word. It's even on both sides. I can't think the word right now. My brain's just stopped but or you can do really cool back piece anything that. Just makes you happy really, is what I tell people to do. Because everything's changing and as long as it is something seen off of stage, you know </w:t>
      </w:r>
      <w:r>
        <w:lastRenderedPageBreak/>
        <w:t xml:space="preserve">that you can see it up close and you can see it off stage, I say do it, you know? But we have Ditto here. </w:t>
      </w:r>
      <w:r>
        <w:br/>
      </w:r>
    </w:p>
    <w:p w14:paraId="7A48DB1D" w14:textId="77777777" w:rsidR="005B6C86" w:rsidRDefault="00000000">
      <w:r>
        <w:t xml:space="preserve">Like I said, she does have a creative on her back, but some of these shapes are things that I do with my clients around fourth of july i do. You know, I've had a couple of people get star abstracts in to be able to add to their clients, like just to be able to do that thing that not many people do. The one thing I will say is you want to make sure that you know the dog and don't do it on like a first timer because of the fact that. You want to make sure that they're okay with short blades. </w:t>
      </w:r>
      <w:r>
        <w:br/>
      </w:r>
    </w:p>
    <w:p w14:paraId="580AEF74" w14:textId="77777777" w:rsidR="005B6C86" w:rsidRDefault="00000000">
      <w:r>
        <w:t xml:space="preserve">I usually start a dog out on a tent, but like her and Oblivion, my black standard are used to the shorter like 40 blades which I've tried out a couple of Clippers. I've got a wall little mini Clipper to do those little tiny details. You can see the blade is. A lot smaller than your common like 5 and one. I also went to a beauty salon store like Sally's and got myself an Andis one with a T Blade which is just a little bit wider at the top. Let's see if you can see. And then this one is brand new to my Armory and it is the Joysie one and I'm in love with this one so far. </w:t>
      </w:r>
      <w:r>
        <w:br/>
      </w:r>
    </w:p>
    <w:p w14:paraId="3691222A" w14:textId="77777777" w:rsidR="005B6C86" w:rsidRDefault="00000000">
      <w:r>
        <w:t xml:space="preserve">It has two speeds, which that is. The one thing that these ones lack is because when it comes time it you're not really going through thick coat. When it comes time to these more detailed Clippers, you were more getting a design etched in when your haircuts kind of all done. So when you have thicker coat these tend to kind of clog up on the hair and that is the one thing that i'm. Just starting learning about this, but the Joisy one has not only the one speed that these two have, but it goes up to two speeds. </w:t>
      </w:r>
      <w:r>
        <w:br/>
      </w:r>
    </w:p>
    <w:p w14:paraId="78D863BF" w14:textId="77777777" w:rsidR="005B6C86" w:rsidRDefault="00000000">
      <w:r>
        <w:t xml:space="preserve">So I've been really liking that this is the Vativa Mini from Wall and then like I said, this is a Barber one that I got at a Sally store because this one is not in the grooming one. They have something completely different. But I really like the T action. It's really nice. But again, 1 speed. So when it comes time to, like I said, talking to your clients about it, I try to stay away from those little ones until the dog. </w:t>
      </w:r>
      <w:r>
        <w:br/>
      </w:r>
    </w:p>
    <w:p w14:paraId="207782F6" w14:textId="77777777" w:rsidR="005B6C86" w:rsidRDefault="00000000">
      <w:r>
        <w:t xml:space="preserve">I know the dog. And they can be done with that shorter because you know, as we know, with poodles. You want to work towards it because you can't just jump and do a thirty forty blade on a poodle face because if their skin is not used to it is going to aggravate them. So we want to be safe then sorry and make sure we take care of our puffers. I you know, my guys who do abstract, I work towards it and do it before a show to make sure that their skin is getting used to it. </w:t>
      </w:r>
      <w:r>
        <w:br/>
      </w:r>
    </w:p>
    <w:p w14:paraId="23E7D27D" w14:textId="77777777" w:rsidR="005B6C86" w:rsidRDefault="00000000">
      <w:r>
        <w:lastRenderedPageBreak/>
        <w:t xml:space="preserve">And like, even oblivion, my girl, I shaved closer up on her shoulder area, which she's not normally shaved that high up. And that started to have a little bit of irritation. So we had to treat that. And that was, you know, a very, like kind of one of those things where it's like, see, This is why you need to go baby steps and not just jump straight to that 40 blade because the skin is not used to it. </w:t>
      </w:r>
      <w:r>
        <w:br/>
      </w:r>
    </w:p>
    <w:p w14:paraId="0F82C4F4" w14:textId="77777777" w:rsidR="005B6C86" w:rsidRDefault="00000000">
      <w:r>
        <w:t xml:space="preserve">Just kind of like we know with other things. But yeah, so we have Ditto. Here I'm going to show you, probably with a flower outline, how I go about putting designs on her. You for abstract it doesn't matter what color the dog is. You can do things like chalk to kind of enhance you can do. Glitter you can do. Like a glitter glue mix. Or you could just do rhinestones. When I do, my one gets a shaved shape for like almost all the holidays because he is a schnoodle mix, so you know he kind of can't get these fluffy looks and stuff like that. </w:t>
      </w:r>
      <w:r>
        <w:br/>
      </w:r>
    </w:p>
    <w:p w14:paraId="26CA7951" w14:textId="77777777" w:rsidR="005B6C86" w:rsidRDefault="00000000">
      <w:r>
        <w:t xml:space="preserve">So we still want to possess him up. So that's what we do. We cook cart and he doesn't get any color. And his skin is used to the shorter and has done okay with the non-toxic glue and chalk we just he does have. We stay away on the shapes when he has flare ups for his skin allergies and we kind of just decided to stay away from color altogether because of you know, those allergies. But he is done very good and we did a test strip on one rhinestone before we went all out and I talked it over with his mom about that kind of stuff. So usually when I'm going to put a design in, I tend to either print out or I'm going to draw like my designs. </w:t>
      </w:r>
      <w:r>
        <w:br/>
      </w:r>
    </w:p>
    <w:p w14:paraId="409CE680" w14:textId="77777777" w:rsidR="005B6C86" w:rsidRDefault="00000000">
      <w:r>
        <w:t xml:space="preserve">So this is a heart I drew. It's not very even as you can see it's a little wonky, but the nice thing about hearts. Is the fact some shapes you can just hold them in half, cut around and you get nice even two sides. So did that with my butterflies and I have done this where I've printed out shapes. I'll draw on my tablet and then I will go and. Make it printable and then put it on the dog to be able to see that, because, you know, we could. </w:t>
      </w:r>
      <w:r>
        <w:br/>
      </w:r>
    </w:p>
    <w:p w14:paraId="5E43A0AD" w14:textId="77777777" w:rsidR="005B6C86" w:rsidRDefault="00000000">
      <w:r>
        <w:t xml:space="preserve">It kind of makes more of a stencil for you so that you're doing the right shape, the right way you want and being able to visually see it on the dog. So I use kind of like the spirit. Brand kind of Hairspray. So this is the one I use on Oblivion because it's white with Ditto being a colored dog right now or even just like I'm going to show you on her little white patch. I grabbed my silver one but it is the non-toxic colored Hairspray and so i tend to use either black or darker one for dogs that have the white hair and then the white Hairspray for the black ones so. </w:t>
      </w:r>
      <w:r>
        <w:br/>
      </w:r>
    </w:p>
    <w:p w14:paraId="6378076E" w14:textId="77777777" w:rsidR="005B6C86" w:rsidRDefault="00000000">
      <w:r>
        <w:t xml:space="preserve">I get that if I know I'm going to do it, I stock up at Sal or not Sally's Spirit during November 1st, November second, because it's a very nice deal. I think it's 25 % off and 50 % off. It's beautiful. I have way too much splitter now because I am obsessed with like making sure I have all that stuff and who doesn't like a good deal? So for putting on the stencil, there is </w:t>
      </w:r>
      <w:r>
        <w:lastRenderedPageBreak/>
        <w:t xml:space="preserve">two ways you can do it and different ways of what you're looking to achieve. </w:t>
      </w:r>
      <w:r>
        <w:br/>
      </w:r>
    </w:p>
    <w:p w14:paraId="0EC1E719" w14:textId="77777777" w:rsidR="005B6C86" w:rsidRDefault="00000000">
      <w:r>
        <w:t xml:space="preserve">Like me, if I'm going to shave around the shape, I will most likely block block, sorry, block this shape off and shave around the shape but. You can also do the vice versa and Hairspray that shape in if you want. There is craft foam at a lot of craft stores that has adhesive on the back and if you can make it be a stencil to be able to hold on the dog because you know most of the dogs that we're doing this on. You know, they're pets. So, But with her, she's a little more used to this, so she's going to be pretty easy with it, but you just kind of want to introduce them to a lot of things. </w:t>
      </w:r>
      <w:r>
        <w:br/>
      </w:r>
    </w:p>
    <w:p w14:paraId="3FCB5F48" w14:textId="77777777" w:rsidR="005B6C86" w:rsidRDefault="00000000">
      <w:r>
        <w:t xml:space="preserve">I get the little clips from Sally's that just are little metal clips either, like the alligator ones. I got these ones from Hobby Lobby, They're on Amazon. There are a lot of places, and they are. Really easy to click your artwork on and be able to make that stencil and be able to see it. So I'm raised her up so you guys can see. Sorry, we're gonna have to move a little bit because we are in our mobile, so that's not the way I wanted ready did a thing can go up come on. </w:t>
      </w:r>
      <w:r>
        <w:br/>
      </w:r>
    </w:p>
    <w:p w14:paraId="781325A5" w14:textId="77777777" w:rsidR="005B6C86" w:rsidRDefault="00000000">
      <w:r>
        <w:t xml:space="preserve">But I'm retired now. Ok so if you find your spot, so like, say this butterfly here, that's kind of the one where I have this shape here, but I'm going to show you on her white spot what I do to get shapes. They're just going to comb everything down, make sure everything's brushed through Cheese Dog a day, he said he brushed you. It's raining here too, so everything's all gross. </w:t>
      </w:r>
      <w:r>
        <w:br/>
      </w:r>
    </w:p>
    <w:p w14:paraId="119818A4" w14:textId="77777777" w:rsidR="005B6C86" w:rsidRDefault="00000000">
      <w:r>
        <w:t xml:space="preserve">So then let me get my clips out. Got a couple ones I like that have just a point to them, which we got on Amazon. Those ones kind of hold it a little bit better for like the center points, but those ones, so I'm just going to hook it there, look at there. Give it a nice little hooks there with my Hairspray shake and drop the sprayer. </w:t>
      </w:r>
      <w:r>
        <w:br/>
      </w:r>
    </w:p>
    <w:p w14:paraId="12F5FC0F" w14:textId="77777777" w:rsidR="005B6C86" w:rsidRDefault="00000000">
      <w:r>
        <w:t xml:space="preserve">Apparently everything's going to piss me today. Pissed it out on paper towel before I pissed out on her coming out nice. Then you just give it. You are going to get the clip marks in it. Just make sure you know what's cliffs and what's not. If you need to move your clips, you got to move your clips. I just give a nice coat to where I can see everything is covered. It's not really covered there, so just want to make sure you can see your shape very well. </w:t>
      </w:r>
      <w:r>
        <w:br/>
      </w:r>
    </w:p>
    <w:p w14:paraId="01D392EF" w14:textId="77777777" w:rsidR="005B6C86" w:rsidRDefault="00000000">
      <w:r>
        <w:t xml:space="preserve">I sometimes either just let it air dry if I'm doing something else, but since we're teaching we're going to speed this up a little bit. I'm not the fan, yeah, I know. So before I even take it off, I'm going to let it dry a little bit, just so. No, you don't need to turn. No, you don't. You don't need to see your butt. They need to see your butt. So I give it a nice little blow dry so </w:t>
      </w:r>
      <w:r>
        <w:lastRenderedPageBreak/>
        <w:t xml:space="preserve">that it can do good. </w:t>
      </w:r>
      <w:r>
        <w:br/>
      </w:r>
    </w:p>
    <w:p w14:paraId="2CB8993E" w14:textId="77777777" w:rsidR="005B6C86" w:rsidRDefault="00000000">
      <w:r>
        <w:t xml:space="preserve">We're just going to take them off. On the side, I know do domain pull the stencil off? As you can see we got a nice little heart there. Can you move your head? People can't see your big old head. In a way, yeah, you can see the nice heart that we put. I just like to make sure it's dry because it's not fun to have it wet. And then from there you're going to take your scissors and kiddo come on, baby girl. Stay over there. You don't need to see what's going on over here. </w:t>
      </w:r>
      <w:r>
        <w:br/>
      </w:r>
    </w:p>
    <w:p w14:paraId="40DB9EC4" w14:textId="77777777" w:rsidR="005B6C86" w:rsidRDefault="00000000">
      <w:r>
        <w:t xml:space="preserve">No, you don't. What do you want? What are you doing? She's like I want to be with you. So I have my favorite little tiny cheers for Madeline. That's special enough to get some before they went away. Ok. Can you please? No, I don't. I don't want you over here. I want you over there. Thank you. Ok, so here you would just start cutting it out. So just like this butterfly here, it's going to trim in, but she's since she's a fill in, I can't trim on her legs, but I'm going to do it from here. So pretend that's the spray out. </w:t>
      </w:r>
      <w:r>
        <w:br/>
      </w:r>
    </w:p>
    <w:p w14:paraId="44669B5F" w14:textId="77777777" w:rsidR="005B6C86" w:rsidRDefault="00000000">
      <w:r>
        <w:t xml:space="preserve">But yeah, you're going to what you're going to do is you're going to make sure you're just trimming it. And once you get the shake trimmed out, so say we've officially trimmed out our butterfly and you've got it rough and it's not really cleaned up. So you're going to fluff it up, make sure your lines are nice and pretty. I want to make sure you guys can see sorry the funds of mobile can't really do over. Just do a nice outline and as soon as you get it outline and you're happy with that, what you're going to do is brush, kind of like if you guys have ever seen the topknot trick, where you pull forward, you scissor, you pull the side, you scissor and get that nice like set in your topknots. </w:t>
      </w:r>
      <w:r>
        <w:br/>
      </w:r>
    </w:p>
    <w:p w14:paraId="2F636102" w14:textId="77777777" w:rsidR="005B6C86" w:rsidRDefault="00000000">
      <w:r>
        <w:t xml:space="preserve">You're going to be applying that to your shapes, whatever shape it is you want. If you want three-dimensional like this, you're just going to make sure that you brush all down. Sorry, I'm doing this at a weird angle so I don't stick my big old head in your way. Just want to make sure all the hairs that when you comb down and lay just the right way. So see how there's all this pink right there? When it was fluffed up, it wasn't there, but when you comb down it shows a little bit more. So soon as you're happy with that, then we're going to change directions. See how wonky that wing gets when you comb it that way. </w:t>
      </w:r>
      <w:r>
        <w:br/>
      </w:r>
    </w:p>
    <w:p w14:paraId="128D46DF" w14:textId="77777777" w:rsidR="005B6C86" w:rsidRDefault="00000000">
      <w:r>
        <w:t xml:space="preserve">This is what brushing up, down and side to side does, as you can see, those hairs that just kind of don't make the shape that you want. And it helps you clean that up. I don't remember what direction I'm going. I'm gonna go up. Oh, it's so hard being you, isn't it? ditto. Big yawn already. Good girl. Still don't. So I'm just gonna keep lighting. Can you stay still? Good girl. So this is all if you want to do a three-dimensional one. </w:t>
      </w:r>
      <w:r>
        <w:br/>
      </w:r>
    </w:p>
    <w:p w14:paraId="50E494E1" w14:textId="77777777" w:rsidR="005B6C86" w:rsidRDefault="00000000">
      <w:r>
        <w:lastRenderedPageBreak/>
        <w:t xml:space="preserve">This is kind of how like the runway is where you have little bit of like thin strips of three dimension. So soon as you're happy, kind of comb it up, make sure everything's good. So I'll do this a lot with Valentine's Day. I've gotten heart requests. Like I said, I've done a fourth of July on one of my dogs. We were doing a theme at our daycare I used to work at and my coworker requested a peace sign. </w:t>
      </w:r>
      <w:r>
        <w:br/>
      </w:r>
    </w:p>
    <w:p w14:paraId="6C305A98" w14:textId="77777777" w:rsidR="005B6C86" w:rsidRDefault="00000000">
      <w:r>
        <w:t xml:space="preserve">Stay as soon as you get it. All good going to take. My Clippers, like I said, this one is like a 40. So I'm just going to start outlining it, just kind of dragging it a little bit. You can see, yeah, just going to write above it. I'm just going to tap it kind of makes that slit and then you can tap and drag a little bit. Try not to get too close to your design if you don't want to take it off. </w:t>
      </w:r>
      <w:r>
        <w:br/>
      </w:r>
    </w:p>
    <w:p w14:paraId="161077C7" w14:textId="77777777" w:rsidR="005B6C86" w:rsidRDefault="00000000">
      <w:r>
        <w:t xml:space="preserve">That's why I went above it a little bit more. So like, instead of being right there on the pink, I'm going to like right there on the pink. You're going to cut it if you know that's not what I was doing. I was trying to make sure that you stay on the table. Good girl. I know this is a weird way to stand on the table. I'm sorry. So if you were to lay your Clippers right there up against that pink line, it's going to take that pink hair off. So what you want? Is to just go right above it and tap, then see that just took off that hair that's right above it. </w:t>
      </w:r>
      <w:r>
        <w:br/>
      </w:r>
    </w:p>
    <w:p w14:paraId="10CFB8D4" w14:textId="77777777" w:rsidR="005B6C86" w:rsidRDefault="00000000">
      <w:r>
        <w:t xml:space="preserve">Instead of going in on your pink, turn it sideways and just do whatever's comfortable for you. I like to sometimes go backwards there to get that nice queen, you know, hope. And so I'm just outlining it. And this goes all the way down to the skin. That's where your rhinestones are going to kind of sit on. Can you hold, please, that girl? Yeah, I'm really liking these Clippers. They've been really nice around and I'm just holding the hair back to make sure it. </w:t>
      </w:r>
      <w:r>
        <w:br/>
      </w:r>
    </w:p>
    <w:p w14:paraId="0BF264F3" w14:textId="77777777" w:rsidR="005B6C86" w:rsidRDefault="00000000">
      <w:r>
        <w:t xml:space="preserve">I know right where I'm shaving. Can kind of see. I'll get in close. You'll be able to see where the green was and where you can kind of see it on the camera right there. It'll be stuck backing up. You kind of see that white line. So that's where it's down to the skin and the green is A5 blade. I'm going to hold that up. Drag it down might just like the other side. I'm just kind of setting in that wing, but she's used to being short like this is a lot of the times what we use for going short for like eyes on characters or different kind of shapes you want all the way down. </w:t>
      </w:r>
      <w:r>
        <w:br/>
      </w:r>
    </w:p>
    <w:p w14:paraId="6D178023" w14:textId="77777777" w:rsidR="005B6C86" w:rsidRDefault="00000000">
      <w:r>
        <w:t xml:space="preserve">So her skin is used to this. If you have a dog that's not and you have to use A10 I go all the way. I can do the same thing. It's just a little bit wider and you just got to be a little bit more careful. I kind of use the corner more than anything just to make sure. Like I said, just drag it a little bit. Can you hold, please? Oblivion was the one that was supposed to. </w:t>
      </w:r>
      <w:r>
        <w:br/>
      </w:r>
    </w:p>
    <w:p w14:paraId="399BB1F5" w14:textId="77777777" w:rsidR="005B6C86" w:rsidRDefault="00000000">
      <w:r>
        <w:lastRenderedPageBreak/>
        <w:t xml:space="preserve">You know, but yeah, I just usually kind of use the corner there, just kind of make sure I can get in there. If you need to use and that's with a tent. There will be a little bit more hair obviously left on the dog than if you use the shorter blade. But like I said, you want to do it for the dog's benefit and you know, not have a client kind of come at you clean up. </w:t>
      </w:r>
      <w:r>
        <w:br/>
      </w:r>
    </w:p>
    <w:p w14:paraId="2506C591" w14:textId="77777777" w:rsidR="005B6C86" w:rsidRDefault="00000000">
      <w:r>
        <w:t xml:space="preserve">Lines afterwards, so nice and short, I'm just pretty much outlining this butterfly and making kind of like a ring around it. Kind of almost reminds me of like a sticker that has like a little border on it. Does anyone have any questions for this part? We all good. Do you need to see a different angle? Yeah, I'll be able to kind of flip you guys around what? oops. Oh, it's at the host, disabled. There we go. Yeah, when you move your camera or you change something on it knocks you off and you got to get back on again. I did not know that. </w:t>
      </w:r>
      <w:r>
        <w:br/>
      </w:r>
    </w:p>
    <w:p w14:paraId="0FD6230C" w14:textId="77777777" w:rsidR="005B6C86" w:rsidRDefault="00000000">
      <w:r>
        <w:t xml:space="preserve">I am so sorry. I thought you could flip it around. I'm sorry about that. I'll when I change it back, I won't flip it ever again. But since we're right here, I'll do this. So right here we've got that shorter shave line you can see and you can do it as wide as you want, but it kind of a helps these things pop and B, it gives you a shorter ability to lay down rhinestones. And get it to stick to something a little bit easier. Because when you've got like too much fluff, it doesn't really have the ability to stick as nice. </w:t>
      </w:r>
      <w:r>
        <w:br/>
      </w:r>
    </w:p>
    <w:p w14:paraId="250B2EE5" w14:textId="77777777" w:rsidR="005B6C86" w:rsidRDefault="00000000">
      <w:r>
        <w:t xml:space="preserve">Ok, I'm going to flip it and I know it's going to change and then I won't change it back. I'm so sorry. Now it didn't kick me off this time because you still host. I didn't say host that, OK, I thought. I'm sorry, I don't do zoom that often. I just like mastered Skype. And then Zoom started and I it threw me. So yeah, it's really cute that you can add to your salons for, you know, baby showers, holidays, My one that gets almost all the holidays she gets. </w:t>
      </w:r>
      <w:r>
        <w:br/>
      </w:r>
    </w:p>
    <w:p w14:paraId="3912CF20" w14:textId="77777777" w:rsidR="005B6C86" w:rsidRDefault="00000000">
      <w:r>
        <w:t xml:space="preserve">Her dog cleaned right before she just, she loves him done right before the holidays. So we just spice it up a little bit and make sure that he gets to be a little bit cool even though he can't get color. So there is always different ways that you can add. Can you put your head out of the way? People can't see if you put your big old head in the way, so I'm just fidgeting with that a little bit. Other than that, got your pretty butterfly. So that's like a three-dimensional kind of what you're going to be doing with abstract where you shave around it and you leave. </w:t>
      </w:r>
      <w:r>
        <w:br/>
      </w:r>
    </w:p>
    <w:p w14:paraId="21A0C07D" w14:textId="77777777" w:rsidR="005B6C86" w:rsidRDefault="00000000">
      <w:r>
        <w:t xml:space="preserve">Strips of hair for design and making shapes and stuff. So this is one way you can do it and be able to do that. And then I will show you another way. And then we'll apply the rhinestones to both of them. So another way, good girl, would be doing flat work. Well, let you hear what we're gonna do. You know what? Let's turn you all the way. Come on. So like I said, this right here is A5 blade, so she's pretty fairly short, but it still helps you be able to get that design. Usually when it comes time to abstract design, our dogs are probably usually not shorter than A2 guard comb just because you want that little bit of volume to kind of make your </w:t>
      </w:r>
      <w:r>
        <w:lastRenderedPageBreak/>
        <w:t xml:space="preserve">shapes from far away and too short doesn't kind of show as much. </w:t>
      </w:r>
      <w:r>
        <w:br/>
      </w:r>
    </w:p>
    <w:p w14:paraId="2F05484A" w14:textId="77777777" w:rsidR="005B6C86" w:rsidRDefault="00000000">
      <w:r>
        <w:t xml:space="preserve">But you know, we that's what poodles we have seen. There's one lady that does on the back of her crested that's real short and it's just the different coats show it off differently. So you just kind of kind of find your middleman when doing the abstract. But for clients it doesn't really matter what length. Probably anything shorter than a 5 is not really going to show as much but. So I'm thinking I'm going to do a swirl right here and a nice cute little swirl on a short coat. So I'm just going to start working on it again. Same thing if you want to draw it out. </w:t>
      </w:r>
      <w:r>
        <w:br/>
      </w:r>
    </w:p>
    <w:p w14:paraId="78B3004B" w14:textId="77777777" w:rsidR="005B6C86" w:rsidRDefault="00000000">
      <w:r>
        <w:t xml:space="preserve">If you want to print it out, it works very well either way, it's just based on preference. Something as simple as a swirl. I'm okay with free handing something like that. Parts and stars. I'm a little bit more ale about trying to make sure it's perfect. The one thing you'll see is me positioning which way I'm scissoring. That is because I'm combing the hair down and I want to make sure that I am scissoring the right way. </w:t>
      </w:r>
      <w:r>
        <w:br/>
      </w:r>
    </w:p>
    <w:p w14:paraId="061F2D0B" w14:textId="77777777" w:rsidR="005B6C86" w:rsidRDefault="00000000">
      <w:r>
        <w:t xml:space="preserve">Because if I scissor up into the hair, it is not going to make that cut like we'd like. So if you go across it, it's going to be able to make that nice little line that you want. So that's why I'm just kind of flipping it and I like to scissor things in a little bit first, then going straight with the blade. I kind of use the blades as a cleanup. </w:t>
      </w:r>
      <w:r>
        <w:br/>
      </w:r>
    </w:p>
    <w:p w14:paraId="750FB2C5" w14:textId="77777777" w:rsidR="005B6C86" w:rsidRDefault="00000000">
      <w:r>
        <w:t xml:space="preserve">There we go. And I just do little tiny snips because if you don't, you get a nice big bald spot. So you just kind of want to like. Do the surface of it until you know where you're at and get those lines and that you want and then you can start making those deeper cuts for get your blade able to go along and these ones I kind of just tap in the beginning and then I'll drag a little bit. I'm going along, same thing as before. We just kind of want to go along the skin. That's a little hard with the pastelis, but I think you kind of see it. </w:t>
      </w:r>
      <w:r>
        <w:br/>
      </w:r>
    </w:p>
    <w:p w14:paraId="764A1D1C" w14:textId="77777777" w:rsidR="005B6C86" w:rsidRDefault="00000000">
      <w:r>
        <w:t xml:space="preserve">Yeah, there we go. Camera shows it. But that's the thing that's nice and fun with like different colored dogs. You can find cute little designs. Like the schnoodle that I do is Gray, and so it shows up on him nicely. And then we kind of just play with the rhinestones to be able to make it pop without. Happen to add any color. So it's a form of creative that is temporary and you don't have to commit to a color or use a color that might transfer on to things like with runway. I have a black standard, so I use white chalk to kind of make her design pop from far away with like a lighter color. </w:t>
      </w:r>
      <w:r>
        <w:br/>
      </w:r>
    </w:p>
    <w:p w14:paraId="144BAA98" w14:textId="77777777" w:rsidR="005B6C86" w:rsidRDefault="00000000">
      <w:r>
        <w:t xml:space="preserve">You're going to use those darker. Chalks or glitter glue or things like that to be able to make it kind of hot. So I'm going to do one more swirl because I'm going to show both rhinestones and what I jokingly called the Nicole Beckman special. But I don't have the stuff that she </w:t>
      </w:r>
      <w:r>
        <w:lastRenderedPageBreak/>
        <w:t xml:space="preserve">adds in. But she makes a really pretty clue. Make sure that I've tried to adapt and. Can learn because I think it looks really pretty and I love how she does it. So sorry. Second swirl. Gonna go. Just go right there. So I got a swirl going like that. </w:t>
      </w:r>
      <w:r>
        <w:br/>
      </w:r>
    </w:p>
    <w:p w14:paraId="35DC4097" w14:textId="77777777" w:rsidR="005B6C86" w:rsidRDefault="00000000">
      <w:r>
        <w:t xml:space="preserve">Maybe I'll have another one right. We turn you on a little bit It'll beans people can see. So I kind of just draw with my finger. You can use crayons or anything like that. I try to do all the carving before the bath. If you have to clean them up a little bit to get that nice coat to be able to scissor it, right? But if you use any of the canned hairsprays, you know you gotta do another bath because she's gonna have it all over that. </w:t>
      </w:r>
      <w:r>
        <w:br/>
      </w:r>
    </w:p>
    <w:p w14:paraId="5DA6C39C" w14:textId="77777777" w:rsidR="005B6C86" w:rsidRDefault="00000000">
      <w:r>
        <w:t xml:space="preserve">So I'm just gonna call like this, So we're gonna take there. Little tiny snips way. As you can see, it doesn't really have a hard line, and that's just because I'm making sure I'm doing my lines right before going all the way down to the skin. Good girl, Didobean, push that away. Again, just making sure I'm going the right way on the hair so that it's going to leave that line instead of going up into the hair and then when I'm happy with it. </w:t>
      </w:r>
      <w:r>
        <w:br/>
      </w:r>
    </w:p>
    <w:p w14:paraId="61AB20F2" w14:textId="77777777" w:rsidR="005B6C86" w:rsidRDefault="00000000">
      <w:r>
        <w:t xml:space="preserve">Would you like that? I'll either go with my Clippers or go a little bit harder on my scissors, but I like my Clippers. Able to just knock it in? Oh man, it's so rough being you're so sleepy, like I said, just following that swirl. Smaller like curve lines. Like I said, I like to use just the corner so I'm not making a big one so. It's just as easy putting it in a short coat as doing a threedimensional, so I'm going to go over and make sure I stir it up a little bit tighter and then I'm happy with it. </w:t>
      </w:r>
      <w:r>
        <w:br/>
      </w:r>
    </w:p>
    <w:p w14:paraId="7D1BC59E" w14:textId="77777777" w:rsidR="005B6C86" w:rsidRDefault="00000000">
      <w:r>
        <w:t xml:space="preserve">Slides nice and clean. Now we have our two swirls in short coat. This would be for you know, if you're going to do it on like a lab or a schnauzer or. I mean really, you couldn't do it on a poodle. It's just I find this one more fun to do on a poodle. But as soon as you're happy with it, I just kind of go over, make sure my lines are nice and clean. Ok? There we go. You get ear added away. </w:t>
      </w:r>
      <w:r>
        <w:br/>
      </w:r>
    </w:p>
    <w:p w14:paraId="2D793935" w14:textId="77777777" w:rsidR="005B6C86" w:rsidRDefault="00000000">
      <w:r>
        <w:t xml:space="preserve">Now we got two swirls. Yeah, she's a cool girl. Right now we have all that and clean our area, put away our tools and get new tools out. Yeah, I'm just going to go past here and put this out of my way and for. The tools. I tend to use more expensive jewels for my abstract and then for my clients. I do have something from Amazon that was quite a nice little find. It is a box of rhinestones. And they have the self adhesive on the back, so they're really nice. Oh, thank you for to kiss those fun little goods. And they range in different sizes too. So they come in little packs like this and they just have all of the colors. </w:t>
      </w:r>
      <w:r>
        <w:br/>
      </w:r>
    </w:p>
    <w:p w14:paraId="1E947502" w14:textId="77777777" w:rsidR="005B6C86" w:rsidRDefault="00000000">
      <w:r>
        <w:t xml:space="preserve">I'm in love with it. It's nice. It has the little adhesive sticks. And I don't know what's your darker color so you can see it on camera white you're doing, but you've got all the different </w:t>
      </w:r>
      <w:r>
        <w:lastRenderedPageBreak/>
        <w:t xml:space="preserve">sizes, so it doesn't matter what size dog you have. If you want to go back and forth, if you're trying to do a theme, there's multiple, you know, colors of green. There's multiple colors of what's she doing. </w:t>
      </w:r>
      <w:r>
        <w:br/>
      </w:r>
    </w:p>
    <w:p w14:paraId="40597D88" w14:textId="77777777" w:rsidR="005B6C86" w:rsidRDefault="00000000">
      <w:r>
        <w:t xml:space="preserve">I got multiple pinks, things like that. So I think since this is the pink area, we're going to do some dark pink there and go from there and so with. When it comes time to applying rhinestones, my favorite tools to have on hand are these because I got big old fingers. And when it comes time to little tiny rhinestones, they are just not fun to grab. So I usually use my little tweezers and you are being so nosy. But yeah, these are, these are kind of my common ones that I'll use if I'm doing something like my adding, sorry, adding on to my creative. And then I kind of go more into the Schwartzky department when it comes time to my abstract because of the fact that this is pretty and all you see the sparkle. </w:t>
      </w:r>
      <w:r>
        <w:br/>
      </w:r>
    </w:p>
    <w:p w14:paraId="44319FE6" w14:textId="77777777" w:rsidR="005B6C86" w:rsidRDefault="00000000">
      <w:r>
        <w:t xml:space="preserve">It's pretty. But I can't do this angle. But you don't need to investigate. I mean, you can see the sparkle on that one. It just hits those lights just right. So I do tend to spend a little bit more money on the ones that I'm putting on my abstract dog than I am my clients, because. You know, i need that little extra sparkle. Plus I like it. And they're still very nice. </w:t>
      </w:r>
      <w:r>
        <w:br/>
      </w:r>
    </w:p>
    <w:p w14:paraId="3ED01E0F" w14:textId="77777777" w:rsidR="005B6C86" w:rsidRDefault="00000000">
      <w:r>
        <w:t xml:space="preserve">You can find them at craft stores. They're round, they don't have sharp edges. You want to keep that in mind when putting rhinestones on a dog because you don't want any sharp edges that they could, if they do decide to eat it, that they're not going to ingest it and cut anything off when applying. I use eileens. Original tacky glue? No it's probably backwards because of my camera. But you want the gold bottle. It is at most craft stores. This is the one that is non-toxic It's water soluble and safe for them. </w:t>
      </w:r>
      <w:r>
        <w:br/>
      </w:r>
    </w:p>
    <w:p w14:paraId="511E07AE" w14:textId="77777777" w:rsidR="005B6C86" w:rsidRDefault="00000000">
      <w:r>
        <w:t xml:space="preserve">There are other bottles. You just kind of want to stick with the original gold bottle one because of the fact that as you get into the fast drying, the dries clear kind of ones that Eileen's makes, it's they've got added ingredients that it's just starting to stray away from the non-toxic kind of stuff. So this one's the best. It dries clear, it dries fast. So I mean they're just trying to find all different you know ways to kind of market it. The other nice thing about this sheet is you can just pull them straight off versus for the other one that I'm going to show you, I bought a tray because this has been my life of. </w:t>
      </w:r>
      <w:r>
        <w:br/>
      </w:r>
    </w:p>
    <w:p w14:paraId="08197D13" w14:textId="77777777" w:rsidR="005B6C86" w:rsidRDefault="00000000">
      <w:r>
        <w:t xml:space="preserve">Dealing with all these rhinestones and trying to flip them over because that is. The downside to more expensive rhinestones is they come like this and you have to dump them and pick them up, make sure they're flipped around. So I bought a nice little handy tool for that because she knocks things over and so does her sister. Another fun tool that I've learned about is this little wax tip. It does not do good while picking up these ones because you have to pop it off of the sheet first. It's nice when it comes time to these ones though, because it has that wax tip. I don't know if you can see it, but it just picks it up and you can </w:t>
      </w:r>
      <w:r>
        <w:lastRenderedPageBreak/>
        <w:t xml:space="preserve">put it on the dog and drop it off. </w:t>
      </w:r>
      <w:r>
        <w:br/>
      </w:r>
    </w:p>
    <w:p w14:paraId="54DFF3BB" w14:textId="77777777" w:rsidR="005B6C86" w:rsidRDefault="00000000">
      <w:r>
        <w:t xml:space="preserve">So if you don't want to because I tend to when I go to pick these up, I tend to fling them everywhere like I just did. It happens, you know so. You can just find the tool that fits right in your hand and I kind of go back and forth depending on what I'm trying to do. But it did doping, yeah. But for this world over here we're going to be using the sheet of adhesive ones first. So going to do a little bit, maybe I'll tightened it, I'll make sure you can see. Here we go. So the swirl here, put your hair aside. </w:t>
      </w:r>
      <w:r>
        <w:br/>
      </w:r>
    </w:p>
    <w:p w14:paraId="2E961EC2" w14:textId="77777777" w:rsidR="005B6C86" w:rsidRDefault="00000000">
      <w:r>
        <w:t xml:space="preserve">We clip that so we can see everything. Just keep it dropping everything in this truck. Ok, so first and foremost just takes a little bit, so I'm going to use it. Ok, stop. I can't see when your pickle hits. No way. So I'm gonna take my gem. I'm just gonna lightly dab it. Because no, see, this is isn't why. I'm just a little hard to hit. There we go. Ok, This is why me and tweezers don't get along. And I started doing the other thing because I have to find the right way to hold it. </w:t>
      </w:r>
      <w:r>
        <w:br/>
      </w:r>
    </w:p>
    <w:p w14:paraId="5026B970" w14:textId="77777777" w:rsidR="005B6C86" w:rsidRDefault="00000000">
      <w:r>
        <w:t xml:space="preserve">So again, take two little bit of dab. You just want a little bit. Does not have to be dripping with it. You don't want that much. If you do accidentally, you know, say I went, oh jeez, I don't want that much. But say you got a big old goober of glue on that it's just going to squeeze out of that rhinestone. It's going to make a mess hair in here so that you can do a handy trick I was taught was just put it on your palm right there. Scrape off till you have like just a little bit because you're going to be holding hey got your clip out because you don't want to wipe it with your fingers because then you're going to touch the dog. </w:t>
      </w:r>
      <w:r>
        <w:br/>
      </w:r>
    </w:p>
    <w:p w14:paraId="78A4EA08" w14:textId="77777777" w:rsidR="005B6C86" w:rsidRDefault="00000000">
      <w:r>
        <w:t xml:space="preserve">Just put it on there and if you need, if you're doing more, just go back to your glue and be able to put more on. The fun thing about putting it down there too and why you don't want fingers is because you're going to glue yourself to the dog. But you see that no mess, no stick. So that's why I love that little trick as I'm dropping the glue and putting it on my dog. Ok did you been you going to come closer to the camera so they can see so. </w:t>
      </w:r>
      <w:r>
        <w:br/>
      </w:r>
    </w:p>
    <w:p w14:paraId="69B327C5" w14:textId="77777777" w:rsidR="005B6C86" w:rsidRDefault="00000000">
      <w:r>
        <w:t xml:space="preserve">Like I said, the nice thing is I'm trying to figure out if I can take this so you guys can see. There you go see my messy there we go. This is how we do it. Oh big yawn okay. You can see back up a little bit. So my sheets see my sheet, so I got my rhinestones here. Like I said, this is the nice thing about the adhesive. You pull it right off, have a little bit of glue and I feel like this is the faster way, especially if you got a hand on a dog. </w:t>
      </w:r>
      <w:r>
        <w:br/>
      </w:r>
    </w:p>
    <w:p w14:paraId="19099BF1" w14:textId="77777777" w:rsidR="005B6C86" w:rsidRDefault="00000000">
      <w:r>
        <w:t xml:space="preserve">You know people need to see you can't go all the way over there. I apparently didn't do your clip nice enough. You could grow a Ditto bean. Just put your hair out of the way people see your swirl. Suppose I'm retired for all this. Like, girl, don't you start turning your body again </w:t>
      </w:r>
      <w:r>
        <w:lastRenderedPageBreak/>
        <w:t xml:space="preserve">and you can space them out however way you want it. And flick a couple into the dog, apparently. Let's watch. We'll go flying sometimes. Come on what? That'd be so nosey. I gotta see what you're doing over there. So I like doing it nice and close. For the star, I alternated red, white and blue. </w:t>
      </w:r>
      <w:r>
        <w:br/>
      </w:r>
    </w:p>
    <w:p w14:paraId="20B02B31" w14:textId="77777777" w:rsidR="005B6C86" w:rsidRDefault="00000000">
      <w:r>
        <w:t xml:space="preserve">So that was fun, looked really cute. And I just get a nice little push. And like I said, if worse comes to worse and you put a little too much on and you don't wipe it away and you put it on and it oozes out telling you it'll be clear. You just don't want a whole bunch of ooze out because then it just gets kind of messy. You don't want that, right, Josh? You could come roll, OK, we're just going to do that really quick because I know our time is wrapping up. </w:t>
      </w:r>
      <w:r>
        <w:br/>
      </w:r>
    </w:p>
    <w:p w14:paraId="2175CAF3" w14:textId="77777777" w:rsidR="005B6C86" w:rsidRDefault="00000000">
      <w:r>
        <w:t xml:space="preserve">Usually you can do things a lot faster when you're not talking about it and you don't have a dog putting her head in the way. For abstract it isn't required, but in the rules it does say you know or abstract on stage it isn't required but dressing up being kind of like. Alike with your dog. Like if I put pink rhinestones on her with this design, say this was my abstract runway design, I would then make sure that I match with her and either have a paint pink accent on me, a pink accent on my dress, You know any which way like that to be able to match my dog because some judges do take that into effect. </w:t>
      </w:r>
      <w:r>
        <w:br/>
      </w:r>
    </w:p>
    <w:p w14:paraId="3EF77F14" w14:textId="77777777" w:rsidR="005B6C86" w:rsidRDefault="00000000">
      <w:r>
        <w:t xml:space="preserve">Because some of the rules does say, you know to have kind of something that ties you 2 together, but just have fun with it, with your clients, with, you know, like I said, this is a nice way to be able to do creative without adding color. I tell people that this will they'll either fall off, they'll grow with the hair or. If like say the dog doesn't like it, then you want to take it off. I use a little bit of waterless shampoo or some warm water and The thing is, it pops right off. </w:t>
      </w:r>
      <w:r>
        <w:br/>
      </w:r>
    </w:p>
    <w:p w14:paraId="37D301F3" w14:textId="77777777" w:rsidR="005B6C86" w:rsidRDefault="00000000">
      <w:r>
        <w:t xml:space="preserve">There we go. Then a nice little sparkly swirl. Put your swirl on and then. The last one, going to go on this side really quick and grab it because I've locked it. Getting you closer. But so I've got my glitters that i didn't want pink. I want a purple. I had pink on the brain apparently. So I've got my Creative collection set of glitters like them because they got lots of different colors. </w:t>
      </w:r>
      <w:r>
        <w:br/>
      </w:r>
    </w:p>
    <w:p w14:paraId="34FE9F65" w14:textId="77777777" w:rsidR="005B6C86" w:rsidRDefault="00000000">
      <w:r>
        <w:t xml:space="preserve">I've got my glitter and my glue, A little bit of glue in there and dump the desired color in there. Water on. Just a little bit of water. Hey, brush it up. It's your face out of my way. You can't see and you're just going to kind of make a little bit of a taste. Nicole also puts Micah powder in there to kind of give it more that shimmer. </w:t>
      </w:r>
      <w:r>
        <w:br/>
      </w:r>
    </w:p>
    <w:p w14:paraId="2735B08C" w14:textId="77777777" w:rsidR="005B6C86" w:rsidRDefault="00000000">
      <w:r>
        <w:t xml:space="preserve">But like I said, just because it dries clear, it doesn't really matter. Too much about it looking like Milky white. Yeah, Like I said, she put some Micah powder in there. It's really pretty, I </w:t>
      </w:r>
      <w:r>
        <w:lastRenderedPageBreak/>
        <w:t xml:space="preserve">said. I don't have the Nicole Beckman touch yet. She's got that, like, down to a science. But I'm very Jelly on how beautiful she makes this look, so I would have learned it. So, but I've just been doing that. </w:t>
      </w:r>
      <w:r>
        <w:br/>
      </w:r>
    </w:p>
    <w:p w14:paraId="51C2AFF1" w14:textId="77777777" w:rsidR="005B6C86" w:rsidRDefault="00000000">
      <w:r>
        <w:t xml:space="preserve">I don't have any Micah powder, but I've been doing just a nice little mixture to where it's a little runny but it's not thick glue consistency and this one just paint on your skin and so when this dries it's going to have that purple. Shimmer to it because like I said, that Milky white color is going to be gone because of the fact that the glue tries clear and it's just water glue and glitter. But yeah, when Nicole adds some Micah powder to it gives some sparkles yeah. So the question is. So you use these techniques when you do a design for a show. </w:t>
      </w:r>
      <w:r>
        <w:br/>
      </w:r>
    </w:p>
    <w:p w14:paraId="34E49C86" w14:textId="77777777" w:rsidR="005B6C86" w:rsidRDefault="00000000">
      <w:r>
        <w:t xml:space="preserve">I'm so like it just depends mine. I haven't perfected this so I decided not to but Nicole went up. If you look up inner groom, Nicole just did hers entirely in this method. Mine is more of this method with just the Rhinestones and shaved down. Because of the fact that, like I said, I haven't perfected it, so I don't feel comfortable using it yet. So this is, this is how when I'm teaching the class and whenever I have Nicole nearby, I watch it. But the way she does it it's beautiful up on stage. So it's just a preference whether you want to or not. Like I said, I'm not comfortable with it yet because I haven't perfected it so. </w:t>
      </w:r>
      <w:r>
        <w:br/>
      </w:r>
    </w:p>
    <w:p w14:paraId="415590B4" w14:textId="77777777" w:rsidR="005B6C86" w:rsidRDefault="00000000">
      <w:r>
        <w:t xml:space="preserve">I'm going to speed it up a little bit. Like I said, this can air dry, but just for the fact that we're doing a class, I'm going to speed it up a little bit. But yeah, it's try to get you off again without pushing buttons. But as you can see, it's very sparkly. It's got some purple glimmer to it and then you got your swirl with your rhinestones. We can come back to that, yeah. Like I said, everything's all water soluble. It's safe and it's going to be very purple, sparkly. Right now it kind of looks Milky white, but as soon as that dries, it's just a little bit thicker, so needs a little time to dry, right? Don't put your ear in it, but. </w:t>
      </w:r>
      <w:r>
        <w:br/>
      </w:r>
    </w:p>
    <w:p w14:paraId="0A9D22EF" w14:textId="77777777" w:rsidR="005B6C86" w:rsidRDefault="00000000">
      <w:r>
        <w:t xml:space="preserve">And then the last one would be non non adhesive ones, which it's going to be the same thing. You can either use the tweezers or you can use the thing I showed. I can't have you sit for that one. I'm sorry I forgot, but this nice little case lets you rock them back and forth and then I'm just going to dab, come on, go. Little bit of glue and the only problem I've had with these ones is they kind of don't let go of the gym sometimes with the glue. So it does take some practicing when it comes time to this. But my one friend is a magician with it and he can go really fast with this and I don't know how. </w:t>
      </w:r>
      <w:r>
        <w:br/>
      </w:r>
    </w:p>
    <w:p w14:paraId="4951E09F" w14:textId="77777777" w:rsidR="005B6C86" w:rsidRDefault="00000000">
      <w:r>
        <w:t xml:space="preserve">But I'm always about trying new products and stuff to make things a little bit easier. But I tend to, I think, get a little bit too much glue when I use this. But I need to perfect mine before I'm able to do it that way. Did you take my things? He's like, no more rhinestones for you. Oh, there they are. Let me sit something down. </w:t>
      </w:r>
      <w:r>
        <w:br/>
      </w:r>
    </w:p>
    <w:p w14:paraId="65231DA2" w14:textId="77777777" w:rsidR="005B6C86" w:rsidRDefault="00000000">
      <w:r>
        <w:lastRenderedPageBreak/>
        <w:t xml:space="preserve">So I'm just a little bit faster with my tweezers. So I tend to like it a little bit more, but this is the way that I would do. Abstract runway is just the jewels right now and then putting a little bit of chalk on the skin when things are dry, you let the glue dry. You're going to miss a little bit of Hairspray, which my 2 gotos are a got to be glued or freeze it. They're both safe and I absolutely adore it when it comes time to being able to do that. And then last but not least, when you are doing the runway stage it is always fun to. Add a sorry run bag, a little bit of sparkle on top of everything if you didn't do the glitter in there. </w:t>
      </w:r>
      <w:r>
        <w:br/>
      </w:r>
    </w:p>
    <w:p w14:paraId="0F34C2F2" w14:textId="77777777" w:rsidR="005B6C86" w:rsidRDefault="00000000">
      <w:r>
        <w:t xml:space="preserve">I also get a ton of hands of glitter from Spirit as well. And then we just go. Of course This is why we have multiples. As you never know when something's going to run out and then you're up on that stage or even for your clients too. I put a little bit of sparkle sometimes Just gives that nice little sparkle and added look to it gives it that little flair. I did that for my client that got the Galaxy. I don't usually use the canned Hairspray for that just because it gives a smell to it sometimes, so I don't want to send them inside with that smell. </w:t>
      </w:r>
      <w:r>
        <w:br/>
      </w:r>
    </w:p>
    <w:p w14:paraId="76277163" w14:textId="77777777" w:rsidR="005B6C86" w:rsidRDefault="00000000">
      <w:r>
        <w:t xml:space="preserve">But if I were to be doing a client with a little bit of glitter, I tend to stick with dog brand hairsprays just so I don't get any complaints. So I have the Arturo Hairspray. I would give it a little spritz. And then I've got my Angela glitter in here and I can just pump it on. You can open up your thing and sprinkle it on if you want. Just a little bit of Hairspray to kind of hold that. </w:t>
      </w:r>
      <w:r>
        <w:br/>
      </w:r>
    </w:p>
    <w:p w14:paraId="6235DB00" w14:textId="77777777" w:rsidR="005B6C86" w:rsidRDefault="00000000">
      <w:r>
        <w:t xml:space="preserve">And it's a fun touch for client dogs. It's a fun touch for your abstract designs and just giving it that little bit of flair to spice it up. You don't have to, you know? You know, I just say what I buy Mine are from Angela. I know DMK has little bottles that have glitter and it's all ultra fine glitter. You don't want the like big chunks for your sorry, I keep kicking that when I cross my legs. But yeah, I also have some of this from Hobby Lobby and as I said on the side of it, it's not focusing but it says extra fine, you want that nice fine little. </w:t>
      </w:r>
      <w:r>
        <w:br/>
      </w:r>
    </w:p>
    <w:p w14:paraId="471F688A" w14:textId="77777777" w:rsidR="005B6C86" w:rsidRDefault="00000000">
      <w:r>
        <w:t xml:space="preserve">You don't want the big ones so. Any other questions touch base on that, she says. I'm pooped, but yeah, it's my favorite to kind of do and just spice anything up. You can put things down, noses, you can put them on the ears and just add that little bit of flair all over with your abstract designs. Very nice. So we'll just give it a minute for some questions. And we will then see everybody tomorrow morning. So I just want to just make note that times are Pacific Time, so 9:00 pacific is going to be noon Eastern. </w:t>
      </w:r>
      <w:r>
        <w:br/>
      </w:r>
    </w:p>
    <w:p w14:paraId="1AFA524C" w14:textId="77777777" w:rsidR="005B6C86" w:rsidRDefault="00000000">
      <w:r>
        <w:t xml:space="preserve">I don't see any more questions awesome well, if you guys do, you guys can Facebook message me. Sometimes when we're not friends, it will filter it. I also have Instagram. It's TOESN BOWS So it's toes and bows after this little one. But if you guys have any questions with anything, I am more than happy to let you guys, you know, where I buy things again or </w:t>
      </w:r>
      <w:r>
        <w:lastRenderedPageBreak/>
        <w:t xml:space="preserve">even how to apply things. </w:t>
      </w:r>
      <w:r>
        <w:br/>
      </w:r>
    </w:p>
    <w:p w14:paraId="1033F11F" w14:textId="77777777" w:rsidR="005B6C86" w:rsidRDefault="00000000">
      <w:r>
        <w:t xml:space="preserve">More than happy to and I hope you guys enjoyed it. Ok, very good. We'll see everybody tomorrow morning. Thank you. </w:t>
      </w:r>
      <w:r>
        <w:br/>
      </w:r>
    </w:p>
    <w:sectPr w:rsidR="005B6C86"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797D" w14:textId="77777777" w:rsidR="00995597" w:rsidRDefault="00995597">
      <w:pPr>
        <w:spacing w:after="0" w:line="240" w:lineRule="auto"/>
      </w:pPr>
      <w:r>
        <w:separator/>
      </w:r>
    </w:p>
  </w:endnote>
  <w:endnote w:type="continuationSeparator" w:id="0">
    <w:p w14:paraId="7FB94050" w14:textId="77777777" w:rsidR="00995597" w:rsidRDefault="00995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0E0A" w14:textId="77777777" w:rsidR="005B6C86" w:rsidRDefault="00000000">
    <w:pPr>
      <w:pStyle w:val="Footer"/>
      <w:jc w:val="center"/>
    </w:pPr>
    <w:r>
      <w:t xml:space="preserve">Page </w:t>
    </w:r>
    <w:r>
      <w:fldChar w:fldCharType="begin"/>
    </w:r>
    <w:r>
      <w:instrText>PAGE</w:instrText>
    </w:r>
    <w:r w:rsidR="005C5985">
      <w:fldChar w:fldCharType="separate"/>
    </w:r>
    <w:r w:rsidR="005C5985">
      <w:rPr>
        <w:noProof/>
      </w:rPr>
      <w:t>1</w:t>
    </w:r>
    <w:r>
      <w:fldChar w:fldCharType="end"/>
    </w:r>
    <w:r>
      <w:t>/</w:t>
    </w:r>
    <w:r>
      <w:fldChar w:fldCharType="begin"/>
    </w:r>
    <w:r>
      <w:instrText>NUMPAGES</w:instrText>
    </w:r>
    <w:r w:rsidR="005C5985">
      <w:fldChar w:fldCharType="separate"/>
    </w:r>
    <w:r w:rsidR="005C59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5581" w14:textId="77777777" w:rsidR="00995597" w:rsidRDefault="00995597">
      <w:pPr>
        <w:spacing w:after="0" w:line="240" w:lineRule="auto"/>
      </w:pPr>
      <w:r>
        <w:separator/>
      </w:r>
    </w:p>
  </w:footnote>
  <w:footnote w:type="continuationSeparator" w:id="0">
    <w:p w14:paraId="0CAB88AC" w14:textId="77777777" w:rsidR="00995597" w:rsidRDefault="00995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7468397">
    <w:abstractNumId w:val="8"/>
  </w:num>
  <w:num w:numId="2" w16cid:durableId="2130465190">
    <w:abstractNumId w:val="6"/>
  </w:num>
  <w:num w:numId="3" w16cid:durableId="1253247576">
    <w:abstractNumId w:val="5"/>
  </w:num>
  <w:num w:numId="4" w16cid:durableId="67388097">
    <w:abstractNumId w:val="4"/>
  </w:num>
  <w:num w:numId="5" w16cid:durableId="586500406">
    <w:abstractNumId w:val="7"/>
  </w:num>
  <w:num w:numId="6" w16cid:durableId="1824538222">
    <w:abstractNumId w:val="3"/>
  </w:num>
  <w:num w:numId="7" w16cid:durableId="990017481">
    <w:abstractNumId w:val="2"/>
  </w:num>
  <w:num w:numId="8" w16cid:durableId="1182470872">
    <w:abstractNumId w:val="1"/>
  </w:num>
  <w:num w:numId="9" w16cid:durableId="1775056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B6C86"/>
    <w:rsid w:val="005C5985"/>
    <w:rsid w:val="0099559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DA8B0"/>
  <w14:defaultImageDpi w14:val="300"/>
  <w15:docId w15:val="{248FD0F6-C1CA-C749-9D62-5F60128B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6053</Words>
  <Characters>34508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2023-04-16T23:59:00Z</dcterms:created>
  <dcterms:modified xsi:type="dcterms:W3CDTF">2023-04-16T23:59:00Z</dcterms:modified>
  <cp:category/>
</cp:coreProperties>
</file>