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E9BCC" w14:textId="77777777" w:rsidR="009C5601" w:rsidRDefault="00000000">
      <w:pPr>
        <w:pStyle w:val="Title"/>
      </w:pPr>
      <w:r>
        <w:t>Erin- Character Face</w:t>
      </w:r>
    </w:p>
    <w:p w14:paraId="74DBEB33" w14:textId="77777777" w:rsidR="009C5601" w:rsidRDefault="00000000">
      <w:r>
        <w:t xml:space="preserve">OK Welcome to The Last session of the Creative grooming savage. Twenty Three Heaven is going to you. Yes, I'm gonna do caracterísitcas today sharp. And Welcome to. Company Specialized in. Gears Germán Arce, Patriot with the USA we have the sunflower Phoenix. Thalia, the Black Panther en. Watch later this summer we will be coming out with a new line with the links es gonna be something very special. He dejado llevar. Twenty % of Young Creative Twenty of serie BEF OK solo ¿Eh? O muy that interests. Right to food right thanks for the Day and day going to be doing carácter faces, the card germany doing Today show de Belle and just Click introduction y fitzmyer. </w:t>
      </w:r>
      <w:r>
        <w:br/>
      </w:r>
    </w:p>
    <w:p w14:paraId="33DAFABD" w14:textId="77777777" w:rsidR="009C5601" w:rsidRDefault="00000000">
      <w:r>
        <w:t xml:space="preserve">Webinar my name es eran Martin and I am Britney and all social Media Platform, Facebook, Instagram, Youtube and that talk under the Creative Group. Make sure you put in these you get the account you can also. Vimeo mía eran at the Creative Group and my website at WW Creative bremmer dot com. Rihanna Questions Please. ¿Es o you can SEE MAP? ¿Tiempo porque? Ok es otro doing, cruel and reason I choose es, because is very Sharp features, and it's gonna have gonna show you how to do that really Stream Creative grooming with. </w:t>
      </w:r>
      <w:r>
        <w:br/>
      </w:r>
    </w:p>
    <w:p w14:paraId="72D1FE32" w14:textId="77777777" w:rsidR="009C5601" w:rsidRDefault="00000000">
      <w:r>
        <w:t xml:space="preserve">¿A very Sharp and Stream face that way, you know how to get your features for that and you know how to plant little hardison during? More people like faces because. Cartoon Character I wanted to show you that One because i figured it will be a lot easier to show you with the Angels that you something like snow. ¿Twitter want the princesses where to much more reales typeface? Sabor a first es. Face and that your hair afterwards and hmhd Thats Wordpad naturally gutzo that makes it easier because I don't have to do all of dreaming here. Enhorabuena you first Season Extreme. </w:t>
      </w:r>
      <w:r>
        <w:br/>
      </w:r>
    </w:p>
    <w:p w14:paraId="7D11C6B0" w14:textId="77777777" w:rsidR="009C5601" w:rsidRDefault="00000000">
      <w:r>
        <w:t xml:space="preserve">Satisface nuestro what I'm going off because I can't really de Sony Memory I am using a picture, reply, iPad and I'm going to first trace the winner of our face and SAD that first y consigue un talking about this extreme Angels first es re going to say that i want to be a Hero. A Mode aquí and I wanna SET for Health and zatch. </w:t>
      </w:r>
      <w:r>
        <w:br/>
      </w:r>
    </w:p>
    <w:p w14:paraId="2E0037F6" w14:textId="77777777" w:rsidR="009C5601" w:rsidRDefault="00000000">
      <w:r>
        <w:t xml:space="preserve">That line first so I want to come out and únicamente Sharp angle in Energy go out the way that right a while for headshot. Cheers first Clippers. Gracias and I'm going to come and create. Tengo over for head. Si want create that line first Sam Thing over here. I wanna cry that line and you. Poner a Justin of light my shares Down where I want that line to be before, i tried just to make sure that i was satisfied with the line was for head for foreach. </w:t>
      </w:r>
      <w:r>
        <w:br/>
      </w:r>
    </w:p>
    <w:p w14:paraId="596FB31B" w14:textId="77777777" w:rsidR="009C5601" w:rsidRDefault="00000000">
      <w:r>
        <w:lastRenderedPageBreak/>
        <w:t xml:space="preserve">Just setting my pieces. Coach rock. ¿Si what are you doing? En armónicos, llevándolo father. Because I wanna have a nice. Sharp line foreach. I'm going to come in almost at night about. Maybe a One Twenty, three and maybe One Tenth and coming here and I'm going to. Creek, Side of Head and the Gang leader in to the point where he is are solemne. The same thing. En ambiente create Sharp. Tengo stopping by shares. And using the backers because is not exactly street. Line OI want to use my streets. </w:t>
      </w:r>
      <w:r>
        <w:br/>
      </w:r>
    </w:p>
    <w:p w14:paraId="2D36EB60" w14:textId="77777777" w:rsidR="009C5601" w:rsidRDefault="00000000">
      <w:r>
        <w:t xml:space="preserve">Check, the points of here reforged. Reverse again and just get on ice Deep. Cat noir and Now I Want. Get short streets because I don't wanna come all the way out to the end with lyrics sobre chicks are. Two points like a triangle en alguna mature Not too fat, but are not to then the first One en hashtag is here. And I Wanna Catch. A little Father Down so I can see that dream. ¿Sí, verdad? Points and coming here and going to cut other side hashtag. Ya town in here, littlefeather. Shoes that line sin over here. Vámonos views that line smath that over here I wanna make sure that is this way. </w:t>
      </w:r>
      <w:r>
        <w:br/>
      </w:r>
    </w:p>
    <w:p w14:paraId="2EF0902D" w14:textId="77777777" w:rsidR="009C5601" w:rsidRDefault="00000000">
      <w:r>
        <w:t xml:space="preserve">And the way from that point. Carmen here. Que Atari xtreme angle. The streets. En combate over here mixture. Dreams line. Sí, en el camino, necesidad. ¿En qué other chick? bueno. Ok switch that extreme angle now, I Wanna do headline and take small package comes in a little bitch working on South Park. Newline Cross. So I don't want to be to straight. And I don't want to be to narrow solo come about here. Before I get a little bit for her Job, so am gonna take my kids. En aviones también little. Está bien. Fue eso, hay quien sigue ranking. En la medida thing to the other side. Little Bird Curve. ¿Solo en mi tachikawa? Una make sure coat that first time doing. </w:t>
      </w:r>
      <w:r>
        <w:br/>
      </w:r>
    </w:p>
    <w:p w14:paraId="5DD7E111" w14:textId="77777777" w:rsidR="009C5601" w:rsidRDefault="00000000">
      <w:r>
        <w:t xml:space="preserve">¿Qué nombre Nego across? Newline Argent. Soho out a little bit here and in that you have. And come over here and you House because it's not completely streets. I want this to come out a little bit. And then I want to también. Barca fue, o sea, I don't want to cart, I don't want arch com. Ah, bueno. Solo me queda better. ¿Ah, tengo un here? Acabar con ellos a él. Universidad local. Nombre, conners I don't want to break ¿Jeans? Round this a little bit. </w:t>
      </w:r>
      <w:r>
        <w:br/>
      </w:r>
    </w:p>
    <w:p w14:paraId="3DE23765" w14:textId="77777777" w:rsidR="009C5601" w:rsidRDefault="00000000">
      <w:r>
        <w:t xml:space="preserve">Te down here and Anna Gottfredson, I don't get any further steps up and cosmic luz that Curve of the chic. ¿And IT looks to point? Sonríe same thing over here cameroun. Yo te estafan. Even with exception of héroes. Any of the other. Front Side. Dreams, any of that lucifer. Are the edge. Ah. Ok so we have. ¿Tal vez? Way going to harangody. Si quieres ver Netflix. Freeway, as well. ¿Enséñame Thing on the Side? Francamente, the mangle. With your curves. Get that of lineas. Tags Clint up. Ok soñé ahora. Hits and I Wanna go, I'm gonna clean up her neck. Jackson song es. For the night line of dress. </w:t>
      </w:r>
      <w:r>
        <w:br/>
      </w:r>
    </w:p>
    <w:p w14:paraId="2A73FEF3" w14:textId="77777777" w:rsidR="009C5601" w:rsidRDefault="00000000">
      <w:r>
        <w:t xml:space="preserve">En armónicamente here and crema. Claro que es Messi topfer Get a nice push finish bogota. And I don't need to do much. Bueno, need to match the other from else. Dress and right is </w:t>
      </w:r>
      <w:r>
        <w:lastRenderedPageBreak/>
        <w:t xml:space="preserve">where here for code. So I'm coming here and Just. ¿Me quedo other line? Newline for the other side of her code. ¿Solo en takeover? Sienten que. Sí quiero. Just we don't Get Lost. Down here. And the rest of this gonna be Fair and there are so we can come in here we can clean up staff. </w:t>
      </w:r>
      <w:r>
        <w:br/>
      </w:r>
    </w:p>
    <w:p w14:paraId="3F088146" w14:textId="77777777" w:rsidR="009C5601" w:rsidRDefault="00000000">
      <w:r>
        <w:t xml:space="preserve">Quiero dulces en off newline. The colour of the dress atiende art. Soy katherine camiseta. And the better for later. O k? Señor 14. Home our other sides. Away from the face, parte China work on newline. Apuro so we can get a push on it. Share that we leave a little bit for news. Because I don't want to. Trinidad y ven want to stick out little. Triangle and its up a little from the picture. Solo wanna Live enough for little ones Live Now for Browse. </w:t>
      </w:r>
      <w:r>
        <w:br/>
      </w:r>
    </w:p>
    <w:p w14:paraId="445441D5" w14:textId="77777777" w:rsidR="009C5601" w:rsidRDefault="00000000">
      <w:r>
        <w:t xml:space="preserve">Sobre subnormales is gonna be about here the top of mind, stop the years to the top of this gonna be here, so we want to know to be about the top of the nouns and at the top of Hearts. Sorry Now, I want my news to be here soon, I'm gonna cut around IT. En el Minecraft. The Air that outside of the triangle. A little bit Lower Low this Piece of fire stick in her because i want to share that my nose and I'm gonna cut arengo righteous to. ¿Of Health take a little more, i wanna take all the other side of us? And leave, The New sticking up. </w:t>
      </w:r>
      <w:r>
        <w:br/>
      </w:r>
    </w:p>
    <w:p w14:paraId="6F6E5554" w14:textId="77777777" w:rsidR="009C5601" w:rsidRDefault="00000000">
      <w:r>
        <w:t xml:space="preserve">I don't take it away, so I don't put into it we need that dimensions we need all that there. Recreation and with faces the really dramatic you the usually have really big Boss o Big change org wiki, chichones o really Shark. Se i want to leave. Desde los triangle en la comunitat stuff around all is. I know when charming and where my browser gonna be ex. Like a little outline of the face first so here is my House mjh later that is gonna be here some like that. And I know my brow is really Sharp en comezó, Pryde lower on the other that my curves and i want to share my brow little. Just little King B 1 take the way. </w:t>
      </w:r>
      <w:r>
        <w:br/>
      </w:r>
    </w:p>
    <w:p w14:paraId="76CC6642" w14:textId="77777777" w:rsidR="009C5601" w:rsidRDefault="00000000">
      <w:r>
        <w:t xml:space="preserve">Hashtag a little bit of a curve brown. Angels going to settle online software that ¿Eh? Hmhd take this up show now, I wanna hold out underneath that because thats, why I Brothers, and i brought to the edge overhead. So I want that how to stick out. Night, all that of. Ay down sí. All of these exaspere of. Because you have is set deeper into the Fair. Sotheby's surface llamado. Erin, yes mean. Yes, you can track IT so, if you wanna treat it, I will recommend using air Brush and taking your air Brush with a Lighter Koller zammy like a light peach, you mix Orange and White together and doing it is something that you can go over later that is not show through the design, your doing. </w:t>
      </w:r>
      <w:r>
        <w:br/>
      </w:r>
    </w:p>
    <w:p w14:paraId="1A7BDDCD" w14:textId="77777777" w:rsidR="009C5601" w:rsidRDefault="00000000">
      <w:r>
        <w:t xml:space="preserve">¿Soy asi? Absolutely candidata. De a Paper You print out her face you can cut out around your face so you can cut out around here en. On the Fair and you trace around it with your search and then you take the raft and trace around with your search that way, you have your own and if you wanna cut in between Music http. ¿The news the Mouse and you know where to where the Trend? So you can sean Halloween out the Syria. Newline Brown is </w:t>
      </w:r>
      <w:r>
        <w:lastRenderedPageBreak/>
        <w:t xml:space="preserve">gonna be that stay high growth in the same thing over here so here brow here is here. </w:t>
      </w:r>
      <w:r>
        <w:br/>
      </w:r>
    </w:p>
    <w:p w14:paraId="1CF8C3A3" w14:textId="77777777" w:rsidR="009C5601" w:rsidRDefault="00000000">
      <w:r>
        <w:t xml:space="preserve">Then the Brown, decidle little big Difference. Test line. ¿Can you that line? Hay quien sea OK crea. También es cambiar ouch. Uptown, just teta. And then algún examen going to do a little Circle. Total hashtag. ¿Which is? ¿Eso hay can really all out the serie? En there. So aunque no take my curves in reverse. Bueno, chat down really for. ¿So when you doing care to face, you wanna take it down to like a fifteen? I wanna really Low, maybe it's a client. No me ve. Wanna take to patent. Get really down in the because that is going to. Help you search. Es que. My Cooper. Asesor de coger. ¿Sí, how Deep eres? Ah. </w:t>
      </w:r>
      <w:r>
        <w:br/>
      </w:r>
    </w:p>
    <w:p w14:paraId="0E76069B" w14:textId="77777777" w:rsidR="009C5601" w:rsidRDefault="00000000">
      <w:r>
        <w:t xml:space="preserve">Ok nada sí. Eso gratis súper Deep sadness. Una sobre wang presidir. No es. Hi Sprouse. ¿But wanna make sure that? Me voy a Duchar. Sobramos Loky. No quiero volver desechos, anyway. Ok sobre Member With News. ¿Right here? Newline camryn channels. Sobre Catherine Out. Circle, the Corner. Ok Shears, get the other side ¿Eh? Te refieres mini Cooper, o retire five One. Unknown really Love. Super Clyde TEN. Porque yo, Bing Spider competition, you want to take it like this. ¿Que si want that all the way down to the skin? Ja Snowden, trampa round and Rose área. Take my fingers. </w:t>
      </w:r>
      <w:r>
        <w:br/>
      </w:r>
    </w:p>
    <w:p w14:paraId="60E8193C" w14:textId="77777777" w:rsidR="009C5601" w:rsidRDefault="00000000">
      <w:r>
        <w:t xml:space="preserve">Shape o little. Yo suelo usar. Las cosas claras y una coming here with my streets and i gonna take. All the isle points. Las I want more plush look at the face that my details spriggs. ¿Mi Casares ganó look right? Pero bueno. Bueno Live smath se cansan de Lidl points. ¿Estarán bien the face and makes more than this that all I wanna come in here and you want to find definir? edge. ¿Of your face, more kettner and? Ya separations get down here and get all of these ¿Queen? Ven puros. </w:t>
      </w:r>
      <w:r>
        <w:br/>
      </w:r>
    </w:p>
    <w:p w14:paraId="431D0417" w14:textId="77777777" w:rsidR="009C5601" w:rsidRDefault="00000000">
      <w:r>
        <w:t xml:space="preserve">Westinghouse COM liner. Carrera de nango entonces you can. Que si ganaba nisbet edge. Carácter space jacks. En make IT really POP and look xtreme as the picture as. Songer with my years and probably going down to about. Newline to five. ¿Sigue that line? O k? En wiki. Other, but you can SEE. Apple more coming here and just take a little bit of. Pausa, el outsider, súper little better. Yo soy tal. Inútil, same thing over here for chicks. </w:t>
      </w:r>
      <w:r>
        <w:br/>
      </w:r>
    </w:p>
    <w:p w14:paraId="4B32B268" w14:textId="77777777" w:rsidR="009C5601" w:rsidRDefault="00000000">
      <w:r>
        <w:t xml:space="preserve">Que really Downing Air. Make sure you meet this two points. And that federal. Canteado en. Pues cuando Observer. Pues voy a una little more so that its push. And so we want this face to stick out. En round the edge of the FACE. Going to SET. ¿Dará Wayne? Take that more of that of around online. You can also this with your show you. Sofá I want to be a cleaner edge. Cambian here. ¿And is my clipper valses? Both directions and get that fire. Coldcut and then I will clean up edge sí. </w:t>
      </w:r>
      <w:r>
        <w:br/>
      </w:r>
    </w:p>
    <w:p w14:paraId="72F327A1" w14:textId="77777777" w:rsidR="009C5601" w:rsidRDefault="00000000">
      <w:r>
        <w:lastRenderedPageBreak/>
        <w:t xml:space="preserve">A mentir. ¿Como no sabes de 6? Sabiendo caminar night author ¿Queen? En la inferior chiqueare. And some of the spire, thats. Striking out. Sign actually see the edge of the chic. Sí, en here caminar. show like. Ya basta sí. Eso es como around here. Angie hashtag part because that her over because of this little Bang stick down. En comentar forget little. O sea, no completely around there for dead. Dijistes actually we come down a little under for her like that. Pero ellos son towner. Get her face. O sea. Ok señor, coming with My Streets. And shake a little more face down here. About the news and about the Brown. 1 week Apple Pieces. </w:t>
      </w:r>
      <w:r>
        <w:br/>
      </w:r>
    </w:p>
    <w:p w14:paraId="7544423F" w14:textId="77777777" w:rsidR="009C5601" w:rsidRDefault="00000000">
      <w:r>
        <w:t xml:space="preserve">No con el Ford. Oh, Cupido, Banks. ¿Que atiende usted? sí. Con estatus wow. ¿En comando estoy muriendo? ¿Se remember when you doing the edges of a Design, you wanna be able? Soy yo. Your shirts and so you can create about the two pieces. ¿Me you wanna have? Smooth Edges. So you don't want them to switch into each other. ¿You wanna take it short all the way to those tweets tweets measure for Health and shall i wanna take it short? Foreach, Foreach Ends. And make sure that I'm coming in. En cleaning up dos edges. Pues marcharse. Voy a Patear Edge. </w:t>
      </w:r>
      <w:r>
        <w:br/>
      </w:r>
    </w:p>
    <w:p w14:paraId="56AE6757" w14:textId="77777777" w:rsidR="009C5601" w:rsidRDefault="00000000">
      <w:r>
        <w:t xml:space="preserve">Round Head and its not to find enough just coming. And fix the edges until you get that bad luck. So you can SEE. Apoc 1 opened that Piece for the Page is me and you going for a nice round table Edge danny hikone. En arnego with my girls. That here that sound http. Y que se want that to Strike down sports I can probably back to five. ¿En alguna, cree? Tavo mujeres hathaway. The edge, sometimes it be Now, but I'm at the top it does not look clean enough, and your English right. So Friends here. De inglés a little bit of round. </w:t>
      </w:r>
      <w:r>
        <w:br/>
      </w:r>
    </w:p>
    <w:p w14:paraId="7BBF6991" w14:textId="77777777" w:rsidR="009C5601" w:rsidRDefault="00000000">
      <w:r>
        <w:t xml:space="preserve">I want to clean up a little girl. Se cree streaker. Streaker a Edge. Subir forerunner Twitter. En I'm going to trim that because that doesn t fall over here because behind so I don't want that Piece sticking out over here. Newline, tremnda o little. Nathan to be downward. So what I do, where clean up, the edge. En Cleanup that nice. Sharp edge reforged. And we can work on her House and her Mouse. De fabricar hi shout morder. En whats. ¿Cuando cypher? Ah. O k? Over here the airline en. Queen of the Edge. Eso I can see my Windows Server my channels. Quiero los Server. </w:t>
      </w:r>
      <w:r>
        <w:br/>
      </w:r>
    </w:p>
    <w:p w14:paraId="7941CE44" w14:textId="77777777" w:rsidR="009C5601" w:rsidRDefault="00000000">
      <w:r>
        <w:t xml:space="preserve">O k? Soy Edgar basic outline FACE. Ya sabes, como crossfire. ¿Quieres deeper Trump for her? chen. Sube, que está the features on the face. Sino que son art. Waffle more. And now we gonna work on her no. Newline forms. Animals and TRACES the Way, hutchins arthurs amén here hola. ¿Qué estás comiendo? Newline follow the Curve of Things Health Hams. Que te sueltes little more extreme. ¿Just a little bit more Curve that thing is? ¿And comes to just a little bit of a point? ¿Right Center? Nuestros vendida online. </w:t>
      </w:r>
      <w:r>
        <w:br/>
      </w:r>
    </w:p>
    <w:p w14:paraId="6C930ACD" w14:textId="77777777" w:rsidR="009C5601" w:rsidRDefault="00000000">
      <w:r>
        <w:lastRenderedPageBreak/>
        <w:t xml:space="preserve">A few web newline. And that is caused in a little bit smath you. And then up into her smile. A little PET. Star with the top point. We can get rango. And the other side. And then here. Topless, campsa, tyc. Show, igual me queda background arder ans. Reasons like update. Regresa Peña. O k? apple. And I want to take some of the proof in. Da Wey por lips stick out about that newline strength. Bueno, take ceros. Quiero rengo cenar. Exacto, from the lipstick ¿Eh? Yo aplico en South Beach because every time you break sobre the year spread. </w:t>
      </w:r>
      <w:r>
        <w:br/>
      </w:r>
    </w:p>
    <w:p w14:paraId="60123D4D" w14:textId="77777777" w:rsidR="009C5601" w:rsidRDefault="00000000">
      <w:r>
        <w:t xml:space="preserve">It's going to get around centenaire. Carmen Queen of The beach G. Soy Carla, Https. Like the top of life and then we can shape noise with spray. So the top of light, los Cross. En Egipto in a little bit. Newline make that smile Battle point for smile. En el curso up a little into the top of the week. Todd White Smile almost like a little Star. Solo igual shirts. Quiero ver. Y como era frío sobre small streets. ¿And I Wanna take this point of the chick? También es CAM. ¿And that brought dices? The chic. And that this point of the water check to be shopping. So now, I wanna come in here, i wanna take up to where and during her House. </w:t>
      </w:r>
      <w:r>
        <w:br/>
      </w:r>
    </w:p>
    <w:p w14:paraId="36C6A34B" w14:textId="77777777" w:rsidR="009C5601" w:rsidRDefault="00000000">
      <w:r>
        <w:t xml:space="preserve">Chicotes as. ¿El examen quieres check? claros aquí. ¿Fueron retweets? Poderoso point. Bueno, no hay que. Bueno, no fui coming. Here and Three Men Baby. Nachos de Center of Lips. Scrap, dos pisos all. Shape the Wanted. In the Design. Pero igual mira. Luego es. Thanks to rise with the Heart with hair brush. The caller. Engineers first before we three. Dices, I want to keep it up in a point. Shows tdp, smath possible that they better. Si quiere in the triangle. Para enviar powerapps en. Shape, Malkin. No me cambiaron. And up número. Bueno, chequen y thats between her House and her mouth as. </w:t>
      </w:r>
      <w:r>
        <w:br/>
      </w:r>
    </w:p>
    <w:p w14:paraId="7D73326F" w14:textId="77777777" w:rsidR="009C5601" w:rsidRDefault="00000000">
      <w:r>
        <w:t xml:space="preserve">Sí que nos posible. And PIGS. Sobre carnaval sheet. En el hombre sí. We have to everyone. Coming here. And short. Before START Spring. Southern mouth just to. Sí, pechos. More of the sinner. And I want China. No vuelve. No sé before I go en hashtag ¿Qué ¿Quien? De quien sean Mouse. Dame un beso, FER. Por http. Entre make up in a little smile. Soy wanna make sure getting that the corners of make it look like a Star. </w:t>
      </w:r>
      <w:r>
        <w:br/>
      </w:r>
    </w:p>
    <w:p w14:paraId="4762C363" w14:textId="77777777" w:rsidR="009C5601" w:rsidRDefault="00000000">
      <w:r>
        <w:t xml:space="preserve">Solar https are two point. Angry birds newline. ¿Weather News? Entre browse in place to me hashtag. So am trying to get the shape in to triangle. Solar strips up system sí. Por during her son trying to get that triangle ship ¿Eh? I want in a triangle arengo. Soy actually have the triangle of hpv noise and take my Heart spray and i am going to spray thandie. Desconecte ahí. En going to create the real deep brau. Pues tags going to push it in. </w:t>
      </w:r>
      <w:r>
        <w:br/>
      </w:r>
    </w:p>
    <w:p w14:paraId="32EE7892" w14:textId="77777777" w:rsidR="009C5601" w:rsidRDefault="00000000">
      <w:r>
        <w:t xml:space="preserve">And bring IT Together Down into the Mouse, you can see. Deep arch por ahí Browser. No me falles. Se ubicó. Down here. En month join. Pues your curves and you Want your Heart spray ya. Pues también and get. Los messy little edges of. Se have a nice cross sprawl ¿Right? Here is where we have online for growth. Newsweek, Top House. Una persona desea edge and </w:t>
      </w:r>
      <w:r>
        <w:lastRenderedPageBreak/>
        <w:t xml:space="preserve">now we can do we can shape here thanks. </w:t>
      </w:r>
      <w:r>
        <w:br/>
      </w:r>
    </w:p>
    <w:p w14:paraId="01943715" w14:textId="77777777" w:rsidR="009C5601" w:rsidRDefault="00000000">
      <w:r>
        <w:t xml:space="preserve">And we can. Where should make a little Park appear. Of which are part of Black hair sociales, a little girl and a little girl that comes down. This way and white. Southampton little points to watch es. Bring IT Down. En to point. Like that. Girl to point natural enton es. Ya hermandades What I want you, I don't Cross under the first player. See You can SEE thurmond nosair. See You can see that. </w:t>
      </w:r>
      <w:r>
        <w:br/>
      </w:r>
    </w:p>
    <w:p w14:paraId="2E11E364" w14:textId="77777777" w:rsidR="009C5601" w:rsidRDefault="00000000">
      <w:r>
        <w:t xml:space="preserve">Si Seattle. Over the side of the face of the sith. Eso de Spark comes Down. You can hear spray this into the little Spike. Sprite, little Angels, form, little pieces like this. Just another. En Palm Springs. Enrique other. Jodeme SHARE to web bachiller works. Newline sub 1 Said. Yo estuve. Because you want to have that even. The rest of the Comedian. Será una en blackfire. ¿Pero en serio? Con the top over and down Make sure llegar a little park Y. Jeffrey and Formed in the little girl exact. </w:t>
      </w:r>
      <w:r>
        <w:br/>
      </w:r>
    </w:p>
    <w:p w14:paraId="7F4D4718" w14:textId="77777777" w:rsidR="009C5601" w:rsidRDefault="00000000">
      <w:r>
        <w:t xml:space="preserve">Soy yo girls. And hmhd planned to create the Park. And that like a Piece sticking up. Jailbait siguiendo. O k? Sin thing over here shears. And go underneath. To create Mode the Black Side. No cat the top es. Me encantas, Wey. En Quiroga de acceso. Sí, create other side hashtag. sí bueno. Que en formule point. About me chess. En that little. Top informal sí. ¿A ver snow wanna do is, we wanna make this in the Center? Será otro still. Little busters. Streets and I'm going to the link. Right in the Center that way i can do the. De Air Brush line sí. En home. Responder adfly. Dichas Bridges, Want hashtag Line, i wanna get Energy match with just One of which to be snow hashtag. </w:t>
      </w:r>
      <w:r>
        <w:br/>
      </w:r>
    </w:p>
    <w:p w14:paraId="52AD7245" w14:textId="77777777" w:rsidR="009C5601" w:rsidRDefault="00000000">
      <w:r>
        <w:t xml:space="preserve">And give a Details. Imagine que time make sure that. Prefacio, Stefan Zweig, Brush moving around all of us sí. Aquí en spray. Make sure that your Heart says that when you do your power ¿Eh? Newline start with lights called to our darkest hour, so we can start with a little bit of white for her. A ICE Energies. En a little bit of a Heart and go to her green for innings and her red. </w:t>
      </w:r>
      <w:r>
        <w:br/>
      </w:r>
    </w:p>
    <w:p w14:paraId="63059DC0" w14:textId="77777777" w:rsidR="009C5601" w:rsidRDefault="00000000">
      <w:r>
        <w:t xml:space="preserve">Por lips and the Black Heart. Waiting Music, Crazy Liberty Integridad. Gerard Shaw. ¿O es mixture y spray brush your first your previous? buenas. El mercurio coming through we are reading here before ¿Qué? Spray des way. Aes spray. Te voy a poner aire. O sea. ¿We wanna give it just a little bit House caller? No lighter Than Watch. Yo quiero decir el wagen everyone amor ya. Ellos wants to be a little better. No se because co. Eso vuelve, oh wait. Solo yahshua. Beauty and hair. A buscar, yo estuve more. George's again volcaban. Make IT Stand Out. Pero White a little fighter ¿Eh? This is not because lips sí. Hope leather Wallet still wet. </w:t>
      </w:r>
      <w:r>
        <w:br/>
      </w:r>
    </w:p>
    <w:p w14:paraId="6981C309" w14:textId="77777777" w:rsidR="009C5601" w:rsidRDefault="00000000">
      <w:r>
        <w:lastRenderedPageBreak/>
        <w:t xml:space="preserve">Entonces, tiene que morir White. Look to the eyes. Way en Colón because IT. Eso es. Water water in. Recordar es. Ah thats more often acrylic paint. Veces en alcohol Best Ink. En suma, tener en twitter heart. Newline go over. With a White Twitter. En hashtag here to the web part of the link in my Heart Breaking Bad. ¿Sus rasgos where you want Heart and? And code to begin. ¿Que necesita? ¿Ok, señor green? sata. </w:t>
      </w:r>
      <w:r>
        <w:br/>
      </w:r>
    </w:p>
    <w:p w14:paraId="32242CE0" w14:textId="77777777" w:rsidR="009C5601" w:rsidRDefault="00000000">
      <w:r>
        <w:t xml:space="preserve">En el green bearings boers. About the greens. Como el spray de South into the whitehall green. Monster high ya. ¿Right Against? Master, Chefs y Emails ¿Eh? Es muy bueno, gohan POP a dream, glitter on top 12. En Creative spot yo soy extreme Creative garmin newline. This One. Newline your lips and night in to. Ar Page. Sharing for her FACE Background and finish with Black. Sedat springs lips. Eso, back of my hair brush. </w:t>
      </w:r>
      <w:r>
        <w:br/>
      </w:r>
    </w:p>
    <w:p w14:paraId="30DA69D6" w14:textId="77777777" w:rsidR="009C5601" w:rsidRDefault="00000000">
      <w:r>
        <w:t xml:space="preserve">¿To make sure that white spray I wanna Real News spray? casa chao. No make SURE. I don't get over spray. I'm going to trace. Hola webs. Enamora make really sin appear. Hola ansioso whatsapp. Nenas ya. Cuando estás really tricky. En mi caso es. Probably also. Sobre Ashley looks. Like lips. De todas formas, latín spanish. Because right now. Pero poco aún. ¿Porque buenasnoches Crazy, but? Happy accidents. Darker caller. West Black. Because in the picture lips are really dark souls, not really bread. Like a Bird. Tengo ansiedad https conocerlo. En el Mouse spray tags straight. Manipulate the Beat. Crear le point en Twitter. </w:t>
      </w:r>
      <w:r>
        <w:br/>
      </w:r>
    </w:p>
    <w:p w14:paraId="461B1620" w14:textId="77777777" w:rsidR="009C5601" w:rsidRDefault="00000000">
      <w:r>
        <w:t xml:space="preserve">¿En algo come back to that? ¿No sé cómo Cambridge that? Sport auto más caro. Ok show black. Es sobre Tomb Raider. Me han. O Volverás Brown en White. Se cree Page for the FACE. Socket Backdoor. Nando, Barbero, Brown. Iniciado por Brasseur Tweak, Twitter. ¿Qué tal mix top? Another drop. And spread. ¿Honor tal first? Y Ford saunier son just to make sure that. De todas cambiado ronda rousey en messenger import. Openness Apple more face finger no te quiero ver, spray. En ideas, you don't want to be ¿Ves? net. Los probaré, extranet. </w:t>
      </w:r>
      <w:r>
        <w:br/>
      </w:r>
    </w:p>
    <w:p w14:paraId="182CAC3C" w14:textId="77777777" w:rsidR="009C5601" w:rsidRDefault="00000000">
      <w:r>
        <w:t xml:space="preserve">Vamos a tener first. Nixon covering joder larguero. ¿Qué tal vez Edgar? Pitch covers sí ¿Eh? ¿Sour go to? Our black cuestiones pues. I have different letters, I have some gathered from k boutique and i have some glitter from my personal boxes from the Creative Group, subscription box Reyes. Ok super going to waterford white. ¿Right again? O k señor? Art Black, the Weeknd, our detail. We can share pin up. Fifteen minutes over. O k? Programa Stanger. Sí, eso espero nexo. Black and Bear. Because you have. Dress and Heart ¿Eh? optarían. Coming here and play. Yo conseguí edge dress. When you get in to your details, you wanna close, the of little bit, so you don't get a wild spray. </w:t>
      </w:r>
      <w:r>
        <w:br/>
      </w:r>
    </w:p>
    <w:p w14:paraId="04D82EC6" w14:textId="77777777" w:rsidR="009C5601" w:rsidRDefault="00000000">
      <w:r>
        <w:t xml:space="preserve">¿A quién? Really close. And get her libros. And light spray ross. Sino que no estaban. Doctor Alvaro. Anger airliner enter is. Newline go right at the edge and better. I Wanna Watch. And go and you. Ah. Get House. Eh, ha sharing. On the edge create dimensions. Surge en wanning </w:t>
      </w:r>
      <w:r>
        <w:lastRenderedPageBreak/>
        <w:t xml:space="preserve">your light Lines. And the Black on the other side of her. Pero little es. Luego igual by justo. Sí, en. No soy fer round. </w:t>
      </w:r>
      <w:r>
        <w:br/>
      </w:r>
    </w:p>
    <w:p w14:paraId="74872583" w14:textId="77777777" w:rsidR="009C5601" w:rsidRDefault="00000000">
      <w:r>
        <w:t xml:space="preserve">O sea, para edge. Sigue versión dimensión. ¿Anda weather? bien. Sí, en el examen en Mouse. Makler darker creer lafone. Here is where we can whatsapp. ¿Y Freud, Freud, OK Ah, dicen que sabías OK Y CD OK ¿Right? No tengo en línea. ¿Pero messi? angerer. This is why more. Soda when you and your brush. Vídeos de can happen. If I don't have enough, hairspray. Ok so whats you we can. Ya thatch SHAPE a little better than to SHAPE. En red Glitter. Lips just make up a little. Black on her first. En votaciones http sí. Yo estrictamente oldest in Black. Sometimes when you doing your Creative rooms yourself process sometimes the completely the You Starting your tweet. </w:t>
      </w:r>
      <w:r>
        <w:br/>
      </w:r>
    </w:p>
    <w:p w14:paraId="7FB70CA5" w14:textId="77777777" w:rsidR="009C5601" w:rsidRDefault="00000000">
      <w:r>
        <w:t xml:space="preserve">¿And its hard to viasualiza House o you feel like you take some Times? But Trust process Olot. Power and they become your happy accidents. Sudáfrica descarge bauhaus. Ay, te voy a King. En vengo comercial, you can fix souls. Como Chicote. ¿You can take a look that located in the House camino can you see that? Oye, yo no yo. Ok no me. And the Glitter. So because i was really happy without camel. And with. A little better little. Extra Pass. Fijas youngs es. Se da entre como way from the mistakes. En eso es bueno. So I don't like the Creative. And SEE You can fix IT. </w:t>
      </w:r>
      <w:r>
        <w:br/>
      </w:r>
    </w:p>
    <w:p w14:paraId="2C6D1219" w14:textId="77777777" w:rsidR="009C5601" w:rsidRDefault="00000000">
      <w:r>
        <w:t xml:space="preserve">Sí, vos. Sexta that little Italy, you May not like. Cero 011 jersey. ¿Can you SEE can you see the picture? ezequiel. Fue nuestra jerry tatiana. Alright, Sorry. Para Joy the class. Mirate Stern. O k any questions before? En otros 50 páginas web. Sigues conseguirían. Me sign actually overview of tops. Oko sea mary hashtag. O k dices loky questions? Alright, thank you. Ok Jodan. </w:t>
      </w:r>
      <w:r>
        <w:br/>
      </w:r>
    </w:p>
    <w:sectPr w:rsidR="009C5601"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663EA" w14:textId="77777777" w:rsidR="005B702F" w:rsidRDefault="005B702F">
      <w:pPr>
        <w:spacing w:after="0" w:line="240" w:lineRule="auto"/>
      </w:pPr>
      <w:r>
        <w:separator/>
      </w:r>
    </w:p>
  </w:endnote>
  <w:endnote w:type="continuationSeparator" w:id="0">
    <w:p w14:paraId="372BDD98" w14:textId="77777777" w:rsidR="005B702F" w:rsidRDefault="005B70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C0BC" w14:textId="77777777" w:rsidR="009C5601" w:rsidRDefault="00000000">
    <w:pPr>
      <w:pStyle w:val="Footer"/>
      <w:jc w:val="center"/>
    </w:pPr>
    <w:r>
      <w:t xml:space="preserve">Page </w:t>
    </w:r>
    <w:r>
      <w:fldChar w:fldCharType="begin"/>
    </w:r>
    <w:r>
      <w:instrText>PAGE</w:instrText>
    </w:r>
    <w:r w:rsidR="001B1A54">
      <w:fldChar w:fldCharType="separate"/>
    </w:r>
    <w:r w:rsidR="001B1A54">
      <w:rPr>
        <w:noProof/>
      </w:rPr>
      <w:t>1</w:t>
    </w:r>
    <w:r>
      <w:fldChar w:fldCharType="end"/>
    </w:r>
    <w:r>
      <w:t>/</w:t>
    </w:r>
    <w:r>
      <w:fldChar w:fldCharType="begin"/>
    </w:r>
    <w:r>
      <w:instrText>NUMPAGES</w:instrText>
    </w:r>
    <w:r w:rsidR="001B1A54">
      <w:fldChar w:fldCharType="separate"/>
    </w:r>
    <w:r w:rsidR="001B1A5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D3566" w14:textId="77777777" w:rsidR="005B702F" w:rsidRDefault="005B702F">
      <w:pPr>
        <w:spacing w:after="0" w:line="240" w:lineRule="auto"/>
      </w:pPr>
      <w:r>
        <w:separator/>
      </w:r>
    </w:p>
  </w:footnote>
  <w:footnote w:type="continuationSeparator" w:id="0">
    <w:p w14:paraId="22FDDAD4" w14:textId="77777777" w:rsidR="005B702F" w:rsidRDefault="005B70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29828930">
    <w:abstractNumId w:val="8"/>
  </w:num>
  <w:num w:numId="2" w16cid:durableId="883980381">
    <w:abstractNumId w:val="6"/>
  </w:num>
  <w:num w:numId="3" w16cid:durableId="962687461">
    <w:abstractNumId w:val="5"/>
  </w:num>
  <w:num w:numId="4" w16cid:durableId="1776050980">
    <w:abstractNumId w:val="4"/>
  </w:num>
  <w:num w:numId="5" w16cid:durableId="519011910">
    <w:abstractNumId w:val="7"/>
  </w:num>
  <w:num w:numId="6" w16cid:durableId="918177154">
    <w:abstractNumId w:val="3"/>
  </w:num>
  <w:num w:numId="7" w16cid:durableId="934677291">
    <w:abstractNumId w:val="2"/>
  </w:num>
  <w:num w:numId="8" w16cid:durableId="612639586">
    <w:abstractNumId w:val="1"/>
  </w:num>
  <w:num w:numId="9" w16cid:durableId="17698148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1A54"/>
    <w:rsid w:val="0029639D"/>
    <w:rsid w:val="00326F90"/>
    <w:rsid w:val="005B702F"/>
    <w:rsid w:val="009C5601"/>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35EAE3"/>
  <w14:defaultImageDpi w14:val="300"/>
  <w15:docId w15:val="{A1A006A5-0187-334A-8B4F-0AEBACEDC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3660</Words>
  <Characters>20868</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24480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2023-04-18T01:42:00Z</dcterms:created>
  <dcterms:modified xsi:type="dcterms:W3CDTF">2023-04-18T01:42:00Z</dcterms:modified>
  <cp:category/>
</cp:coreProperties>
</file>