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6A408" w14:textId="77777777" w:rsidR="0091717F" w:rsidRDefault="00000000">
      <w:pPr>
        <w:pStyle w:val="Title"/>
      </w:pPr>
      <w:r>
        <w:t>Erin Fur And Flowers</w:t>
      </w:r>
    </w:p>
    <w:p w14:paraId="1ACFB3C8" w14:textId="77777777" w:rsidR="0091717F" w:rsidRDefault="00000000">
      <w:r>
        <w:t xml:space="preserve">Ok Welcome to the fourth session of the Creative grooming. Smith, The Last two workshops academy with Iron Man thanks for flowers, correct, yes ay severity. O k erin? Ok Everybody, thank you for joining the afternoon join the Creative grooming online. My name is Eric Martin and I am going to be showing you the flowers that you flowers today. You can REACH me on any of the social Media Platform Touch ass. Facebook, Instagram, Youtube and that talk a Dutch Creative Group is really important you, there are the kids Creative Group. And very responsive. You can message me and the platform o you can REACH me on my website. W crea. Com Messenger es well. </w:t>
      </w:r>
      <w:r>
        <w:br/>
      </w:r>
    </w:p>
    <w:p w14:paraId="2D30B049" w14:textId="77777777" w:rsidR="0091717F" w:rsidRDefault="00000000">
      <w:r>
        <w:t xml:space="preserve">Or you can drink message me. On Facebook ON the platform for responsive, you can also email me at in at the Creative Group, Com South Beach Questions. We go along with answers and working so what i show you first and go into it and show you how to create the flowers on your clients dogs out for competition on moodle docs pads. Ah hardt and the process in which we do the flowers. ¿Oiga, es un cyborg? ¿The First Thing you want to do what are you working on a clientes, doctor, what is your working on on? ¿Motogp on practicing? ¿Es you want to section of what is going to be the actual flower zoom coming? Sin because this is what is going to use for my flower. </w:t>
      </w:r>
      <w:r>
        <w:br/>
      </w:r>
    </w:p>
    <w:p w14:paraId="3FE7B5F0" w14:textId="77777777" w:rsidR="0091717F" w:rsidRDefault="00000000">
      <w:r>
        <w:t xml:space="preserve">Everything else on the side of our lives, but I'm usually take all of this always so, I'm going to sexy a little of here so i know what not to them down innings that ass leaves. Apple here and Strother. If you have already clips o hercólubus you can use these if you have Robert beans. You can also use whatever easy and here I want section of this amount for the Leaf spot it on over. Anahi chips me from shining down. And taking off to much forward, i am posible need it later. O sea. Stop moving all but. Take your take your. Over here. For other LIFE. See better with me now. Take a thirty One on a Dog he probably would take it down with a five o Four five depending on the dog, but i wanna take all that because i want this to sign to really pop hashtag. </w:t>
      </w:r>
      <w:r>
        <w:br/>
      </w:r>
    </w:p>
    <w:p w14:paraId="373B94BA" w14:textId="77777777" w:rsidR="0091717F" w:rsidRDefault="00000000">
      <w:r>
        <w:t xml:space="preserve">All the excess. Ah. La smath get my flowers to fuck. Me camine around the Beach. Entonces, ya bueno, ya está. Imagina chat. ¿Oh, pero algo Sport? Intensiva The Walking Dead. Hambre sí. ¿Verdad que sí? Si quiere all these exasperó. Hechas kotts better when i use the thirty. Esto for five. Ya está hardway. En el round here. No era University, USA. Bueno, easier to work on the parting small Circle, the easier to work ya. I want to get short of line o rounds my design es posible. Hija de Walter. Separation y tweets that background. </w:t>
      </w:r>
      <w:r>
        <w:br/>
      </w:r>
    </w:p>
    <w:p w14:paraId="03C56390" w14:textId="77777777" w:rsidR="0091717F" w:rsidRDefault="00000000">
      <w:r>
        <w:t xml:space="preserve">Son in. Because I'm shipping my LIFE. ¿Soy de new? Una buena make sure that it's not just a Square Compact I want to change in a little bit the same way of life. La noche de cobardes. </w:t>
      </w:r>
      <w:r>
        <w:lastRenderedPageBreak/>
        <w:t xml:space="preserve">Hasta muy bueno mm. Se pautaron. Tengo en. Mayo esta noche ¿Vale? All the. ¿Quién no es así? sí. No, menos mal humor. Que no besa. No me refiero es. Mira, everything as bonita. </w:t>
      </w:r>
      <w:r>
        <w:br/>
      </w:r>
    </w:p>
    <w:p w14:paraId="4689436F" w14:textId="77777777" w:rsidR="0091717F" w:rsidRDefault="00000000">
      <w:r>
        <w:t xml:space="preserve">No, hija newline. To work with make it hard to see later. Se deja hablar. O sea, en separated. No me acabo de bañar en Queen Up. María Jesús. Ok coming, here and out flower. Angel all that looks for the best friend refiere. Everything that without solo spears ¿Regresivo? ugt. Es muy simple, bueno vuelve. Tratamiento en the way. Suave seeking on. Tags for competition. Y en el. Por reason to make sure that you to your Heart first and the night live the Faith you want to work on for your Creative design. </w:t>
      </w:r>
      <w:r>
        <w:br/>
      </w:r>
    </w:p>
    <w:p w14:paraId="1AECD50A" w14:textId="77777777" w:rsidR="0091717F" w:rsidRDefault="00000000">
      <w:r>
        <w:t xml:space="preserve">Newline that section and then you going to find tune. The section, the Heart that go in and get my edges. Around that design that carmine sexo. En denostar CARDS. Luego hashtag want to keep coming up The sun dht. Zona weekend. Star Wars shipping our House. Ross Today siga es que en Seattle that. And clients Dogs. This is a really Long legs this is about nhc inches in length. Mostrar clients are not in egypt that link solar clients. ¿You want that the dog? Shooter free to work with your link to work with them to make with what you. En create Flowers on a Shorter Length. </w:t>
      </w:r>
      <w:r>
        <w:br/>
      </w:r>
    </w:p>
    <w:p w14:paraId="0AB5A0B3" w14:textId="77777777" w:rsidR="0091717F" w:rsidRDefault="00000000">
      <w:r>
        <w:t xml:space="preserve">¿But also why you wanna take that background so short? Background the more, the pops and the more you have to work with on top su. Art lives again here made teens. Because I'm breathless and go ahead and tagged and Robert van Damme just the way we are. ¿During Arms? Ah, bueno, me. No terminados. Just yet. So bring your flowers together forward create your Circle. String maker es posible. Circle and bottom. Si have your lives güero. Dicas, brigham in here we want the separation of the leaves and the Flower Park, not so much to beat. So finder free supplies superettan. </w:t>
      </w:r>
      <w:r>
        <w:br/>
      </w:r>
    </w:p>
    <w:p w14:paraId="74E2B21D" w14:textId="77777777" w:rsidR="0091717F" w:rsidRDefault="00000000">
      <w:r>
        <w:t xml:space="preserve">And then urbandale. Preferencias yours here you want clipping. For little, Widgets. Genaro accidentally Trends because I need that links. Later on when I'm going to ship shape, my lips. Etiquetas little tiny, alegatos de color butterfly clips for your Heart little girls are the Word Perfect to be able to keep. Ah cepillo para Seattle like this and that. Ok Sweat the Next Wanadoo. Es before Research shipping News. We wanna come and we want to create our edge in here. You want to watch show you both ways to die. </w:t>
      </w:r>
      <w:r>
        <w:br/>
      </w:r>
    </w:p>
    <w:p w14:paraId="37D8007E" w14:textId="77777777" w:rsidR="0091717F" w:rsidRDefault="00000000">
      <w:r>
        <w:t xml:space="preserve">Y en Shaker Five Moncler. A Newcomen. A Newton, Just a little touch. To create and take com ¿Cómo? Sí, Cross. And dogs. To get the look here come the open all that think dure dure that. It's really take that. Ok soy you can see we have a little bit of intentare suave separation now between our life and flowers if you look at this One is still kind of together is not supported yet you don't have a real separation of two different places so you can also take your search. Without getting your LIFE, you gonna get a little bit of your flower. </w:t>
      </w:r>
      <w:r>
        <w:br/>
      </w:r>
    </w:p>
    <w:p w14:paraId="7497A249" w14:textId="77777777" w:rsidR="0091717F" w:rsidRDefault="00000000">
      <w:r>
        <w:lastRenderedPageBreak/>
        <w:t xml:space="preserve">Of the Flower United Getting some from my Life out. Kit make sure you getting a separation between the two pieces el. Coming here again at the bottom. Si wants close to the base that you can't close to. ¿The length of the dog that there is you can? Get Access order. You have a clear line between the two pieces of favorite of fire. Ya son 11, we have that. Rating, layers of flower. Soy gonna come and you going to open up your flower número. Bing just take home. En come down. Not then, not with most Pictures and flower that longitud. I wanna come the self en. </w:t>
      </w:r>
      <w:r>
        <w:br/>
      </w:r>
    </w:p>
    <w:p w14:paraId="7839B36B" w14:textId="77777777" w:rsidR="0091717F" w:rsidRDefault="00000000">
      <w:r>
        <w:t xml:space="preserve">Running back in with the clipper and create a little bit of Legends. Just little nori es match before with just wanna get some tharsis. ah better. Keeping the two layers together. Always rounds. Just to get a little bit of the House. Almost on the shorts shorts. Amazon shorts on the study right now, more than forty, but very well thirty. Con Naruto, hold your lawn. The round. En como podcast. Mira buena, come any of The New the Down, you wanna come back into what you get string. Shoulders Down en come all that there. Eso bullying. Stark stark en superata sonya. Created edge flyers sí. Es before going to the rest of this SHAPE. </w:t>
      </w:r>
      <w:r>
        <w:br/>
      </w:r>
    </w:p>
    <w:p w14:paraId="58A4F519" w14:textId="77777777" w:rsidR="0091717F" w:rsidRDefault="00000000">
      <w:r>
        <w:t xml:space="preserve">Sweets here. So we want for making listen to a Rose. We don't wanna have pointed towards. Don't have pony flower patterns there little bitch and from there are so we want to separate. Sobre todo en su about mayría tags about this with if you have the manager that if not you want, you don't have to do that with a flower sí separated. Único use your you have brasil workrave. ¿Because you can really get an exact separation of your fare? En twitter sabratha tengo https. </w:t>
      </w:r>
      <w:r>
        <w:br/>
      </w:r>
    </w:p>
    <w:p w14:paraId="4B5BA935" w14:textId="77777777" w:rsidR="0091717F" w:rsidRDefault="00000000">
      <w:r>
        <w:t xml:space="preserve">Neiges Ways. You can do this from a picture o you can do this from memory. If I'm not sure how exactly to the Weather for not sure from memory that i want to look i will the picture on my phone on my iPad and I will use that you can also print a picture that Works better. Exacto u. Orefici another gamers work that you really Annie want to imitate the picture of the work just make sure when you post your work that you tag Team has inspiration you. </w:t>
      </w:r>
      <w:r>
        <w:br/>
      </w:r>
    </w:p>
    <w:p w14:paraId="16772A07" w14:textId="77777777" w:rsidR="0091717F" w:rsidRDefault="00000000">
      <w:r>
        <w:t xml:space="preserve">Nasus, I will trigger, thank you for the inspiration tengo york. I Apreciate. Ok eso no me caso, no vuelve a tener. Y analistas. Vistos potencia. Ah. Señora, Buenas tardes, I want and i want to hear this edges amigo. Innings my shares My clipper, I'm gonna cut out aquí. En between. The two heads. Esa chusma. Haber observation, I don't wanna go to match play trying to call The Beatles apart Kevin from running back to each other some One coming here and use my shares. </w:t>
      </w:r>
      <w:r>
        <w:br/>
      </w:r>
    </w:p>
    <w:p w14:paraId="749404DD" w14:textId="77777777" w:rsidR="0091717F" w:rsidRDefault="00000000">
      <w:r>
        <w:t xml:space="preserve">Angel little Boy. No The Wall. Take a little bit of the Battle of. En el snapchat horas sí. Just for my fingers to go in here and folders. Soberón, ketchup o you can use small come if you have like a papico more face come on the hidratable. ¿Yo soy una hashtag? Randy Spears. Soy yo. Overlap Ping. I don't want zapata. Soy buena ¿Entonces? That my flower really Pops. Es not </w:t>
      </w:r>
      <w:r>
        <w:lastRenderedPageBreak/>
        <w:t xml:space="preserve">you think to speak to keep the Faith from Washington. Natural y go back Twitter. No sin TI. Soy you have. ¿If you working on a dog and you have a ministro? ¿Soy edad? O sea. </w:t>
      </w:r>
      <w:r>
        <w:br/>
      </w:r>
    </w:p>
    <w:p w14:paraId="6D8B8692" w14:textId="77777777" w:rsidR="0091717F" w:rsidRDefault="00000000">
      <w:r>
        <w:t xml:space="preserve">Speaker mini ¿Jeans? ¿Justificable, tags? Soy you have the separation en. On a clientes dogs because the more likely to Move around than my hot dog. So probably won 100. Eran de sus videos tlv safe. ¿Tengo que estar Japón? Eso es bueno, chicos. Ha terminado. ¿Cómo está? Nada, voy a. Sin here. Nelson extras. Pinche morder. Si quieres separations sí. Se 11 we have that down. ¿Yo no wanna take? Efrain Orun. I have this little One here. </w:t>
      </w:r>
      <w:r>
        <w:br/>
      </w:r>
    </w:p>
    <w:p w14:paraId="1CB68BA6" w14:textId="77777777" w:rsidR="0091717F" w:rsidRDefault="00000000">
      <w:r>
        <w:t xml:space="preserve">Take each individual Peace. I wanna make SURE when you re doing this that the dogger working and does not Move all if it does just use spray. And your fingers. Este tag still take it like this, you don't wanna go to close to the skin and your up. And out. Es the First Dick Indigogo cumple Times over. Hecho textual. Novakovich COM. ¿Se ve coming out o Richard? Background again. En serio, you Get a PET Shop. Newline a little more kids because we know and roses open up. The crow. Suman that. Vámonos, Shake Mayfair, spray. </w:t>
      </w:r>
      <w:r>
        <w:br/>
      </w:r>
    </w:p>
    <w:p w14:paraId="2218157B" w14:textId="77777777" w:rsidR="0091717F" w:rsidRDefault="00000000">
      <w:r>
        <w:t xml:space="preserve">And I want her spreads we going to have this part. Una mujer fea. Just a little bit kether. Mina, SHAPE of the Girl. Ocupacional, hairspray o more. But for now I want to just keep that shape first pravia. ¿I prefer to use of Lyon, if I'm not going, actual girls on the dogs from Orleans because I don't wanna try in get Strike naturally wants to kill it a lot easier for me to call this with AA Is it straight with the carlin. Turn my food and slightly. Está, sí, sí. I'm really that I don't want that much. Sí tenga sing a new other side. The next One ¿Cerrarse? Aún me suena memoria separation. </w:t>
      </w:r>
      <w:r>
        <w:br/>
      </w:r>
    </w:p>
    <w:p w14:paraId="10FCCFAD" w14:textId="77777777" w:rsidR="0091717F" w:rsidRDefault="00000000">
      <w:r>
        <w:t xml:space="preserve">Los months. We start go from the spanish warning. Newline go back in summertime emerging Markets into the shape we actually want xd kurland sí. Pero separaciones relatare OK video ¿Enserio? Ok me quedo from desire. ¿Going to? Saben que all that in her. Chat Edge. I'm going to hold the Song aside. This is where your classroom en handy. If you working on a Live dog. Skip your persecuted. Una edge. Próximo match. Right down to the base of sí. </w:t>
      </w:r>
      <w:r>
        <w:br/>
      </w:r>
    </w:p>
    <w:p w14:paraId="4DB7D7F8" w14:textId="77777777" w:rsidR="0091717F" w:rsidRDefault="00000000">
      <w:r>
        <w:t xml:space="preserve">Https center bueno sparta. Watch Dog. Newline get the head straight possible and tweets that. O k ¿Yo? Mercado West. No es aire. Una mocosa. Personal web. No opengl. Ok Sugar, all this all around. Una just hold this sí. Naomi Watts. Newline Rosetta Overlap. So we don't want the same way, we wanna part in between. ¿Surgen again, take a small aire? newline. ¿And you going to dream? That later. No soy have you shirts. Take your curves Anna take. </w:t>
      </w:r>
      <w:r>
        <w:br/>
      </w:r>
    </w:p>
    <w:p w14:paraId="20E520CF" w14:textId="77777777" w:rsidR="0091717F" w:rsidRDefault="00000000">
      <w:r>
        <w:t xml:space="preserve">Al menos chat settings. ¿No es superstición, no? Ricard Carbonell Innings. En el show. Thirty Triangle. I'm going to Trump. Always around that way twitter. Son and pull up. Everything </w:t>
      </w:r>
      <w:r>
        <w:lastRenderedPageBreak/>
        <w:t xml:space="preserve">you Just 60. Hashtag soy you can. En el. No tuvo que ser por. Working on Tyler. ¿Y es muy still and she? Por taker Clipper. También Ángeles Chao. Guapi, que si no want taking your turn. Shashi mindful of that. ¿What's the Dog, like you working on? ¿Qué soy fea? Ah, no pensé que algo. </w:t>
      </w:r>
      <w:r>
        <w:br/>
      </w:r>
    </w:p>
    <w:p w14:paraId="11286544" w14:textId="77777777" w:rsidR="0091717F" w:rsidRDefault="00000000">
      <w:r>
        <w:t xml:space="preserve">Mira los caminos altas. ¿For your club, OK So what we want you now. Buena Honda. Gafas de sol sí. Separate opposite of The Last added, and I want you little bit smaller because these are the next year in the smaller than not gonna be hashtag The Beatles are here. Soy igual. O k? Sí, ya. Mixtura your new Paths and sticking to the Heart of the other one aquí. </w:t>
      </w:r>
      <w:r>
        <w:br/>
      </w:r>
    </w:p>
    <w:p w14:paraId="55C1A0CB" w14:textId="77777777" w:rsidR="0091717F" w:rsidRDefault="00000000">
      <w:r>
        <w:t xml:space="preserve">Cargad, sí twitter. Nada anda suelto seré. O k? No, que no pillas macho. Lo que yo suelo volver. Ah. ¿En siemprehay, little Friend and I don't wanna catch the Battle? Old Blood, Careful zammy using the Clippers instead of the sheets. Pero hay Johnny cash. Make IT Work Because in Creative bring we don't take with happy accidents and sometimes that little too happy accident. </w:t>
      </w:r>
      <w:r>
        <w:br/>
      </w:r>
    </w:p>
    <w:p w14:paraId="00426357" w14:textId="77777777" w:rsidR="0091717F" w:rsidRDefault="00000000">
      <w:r>
        <w:t xml:space="preserve">Otherwise you feel bad Job. With your Creative Bremen, ITS OK if you have a little thing is a happy accident how easy walk with your Creative Commons Creative minds, always way to fix it. Suggested Careful. When you re there, but remember dogs. Vamos a estar. Ok sí que. ¿And we going to? juanan. Fuera NO crying. Siguen ahí. Trying to get them shrek. En su día. ¿Sí, and you can get this Too? Sean uds well. Ahí está. Enojado play. Culture and up a little bit the stand up because we don't want that open that match, porque una want to come up with http. Hairspray, underneath the stand up little. We want to make sure that were going to the base. </w:t>
      </w:r>
      <w:r>
        <w:br/>
      </w:r>
    </w:p>
    <w:p w14:paraId="0DE9C10C" w14:textId="77777777" w:rsidR="0091717F" w:rsidRDefault="00000000">
      <w:r>
        <w:t xml:space="preserve">Amor thatch. The Street. Nissan Flat. And Street. En más lyrics on the help of dog border back. Sophie of the Dog. Its on the back, you can even have them see the working and you usually with the right both the tail área. En serio, you can have your dog, setting shaking like this interacción. No asumir. Sofi Watts stand up through en. Yo también caros. A mí. </w:t>
      </w:r>
      <w:r>
        <w:br/>
      </w:r>
    </w:p>
    <w:p w14:paraId="5B9FA4ED" w14:textId="77777777" w:rsidR="0091717F" w:rsidRDefault="00000000">
      <w:r>
        <w:t xml:space="preserve">Hashtag, going to re not going to the Center Gross always close we don't want to. We don't want to fight. We want to May be igual exactly. El whisper that actually rock before we other saludos. No puedes, One not sorry, The Beatles because i want them to be closer hashtag. Me muero al minuto. Para mí una droga, Esther ¿Eso? Ahora rounds. ¿En Twist ¿Right ¿Perdone? Que está en United to be a little try. ¿La One has you Twist? 5 Tomorrowland. En cuesta. No es net spk. ¿Usted quiere? No make sure that just pull down separated. Son make sure not coming. The Center for coming we just. Ah. Carmen here. My Hand between smythe sí. </w:t>
      </w:r>
      <w:r>
        <w:br/>
      </w:r>
    </w:p>
    <w:p w14:paraId="16870FD1" w14:textId="77777777" w:rsidR="0091717F" w:rsidRDefault="00000000">
      <w:r>
        <w:lastRenderedPageBreak/>
        <w:t xml:space="preserve">Anakin Separates. Together up. Si me quieren between. En I'm going to go en with my shirts and I'm going to shape The Beatles. With my girls should create the individuals with that rating. Nuevo a ti stand up little after high outside. A ver First I am going to bring it together with my Hands that way is closer to the Center of the rose sí. Spray de outside Annette. Way around. En un blog http dos. Bring the next year lyre. Ahora Blair https skype. ¿Bueno, before you going with your next year of spray? Mixture is not sticking. ¿And you re going to? ay. And going to keep your hands up street ¿Insomne? Anywhere mindful that sticking to the inner. </w:t>
      </w:r>
      <w:r>
        <w:br/>
      </w:r>
    </w:p>
    <w:p w14:paraId="56768A4F" w14:textId="77777777" w:rsidR="0091717F" w:rsidRDefault="00000000">
      <w:r>
        <w:t xml:space="preserve">Paterna, pulling up the bottom later with them en air. Newline que more to the base. Soda Way. Ps 3. And the Bastards. Siguen si la Chance Apple Mothers. Sobre el left here spread. Kicker and that. Try standing up, stephen other. If you like to look open power you don't have to bring the you don't have to stand up en spray. Towner, Mixture and Sacred Lyrics, I don't want to get hard stickers sí. O k? So 11, we have dos steps and we want. Little more exacto eso el perro militar animal sobrinita. Quiero revocarlo. Claro, me obligó. O k show, wanna do is we want to make The beatles? hashtag roses. </w:t>
      </w:r>
      <w:r>
        <w:br/>
      </w:r>
    </w:p>
    <w:p w14:paraId="1CA4DA2F" w14:textId="77777777" w:rsidR="0091717F" w:rsidRDefault="00000000">
      <w:r>
        <w:t xml:space="preserve">¿No has such a pometti rush? edge. Subieron, tenemos cavenaghi. Si you want. Anne your curves, soy yo not having just street across educan yours to create the Court of the story here with a little bit of a shared I wanna go and I want create a little bit of a Curve. Sam here. Observen, headshot overlap. ¿Siempre te suena? sí. Zapatos Edges, all my cats. Según sea there is a separation Healthcare take the corner of newline. O Deep down because I want Twitter. Sí muestra sugiere going clear, my edges tendencias newline. Tengo 3 One check dos. Broadway round. Increase your path separation vamos. </w:t>
      </w:r>
      <w:r>
        <w:br/>
      </w:r>
    </w:p>
    <w:p w14:paraId="7B52FC9C" w14:textId="77777777" w:rsidR="0091717F" w:rsidRDefault="00000000">
      <w:r>
        <w:t xml:space="preserve">¿En qué go into your next year when you have your head down? Como Internet Explorer mixed separated. Ride same thing. Dos pisos out the fall. Dije, quiero ofender. Toma tapadísima. ¿And your brush, your thoughts? sí. No amor sí. Andan en here come around and you edges. And then you. A little Farther Than The Last Battle Raider because I'm breathless sobrina the little further into separate paths. En emitir brush, create the look of the overlap, Bing, battle. When we you are shaking. ¿Qué SOS vos? Sonia, We want to use want to come with a natural. </w:t>
      </w:r>
      <w:r>
        <w:br/>
      </w:r>
    </w:p>
    <w:p w14:paraId="39B1EE13" w14:textId="77777777" w:rsidR="0091717F" w:rsidRDefault="00000000">
      <w:r>
        <w:t xml:space="preserve">V already natural little separation and stripped a little Peace. Eso sin here. En el membrete de Smaller paths that we just. Gerona, Auryn. See You wanna make them a little smaller zamak that. Así te voy a romper. Close together. Newline, hearthstone again. Joe Closer. Background and round, the tips just a little bit. Style, Twenty. Me cambian en Roldan. En clima ¿Eh? Hombre, aquí en medio hershey insuperable Inside. Donde outside and bring together. ¿La One? Nathan Petri, Faster. And you want to bring your all Rosetta together, a little help spray that inside. First grade outside. </w:t>
      </w:r>
      <w:r>
        <w:br/>
      </w:r>
    </w:p>
    <w:p w14:paraId="7A071D0D" w14:textId="77777777" w:rsidR="0091717F" w:rsidRDefault="00000000">
      <w:r>
        <w:lastRenderedPageBreak/>
        <w:t xml:space="preserve">Spring together. ¿How are you all time? Aiur your. Oh, me. Ok de Multitarea, Browsing on Ass. O k? sony otan. The leaves, the same concept online state of the World Square Point. Bueno, esas son. Ok Crazy liberty inc. En algunos shows de surf int over. ¿Y You want you like your brush? With your Inc and the ink can be water my soul. ¿And I Wanna make SURE that your not? O sea, yo no yo bowles brought sí spring my ink. That is coming out read show spray. All around the fire during this on your door, I don't want background to the cover chao. Paper towel hardboard. Jeans anything to keep that are breathtaking over on the wanted, you don't want. </w:t>
      </w:r>
      <w:r>
        <w:br/>
      </w:r>
    </w:p>
    <w:p w14:paraId="7DF266DE" w14:textId="77777777" w:rsidR="0091717F" w:rsidRDefault="00000000">
      <w:r>
        <w:t xml:space="preserve">Just make sure you have something underneath. Thats gonna help you May help you from getting over spray. I Wanna Thought, Spray. Moving Air Brush the way you not concentrated it Long en One spot. O sea, bubbles Drive bing underneath The Wall. ¿Show your power on your dog in the Flower like this? newline. Que yo no. Way you need. Bueno, meninges, claro. ¿En qué red and Down in here? Nazi wants to live a little bitch para ver a The Beatles on the under side. ¿Defensa what you going for? On your Creative room también. With the spin o wordpad. Escribió little hard to get all the way tener tags. Y en las machas Beans, http, darker shade. </w:t>
      </w:r>
      <w:r>
        <w:br/>
      </w:r>
    </w:p>
    <w:p w14:paraId="57614942" w14:textId="77777777" w:rsidR="0091717F" w:rsidRDefault="00000000">
      <w:r>
        <w:t xml:space="preserve">¿The way you can see the diferenciación between The Beatles and you? book. If you can get some pretty thing in the. Make your LIFE. And look out more light. En Real Estate. En setups. Pintura, indesign thore. Make IT Look as three and like. Ah. Sí, sí surgen a little bit of. Www just a little bit, a deeper bred. And start with you literally two drops. Digas eso es just for cheating. Anexará te fijas, the Culture that. Ah. Un aplicador Brush. I just wanna Get en Mixup. Spirit of First One night. Solo, bueno. En ambientes spread en aire. ¿Justin cree? Shadow, thinner. No puede competir en touch. </w:t>
      </w:r>
      <w:r>
        <w:br/>
      </w:r>
    </w:p>
    <w:p w14:paraId="4A44577F" w14:textId="77777777" w:rsidR="0091717F" w:rsidRDefault="00000000">
      <w:r>
        <w:t xml:space="preserve">Los textos que. Other dreams is getting that. O sea, different looks that detail that place SMS, but thats really gonna help your design stand up here. En explicitly every place is gonna be a little bit Shadow. Overlap, Ping, Sofi picture, right, coming from the top. This is gonna be overlap and its gonna be darker Annie. En just want a little talks the same way will be contraatacaron. Little darkness, Anís. Girona I don't like to work because it's not necessarily Black is just a darker shade of the killers shot. ¿En Zoido want to be black? composition. Necessary Black, Butch, dark, dark, dark red and maybe. </w:t>
      </w:r>
      <w:r>
        <w:br/>
      </w:r>
    </w:p>
    <w:p w14:paraId="3ADD79E8" w14:textId="77777777" w:rsidR="0091717F" w:rsidRDefault="00000000">
      <w:r>
        <w:t xml:space="preserve">¿Online o Black? ¿Down at the bottom, what the colors the darkest? aunque. Ramón, muy One. Has visto have a better burner. ¿Son literatura en One Drop? Un ex cheater. Bueno chic, SI want a really slow. Then Stream of court. No van a jugar aire coming out y que estén bien. Pero se. ¿Antivirus little darker? Sociedad separation of https. Hashtag en here. Muchas line. Newline coming at the chart. Shower Https. Ornat Center. Newline camino. Freddy Kruger. Según se define edges. Newline though, The Beatles. Santi germany, get the edge. No me muestres nada de want. ¿You going to do little girl? Un poquito en line because thats gonna </w:t>
      </w:r>
      <w:r>
        <w:lastRenderedPageBreak/>
        <w:t xml:space="preserve">be. </w:t>
      </w:r>
      <w:r>
        <w:br/>
      </w:r>
    </w:p>
    <w:p w14:paraId="5D9A79CB" w14:textId="77777777" w:rsidR="0091717F" w:rsidRDefault="00000000">
      <w:r>
        <w:t xml:space="preserve">Separation you going. The Beast. Felicidades, Mary. Yes, very nice, OK Outside in The Sun, IT really Hope, and it really has a nice Minecraft with outside and really bring the Creative Group to LIFE hairspray. ¿All over the shield, haller? ¿And you going to go and sprinkle? glitter ¿Vale? Yo soy Betty. Glitter Fest. Sobre sus Watch. Nike en Seattle, darkness https chiquitita. Entre pechuga. Pretty Kieres anybody 3. Es una obligación y cuestiones, es dominio. </w:t>
      </w:r>
      <w:r>
        <w:br/>
      </w:r>
    </w:p>
    <w:p w14:paraId="0A3F49A6" w14:textId="77777777" w:rsidR="0091717F" w:rsidRDefault="00000000">
      <w:r>
        <w:t xml:space="preserve">Grand Tours. A administrar anyone. Jensen Café. Rap en Word. Fifteen Minutes the next One. O k? Ya absolutely ya. I have One. Remains a Creative every month and Sometimes I wish you a Hospitalet this shit. I would a carlet with my fingers and that i want need to use a the spray. But I will definitely do flower like that before now Roses, but I have done flower before ya ¿Flowers? ¿Very cool, OK Hice Challenge. Se va a gastar next year. I will do a Kat, a Flower and a CAT. </w:t>
      </w:r>
      <w:r>
        <w:br/>
      </w:r>
    </w:p>
    <w:sectPr w:rsidR="0091717F"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0BF2B" w14:textId="77777777" w:rsidR="00084D0C" w:rsidRDefault="00084D0C">
      <w:pPr>
        <w:spacing w:after="0" w:line="240" w:lineRule="auto"/>
      </w:pPr>
      <w:r>
        <w:separator/>
      </w:r>
    </w:p>
  </w:endnote>
  <w:endnote w:type="continuationSeparator" w:id="0">
    <w:p w14:paraId="75C3F90D" w14:textId="77777777" w:rsidR="00084D0C" w:rsidRDefault="00084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C8B7A" w14:textId="77777777" w:rsidR="0091717F" w:rsidRDefault="00000000">
    <w:pPr>
      <w:pStyle w:val="Footer"/>
      <w:jc w:val="center"/>
    </w:pPr>
    <w:r>
      <w:t xml:space="preserve">Page </w:t>
    </w:r>
    <w:r>
      <w:fldChar w:fldCharType="begin"/>
    </w:r>
    <w:r>
      <w:instrText>PAGE</w:instrText>
    </w:r>
    <w:r w:rsidR="00E8395D">
      <w:fldChar w:fldCharType="separate"/>
    </w:r>
    <w:r w:rsidR="00E8395D">
      <w:rPr>
        <w:noProof/>
      </w:rPr>
      <w:t>1</w:t>
    </w:r>
    <w:r>
      <w:fldChar w:fldCharType="end"/>
    </w:r>
    <w:r>
      <w:t>/</w:t>
    </w:r>
    <w:r>
      <w:fldChar w:fldCharType="begin"/>
    </w:r>
    <w:r>
      <w:instrText>NUMPAGES</w:instrText>
    </w:r>
    <w:r w:rsidR="00E8395D">
      <w:fldChar w:fldCharType="separate"/>
    </w:r>
    <w:r w:rsidR="00E839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5D4A3" w14:textId="77777777" w:rsidR="00084D0C" w:rsidRDefault="00084D0C">
      <w:pPr>
        <w:spacing w:after="0" w:line="240" w:lineRule="auto"/>
      </w:pPr>
      <w:r>
        <w:separator/>
      </w:r>
    </w:p>
  </w:footnote>
  <w:footnote w:type="continuationSeparator" w:id="0">
    <w:p w14:paraId="51097CF5" w14:textId="77777777" w:rsidR="00084D0C" w:rsidRDefault="00084D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22523252">
    <w:abstractNumId w:val="8"/>
  </w:num>
  <w:num w:numId="2" w16cid:durableId="178860726">
    <w:abstractNumId w:val="6"/>
  </w:num>
  <w:num w:numId="3" w16cid:durableId="1308972619">
    <w:abstractNumId w:val="5"/>
  </w:num>
  <w:num w:numId="4" w16cid:durableId="706681051">
    <w:abstractNumId w:val="4"/>
  </w:num>
  <w:num w:numId="5" w16cid:durableId="1738897781">
    <w:abstractNumId w:val="7"/>
  </w:num>
  <w:num w:numId="6" w16cid:durableId="1065571628">
    <w:abstractNumId w:val="3"/>
  </w:num>
  <w:num w:numId="7" w16cid:durableId="465124990">
    <w:abstractNumId w:val="2"/>
  </w:num>
  <w:num w:numId="8" w16cid:durableId="606236660">
    <w:abstractNumId w:val="1"/>
  </w:num>
  <w:num w:numId="9" w16cid:durableId="1552423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4D0C"/>
    <w:rsid w:val="0015074B"/>
    <w:rsid w:val="0029639D"/>
    <w:rsid w:val="00326F90"/>
    <w:rsid w:val="0091717F"/>
    <w:rsid w:val="00AA1D8D"/>
    <w:rsid w:val="00B47730"/>
    <w:rsid w:val="00CB0664"/>
    <w:rsid w:val="00E839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A63CCF"/>
  <w14:defaultImageDpi w14:val="300"/>
  <w15:docId w15:val="{A1A006A5-0187-334A-8B4F-0AEBACED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3181</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2023-04-17T22:45:00Z</dcterms:created>
  <dcterms:modified xsi:type="dcterms:W3CDTF">2023-04-17T22:45:00Z</dcterms:modified>
  <cp:category/>
</cp:coreProperties>
</file>