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6E7C4" w14:textId="77777777" w:rsidR="009A46D2" w:rsidRDefault="00000000">
      <w:pPr>
        <w:pStyle w:val="Title"/>
      </w:pPr>
      <w:r>
        <w:t>Erin Fur And Flowers</w:t>
      </w:r>
    </w:p>
    <w:p w14:paraId="1C461968" w14:textId="77777777" w:rsidR="009A46D2" w:rsidRDefault="00000000">
      <w:r>
        <w:t xml:space="preserve">Okay. Welcome to the fourth session of the Creative Grooming Summit. The last two workshops are going to be with Aaron Martin. This one is for flowers, correct? yes. All right, so let's get started first with Crazy Liberty. Sms Khan. Okay, Aaron. All right. Well, yours, okay. Hi, everybody. Thank you for joining us this afternoon. I hope you guys are all enjoying the Creative Grooming Online Summit. </w:t>
      </w:r>
      <w:r>
        <w:br/>
      </w:r>
    </w:p>
    <w:p w14:paraId="48495E08" w14:textId="77777777" w:rsidR="009A46D2" w:rsidRDefault="00000000">
      <w:r>
        <w:t xml:space="preserve">My name is Aaron Martin and I am going to be showing you the fir flowers. How to do fir flowers today. You can reach me on any of the social media platforms. Such as Facebook, Instagram, YouTube and tik tok at the creative groomer. It's real important that you put the in front of it as there are a couple of other accounts with just creative Groomer on them and I'm very responsive. </w:t>
      </w:r>
      <w:r>
        <w:br/>
      </w:r>
    </w:p>
    <w:p w14:paraId="41A93C09" w14:textId="77777777" w:rsidR="009A46D2" w:rsidRDefault="00000000">
      <w:r>
        <w:t xml:space="preserve">You can message me on either of the platforms or you can reach me on my website www.thecreativegroomer.com and you can message me there as well. Or you can direct message me on Facebook or any of the platforms. As I mentioned before, I'm super responsive. You can also email me at aaron at the creative groomer dot com. So go ahead and feel free to ask questions as we go along. I will answer them as I'm working. So what I'm going to show you first, I'm going to go ahead and go into it and show you how to create fur flowers on your clients dogs or for competition. </w:t>
      </w:r>
      <w:r>
        <w:br/>
      </w:r>
    </w:p>
    <w:p w14:paraId="14710B06" w14:textId="77777777" w:rsidR="009A46D2" w:rsidRDefault="00000000">
      <w:r>
        <w:t xml:space="preserve">Or on model dogs or wool pads, how to do that and the process in which we do the fur flowers. So I'm going to go ahead and turn the camera down so you guys can see what I'm doing. So the first thing you want to do, whether you're working on a client's dog or whether you're working on a model dog or on practicing on a wool pad is you want to section off what is going to be the actual flower. </w:t>
      </w:r>
      <w:r>
        <w:br/>
      </w:r>
    </w:p>
    <w:p w14:paraId="4FC0B248" w14:textId="77777777" w:rsidR="009A46D2" w:rsidRDefault="00000000">
      <w:r>
        <w:t xml:space="preserve">So I'm combing this in because this is what I'm going to use for my flower. Everything else on the outside of it I'm going to use a little bit for leaves, but I'm going to actually take all of this away. So I'm going to section maybe a little bit off here so I know what not to trim down and I'm going to use that as leaves. I'll put a little bit here and just draw that together. </w:t>
      </w:r>
      <w:r>
        <w:br/>
      </w:r>
    </w:p>
    <w:p w14:paraId="2E844A7A" w14:textId="77777777" w:rsidR="009A46D2" w:rsidRDefault="00000000">
      <w:r>
        <w:t xml:space="preserve">If you have alligator clips or hair claws, you can use those. If you have rubber bands, you can also use those, whatever is easiest. So if I take a rubber band here and I want to section off this amount for the leaf, I'm going to just put it on over like that and that way it keeps me from shaving it down. And taking off too much fur where I am possibly going to need it later. So because it's a wool pad and it's not a dog moving, I don't need to section them all off. But </w:t>
      </w:r>
      <w:r>
        <w:lastRenderedPageBreak/>
        <w:t xml:space="preserve">that's what you'll do. </w:t>
      </w:r>
      <w:r>
        <w:br/>
      </w:r>
    </w:p>
    <w:p w14:paraId="2429E764" w14:textId="77777777" w:rsidR="009A46D2" w:rsidRDefault="00000000">
      <w:r>
        <w:t xml:space="preserve">You'll go ahead and you'll take your clip, you'll take your rubber band, whatever it is that you have, and you're going to go ahead and section it off just so you don't go over it. And we're going to take one more over here. For our other Leaf, if you guys need me to turn it a little so you can see better what I'm doing, just let me know and we're going to section this off. So I'm going to take a 30 on a dog. I probably would take it down with A5 a four or five depending on the size dog and how much hair they have. </w:t>
      </w:r>
      <w:r>
        <w:br/>
      </w:r>
    </w:p>
    <w:p w14:paraId="769E9C39" w14:textId="77777777" w:rsidR="009A46D2" w:rsidRDefault="00000000">
      <w:r>
        <w:t xml:space="preserve">But I want to take all of this off because I want this design to really pop. And so I'm just going to come in here and I'm going to take. All of this excess off as much as I can to get my flowers to pop and I'm going to come in here around the leaf because I don't want to get that and I'm going to take all of that off. I won't go down as far as the 30 actually takes it where you can see the skin of the Wolf Pad. I'm just using it because it cuts a lot easier. You can use your bravura if you have one or A5 in one to get all of this excess fur off. </w:t>
      </w:r>
      <w:r>
        <w:br/>
      </w:r>
    </w:p>
    <w:p w14:paraId="3DDC400D" w14:textId="77777777" w:rsidR="009A46D2" w:rsidRDefault="00000000">
      <w:r>
        <w:t xml:space="preserve">It just cuts better when I use the 30 on the wool pad than if I try to take the four or A5 on it. I would just spend more time trying to get this off and it's going to take too long if I try and use my scissors. Get that out of the way. I'm going to clear off around here and I don't even need to use all of this whole pad, but it'll be easier to work on it. </w:t>
      </w:r>
      <w:r>
        <w:br/>
      </w:r>
    </w:p>
    <w:p w14:paraId="45920A9D" w14:textId="77777777" w:rsidR="009A46D2" w:rsidRDefault="00000000">
      <w:r>
        <w:t xml:space="preserve">Instead of cutting a smaller circle, it'll be easier to work on the whole thing. So we're just going to come here and I want to try and get a sharp of a line around my design as possible. Because I want a real distinct separation between that background and the design that I'm working on. So even here I'm going to take it a little bit in because I'm shaping my leaf. So even though it's rubber banded up, I'm shaping it and I want to make sure that it's not just a square clump, i want it to angle in a little bit the same way a leaf would. </w:t>
      </w:r>
      <w:r>
        <w:br/>
      </w:r>
    </w:p>
    <w:p w14:paraId="0EAE055A" w14:textId="77777777" w:rsidR="009A46D2" w:rsidRDefault="00000000">
      <w:r>
        <w:t xml:space="preserve">And I'm going to take all of this off below it. I want to grab my other leaf here, take all of that off, get my angle in, and I'm just going to take all of this stuff off. All of this random stuff off, we'll go back in with our shears and we'll cut the edges clean so we can see what we're doing. I'm in a little more Just get all of this stuff, come over here, figure out where our other leaf is, and get everything off underneath that. And I have two leaves in here, so I want to make sure I've got a good separation. They can touch a little bit, but I just want to make sure that they're not really on top of each other, that I know where each one is at, and that I don't have too much for to work with, that it's going to make it hard to shape the leaf later. </w:t>
      </w:r>
      <w:r>
        <w:br/>
      </w:r>
    </w:p>
    <w:p w14:paraId="450FF8C7" w14:textId="77777777" w:rsidR="009A46D2" w:rsidRDefault="00000000">
      <w:r>
        <w:t xml:space="preserve">So I have that set and separated and I'm going to go in here and clean up my edges. Ok come in here and home out or flower. And get all of that loose fur that we just trimmed out of </w:t>
      </w:r>
      <w:r>
        <w:lastRenderedPageBreak/>
        <w:t xml:space="preserve">here. So I want to everything that we just cut, actually, let's go ahead and get these edges first so we can see what we're doing. </w:t>
      </w:r>
      <w:r>
        <w:br/>
      </w:r>
    </w:p>
    <w:p w14:paraId="10C7D525" w14:textId="77777777" w:rsidR="009A46D2" w:rsidRDefault="00000000">
      <w:r>
        <w:t xml:space="preserve">All right. And we can go in and clean this up a little bit, but the main thing is we just don't want this in the way. So obviously if you're working on a dog for competition clients dog in the salon, you know, we're just live dog in general for whatever reason. You're obviously going to make sure that you do your haircut 1st and then you're going to leave the fur that you want to work on for your creative design. </w:t>
      </w:r>
      <w:r>
        <w:br/>
      </w:r>
    </w:p>
    <w:p w14:paraId="5D48A0AA" w14:textId="77777777" w:rsidR="009A46D2" w:rsidRDefault="00000000">
      <w:r>
        <w:t xml:space="preserve">You're going to leave that section and then you'll go in and you'll fine tune, fine tune your design. So if this was a dog and I was doing a number two all over or number four, I'm going to go and do the haircut, but I'm going to leave this section, I'm going to do the haircut, and then I'll go in and I'll get my edges. Around that design, then I'll start carving it. Ok, so now we're going to come and we're going to comb or brush this side because I just want to get all of that loose stuff off and then I'll start carving it in. The last thing we want is for little loose pieces to keep coming up throughout our design. </w:t>
      </w:r>
      <w:r>
        <w:br/>
      </w:r>
    </w:p>
    <w:p w14:paraId="46488AC0" w14:textId="77777777" w:rsidR="009A46D2" w:rsidRDefault="00000000">
      <w:r>
        <w:t xml:space="preserve">All right. So now we can start working on shaping our rows. So we're going to be doing a rose today so you guys can see how to do that blossoming petal look on clients, dogs. Usually when we're doing this in the salon, this is a really long length for them. So this is about 2 and a half inches in length. Most of our clients are not going to keep that length. So a lot of clients, if you want to do this on their dog, are going to have a lot shorter fur to work with. So you're not going to have this length to work with on them and you're going to have to make do with what you have. </w:t>
      </w:r>
      <w:r>
        <w:br/>
      </w:r>
    </w:p>
    <w:p w14:paraId="67FFBE4A" w14:textId="77777777" w:rsidR="009A46D2" w:rsidRDefault="00000000">
      <w:r>
        <w:t xml:space="preserve">It's still doable and you can still create flowers on a shorter length, but that's also why you want to take that background so short and the shorter you have the background. The more this pops and the more you have to work with on top. So what we're going to do is we're going to separate our leaves again. So we came in here and we made our indents. We want to find those indents because we're going to separate those and we're going to go ahead and we're going to go ahead and rubber band them just to keep them out of the way. </w:t>
      </w:r>
      <w:r>
        <w:br/>
      </w:r>
    </w:p>
    <w:p w14:paraId="59341537" w14:textId="77777777" w:rsidR="009A46D2" w:rsidRDefault="00000000">
      <w:r>
        <w:t xml:space="preserve">While we are doing our trimmings. I want to make sure we separate those and we don't trim in those. Just yet. So bring your flower together, home it forward, create your circle, try and make it as even as possible in a circle on the bottom so you have your leaves. And pull out a little because we're going to trim in here because we want to set the separation of the leaves and the flower and. We're going to trim into the flower part, not so much the leaf. So we'll find our three separate leaves, separate them and clip them, or rubber band them. Preference is yours however you want to separate them. </w:t>
      </w:r>
      <w:r>
        <w:br/>
      </w:r>
    </w:p>
    <w:p w14:paraId="3E1ED43E" w14:textId="77777777" w:rsidR="009A46D2" w:rsidRDefault="00000000">
      <w:r>
        <w:lastRenderedPageBreak/>
        <w:t xml:space="preserve">So I'm clipping. I'm rubber banding them, but I'm putting this over a little so that way the edges don't stick out and I don't accidentally trim the edges because I need that length later on when I'm going to shape my shape my leaves. If you get those little tiny alligator clips, or they call them butterfly clips for your hair, for little girls hair, those work perfect to be able to keep. To be able to clip little bits of hair like this and keep it separated. Ok so we've got our leaves separated. So the next thing we're going to do is before we start shaping these, we want to come in and we want to create our edge in here. </w:t>
      </w:r>
      <w:r>
        <w:br/>
      </w:r>
    </w:p>
    <w:p w14:paraId="3FC132A1" w14:textId="77777777" w:rsidR="009A46D2" w:rsidRDefault="00000000">
      <w:r>
        <w:t xml:space="preserve">You can do that one of two ways. I'll show you both ways to do that. You can take your five in one Clipper and you can come in and you can do just a little touch to create an edge. Take your comb up all of that loose stuff, Take it off on the dog. If you're doing a live dog on your table, that's going to be a lot easier than a wool pad to get that loose hair. Combed up and out. </w:t>
      </w:r>
      <w:r>
        <w:br/>
      </w:r>
    </w:p>
    <w:p w14:paraId="71C017BD" w14:textId="77777777" w:rsidR="009A46D2" w:rsidRDefault="00000000">
      <w:r>
        <w:t xml:space="preserve">The wool pads are pretty thick, so think of doodle fat, doodle hair, doodle fur. That's what the wool pad is like. It's really thick like that. Ok so you can see we have a little bit of an indent there. So we have a separation now between our leaf and our flower. If you look at this one, it's still kind of together. It's not separated yet. You don't have a real separation of two different pieces, so you can also take your shears. And you're going to come in here and you're going to come at an angle without getting your leaf. You're going to get a little bit of your flower. So you're just going to weave your shears in there and get just a little bit of the flower. </w:t>
      </w:r>
      <w:r>
        <w:br/>
      </w:r>
    </w:p>
    <w:p w14:paraId="715B91E9" w14:textId="77777777" w:rsidR="009A46D2" w:rsidRDefault="00000000">
      <w:r>
        <w:t xml:space="preserve">You can end up getting some from your leaf and that's okay pull it out because you need to make sure you're getting a separation between the two pieces if it doesn't look like it's enough. So I'm in here again at the bottom. So you want to get as close to the base that you can, as close to the length of the dog that you trimmed out here as you can and then just comb it up and out and get that excess out of there. So now you can see you have a clear line between the two pieces of fabric or of fur. </w:t>
      </w:r>
      <w:r>
        <w:br/>
      </w:r>
    </w:p>
    <w:p w14:paraId="60F99958" w14:textId="77777777" w:rsidR="009A46D2" w:rsidRDefault="00000000">
      <w:r>
        <w:t xml:space="preserve">Ok So once we have that. Let's work on separating our layers of our flower. So you're going to come and you're going to open up your flower a little. Meaning just take your comb and comb down a thin layer. Not too thin, not too thick. Almost picture of sunflower. That's what you want to do. You want to keep the sunflower seeds in here and you want to comb this out. We're going to go back in with our Clipper and we're going to create a little bit of an edge again, just a little bit not as much as we did before. </w:t>
      </w:r>
      <w:r>
        <w:br/>
      </w:r>
    </w:p>
    <w:p w14:paraId="627CAEFE" w14:textId="77777777" w:rsidR="009A46D2" w:rsidRDefault="00000000">
      <w:r>
        <w:t xml:space="preserve">We just want to get some of those fuzziest out that are keeping the two layers together. So that's all we're doing is I'm barely touching it all the way around. Just to get a little bit of those fuzzies off and I have this almost on the shortest, shortest, almost on the shortest </w:t>
      </w:r>
      <w:r>
        <w:lastRenderedPageBreak/>
        <w:t xml:space="preserve">blade. So it's on a 30 right now. I can do it up one more, it's a 40, but it doesn't stay very well so I have it on a 30. Comb that up. So hold your layer down all the way around and comb up what you just trimmed. </w:t>
      </w:r>
      <w:r>
        <w:br/>
      </w:r>
    </w:p>
    <w:p w14:paraId="645220EF" w14:textId="77777777" w:rsidR="009A46D2" w:rsidRDefault="00000000">
      <w:r>
        <w:t xml:space="preserve">You don't want to comb any of the new the layer that you lay down. You don't want to comb that back into what you just trimmed. So hold this down and comb all of that cut for. It's a little dry in here. I'm going to spray that really quick because it's static. Static is static out here. Separate that. And just make sure you have all this loose stuff gone. </w:t>
      </w:r>
      <w:r>
        <w:br/>
      </w:r>
    </w:p>
    <w:p w14:paraId="3DC668C9" w14:textId="77777777" w:rsidR="009A46D2" w:rsidRDefault="00000000">
      <w:r>
        <w:t xml:space="preserve">So now you can see you have a separated edge of your flower layers. And what we're going to do is before we go in and do the rest of this, we're going to shape our flower petals here. So what we want to do, since we're making this into a rose, we don't want to have pointy flower petals. Roses don't have pointy flower petals. They're a little bit kind of round there. I'm not sure how you would describe it, but they are I guess a little bit square. So we want to separate them into about maybe that thickness, about two inches wide if you have the amount of fur for that. </w:t>
      </w:r>
      <w:r>
        <w:br/>
      </w:r>
    </w:p>
    <w:p w14:paraId="7FAEB970" w14:textId="77777777" w:rsidR="009A46D2" w:rsidRDefault="00000000">
      <w:r>
        <w:t xml:space="preserve">If not do one inch, you don't have to do that wide of a flower and we're just going to separate that. Going to go all the way around? Use your comb or if you have a rat tail, grab your rat tail. Works great for doing stuff like this because you can really get an exact separation of your fur and just separate and kind of pull it together so you're keeping your pedals separated from each other. And go all the way around and separate your petals. </w:t>
      </w:r>
      <w:r>
        <w:br/>
      </w:r>
    </w:p>
    <w:p w14:paraId="6D0CF665" w14:textId="77777777" w:rsidR="009A46D2" w:rsidRDefault="00000000">
      <w:r>
        <w:t xml:space="preserve">Now you can do this two different ways. You can do this from a picture or you can do this from memory if I'm not sure. How exactly to do it? Or if I'm not sure from memory the exact way I want it to look, I will pull up a picture on my phone or on my iPad and I will use that. You can also print out a picture if that works better. It's up to you. </w:t>
      </w:r>
      <w:r>
        <w:br/>
      </w:r>
    </w:p>
    <w:p w14:paraId="25557282" w14:textId="77777777" w:rsidR="009A46D2" w:rsidRDefault="00000000">
      <w:r>
        <w:t xml:space="preserve">Or if you see another groomer's work that you really admire and you want to imitate it, pull up a picture of their work. Just make sure when you post your work that you tag them as inspiration. You know, and I always do that. If I if I do a design that looks like someone else's, I will tag them and put thank you for the inspiration. I think it's a nice way to show another groomer someone that you look up to that you know, hey, your work inspired me to do this and I appreciate it okay so we're going to make this one a little bit thinner and that leaves this piece to split into okay. </w:t>
      </w:r>
      <w:r>
        <w:br/>
      </w:r>
    </w:p>
    <w:p w14:paraId="5A16BBC4" w14:textId="77777777" w:rsidR="009A46D2" w:rsidRDefault="00000000">
      <w:r>
        <w:t xml:space="preserve">So now what I want to do is I want to go in and I want to clean up these edges. I'm going to go and I'm going to use my shears instead of my Clipper, and I'm going to cut out a V in between the two pedals because I just want to have a bit of separation. I don't want to. I do </w:t>
      </w:r>
      <w:r>
        <w:lastRenderedPageBreak/>
        <w:t xml:space="preserve">too much Hairspray trying to pull the pedals apart, keep them from joining back up to each other. So I want to come in here and use my shears and just come down in here and get a little V going and I'll do that to the other side as well. </w:t>
      </w:r>
      <w:r>
        <w:br/>
      </w:r>
    </w:p>
    <w:p w14:paraId="352E468A" w14:textId="77777777" w:rsidR="009A46D2" w:rsidRDefault="00000000">
      <w:r>
        <w:t xml:space="preserve">I'm going to take a little bit of the pedal off so I have a separation there and I'm going to go around and do that to all the sides. And I'm not taking a whole lot off, you can see, just want enough to separate it. I'm going to use my fingers to go in here and pull this so I don't catch it. Or you can use a small comb if you have like a puppy comb. Or a face comb. Or the your rat tail just so you don't snag any of the stuff you're trying to separate from these petals. So you can see here how they kind of are sticking together and overlapping. </w:t>
      </w:r>
      <w:r>
        <w:br/>
      </w:r>
    </w:p>
    <w:p w14:paraId="4B54EB08" w14:textId="77777777" w:rsidR="009A46D2" w:rsidRDefault="00000000">
      <w:r>
        <w:t xml:space="preserve">I don't want that. So I'm going to come in here and I'm going to separate that. So I want to try and have some clean edges just so that my flower really pops. If not, you end up having to use a lot of Hairspray to keep the fur from wanting to naturally go back towards each other. Yeah, go around here, same thing. And you're going to go all the way around until you have a separation of your flowers. If you're working on a dog and you have a mini trimmer, show you that might be a lot easier to use. Just take your mini trimmer in here and just do a couple of little taps until you have the separation in here. </w:t>
      </w:r>
      <w:r>
        <w:br/>
      </w:r>
    </w:p>
    <w:p w14:paraId="13C97603" w14:textId="77777777" w:rsidR="009A46D2" w:rsidRDefault="00000000">
      <w:r>
        <w:t xml:space="preserve">I would probably end up using my mini trimmer on a client's dog just because they're more likely to move around than my own dog, so I probably wouldn't want to use scissors that close to their skin. And this would be just a little bit safer. And we've got a couple more here. We've got a big piece here. So I'm going to take off a good amount like that and that way I have a nice separation. Same here, we have some extras hanging out. So I want to take off a little bit more there. </w:t>
      </w:r>
      <w:r>
        <w:br/>
      </w:r>
    </w:p>
    <w:p w14:paraId="32C11E58" w14:textId="77777777" w:rsidR="009A46D2" w:rsidRDefault="00000000">
      <w:r>
        <w:t xml:space="preserve">To give separation to my petals. Ok so once we have that done, you're going to want to take a flat iron or curling iron, and you want to make sure it's a small one. I have this little one here, and you're going to take each individual piece. You want to make sure when you're doing this. That the dog you're working on does not move a lot. If it does, just use Hairspray and your fingers and I'll show you how to do that. If the dog is still you're going to take it like this, you don't want to go too close to their skin and you're going to pull it up and we want to pull it up and out. </w:t>
      </w:r>
      <w:r>
        <w:br/>
      </w:r>
    </w:p>
    <w:p w14:paraId="35B5D3DC" w14:textId="77777777" w:rsidR="009A46D2" w:rsidRDefault="00000000">
      <w:r>
        <w:t xml:space="preserve">If the fur is thick, you're going to go a couple of times over. Until it's flat and go back over with your comb and see we even have more of it coming out over trimmed. Go back over it again until you get a petal shape. And we want a little bit more curl on this because we know when roses open up, they have a little bit of a curl for them. So once I have that, I want to take my Hairspray and I want to Hairspray it. So I'm going to cover this part and I'm going </w:t>
      </w:r>
      <w:r>
        <w:lastRenderedPageBreak/>
        <w:t xml:space="preserve">to Hairspray it just a little bit to keep it together. </w:t>
      </w:r>
      <w:r>
        <w:br/>
      </w:r>
    </w:p>
    <w:p w14:paraId="1B8D7A1D" w14:textId="77777777" w:rsidR="009A46D2" w:rsidRDefault="00000000">
      <w:r>
        <w:t xml:space="preserve">I want it to maintain that shape of the curl. I'll go back and I'll Hairspray it a lot more once we're done with all of them, but for now I want it to just keep that shape. We're going to do the same thing here. You can comb it out first, grab your curling iron or your flat iron. I prefer to use a flat iron if I'm not doing actual curls on the dogs fur and or ears. Because I don't want to try and get it straight when it naturally wants to curl. It's a lot easier for me to curl this with the flat iron than it is to get it straight with the curling iron. </w:t>
      </w:r>
      <w:r>
        <w:br/>
      </w:r>
    </w:p>
    <w:p w14:paraId="1D926030" w14:textId="77777777" w:rsidR="009A46D2" w:rsidRDefault="00000000">
      <w:r>
        <w:t xml:space="preserve">And I just turn it slightly like that. So I'll pull out and turn my flat iron slightly like that so you can see how much of A curl I can get in there. If I really turn the flat iron, I don't want that much. So I'm going to come out a little bit and curl at the end, same thing, same thing on the other side. So we're going to go to the next one. Let's get our separation here on this one out. </w:t>
      </w:r>
      <w:r>
        <w:br/>
      </w:r>
    </w:p>
    <w:p w14:paraId="1380C704" w14:textId="77777777" w:rsidR="009A46D2" w:rsidRDefault="00000000">
      <w:r>
        <w:t xml:space="preserve">And we're going to do the same thing, pull this apart. So now you see why it's important to have that separation. Because once we start flat ironing it, it's going to go from this pointy shape and it's going to spread out because it's flattening. And then we're going to go back in when we're done and we're going to trim our petals into the shape we actually want them. So we have just a slight curl on it. Little separation as we got there. Ok, here we go. And here we are. This one's a little bit smaller. </w:t>
      </w:r>
      <w:r>
        <w:br/>
      </w:r>
    </w:p>
    <w:p w14:paraId="4E5F930F" w14:textId="77777777" w:rsidR="009A46D2" w:rsidRDefault="00000000">
      <w:r>
        <w:t xml:space="preserve">Ok, let me go from this side and I'm going to try and get all of that in here and curl it and from this side. Try and get that edge. Here we go. And I'm going to hold this on the side. This is where your claws will come in handy if you're working on a live dog to keep your fur separated. And I'm going to hold this on the edge because I want to make sure it doesn't spread out too much. </w:t>
      </w:r>
      <w:r>
        <w:br/>
      </w:r>
    </w:p>
    <w:p w14:paraId="43997F8A" w14:textId="77777777" w:rsidR="009A46D2" w:rsidRDefault="00000000">
      <w:r>
        <w:t xml:space="preserve">And I want to get right down to the base of it. Try and separate the pedals from the center. Going to hold on to the end again, get this as far down as you safely can with your dog and you're just trying to get the hair straight as possible and for it to get flat. Ok. You got a couple left on this side and then we'll go through and spray them, pull this one out of the way and go up and curl a little bit. </w:t>
      </w:r>
      <w:r>
        <w:br/>
      </w:r>
    </w:p>
    <w:p w14:paraId="72BEA9D8" w14:textId="77777777" w:rsidR="009A46D2" w:rsidRDefault="00000000">
      <w:r>
        <w:t xml:space="preserve">Ok so we've got all of these all around. We're going to cover our center, We're going to do a little hair spray on them and that just going to help hold the shape. Now what we want to do for that center because we know a rose petal overlaps, so we don't want to part the same way we want to part in between. So we're going to again take a small layer all the way </w:t>
      </w:r>
      <w:r>
        <w:lastRenderedPageBreak/>
        <w:t xml:space="preserve">around and you're going to do the same thing. </w:t>
      </w:r>
      <w:r>
        <w:br/>
      </w:r>
    </w:p>
    <w:p w14:paraId="1786C612" w14:textId="77777777" w:rsidR="009A46D2" w:rsidRDefault="00000000">
      <w:r>
        <w:t xml:space="preserve">You're going to go in and you're going to trim that layer And I'll show you how I do it with shears. So if you're going to do it with shears. You can see also how that's done. Take your curves and I'm going to take, I'm going to take these, I think, let me see, these have a nicer curved no, we're going to use these because they have a pretty good curve on them and I'm going to come at an angle and it's about a 30 degree angle and I'm going to trim. All the way around. We're going to do about halfway so you guys can see it with the shears, and I'll do the other half with the Clippers, hold this part down and pull up everything. </w:t>
      </w:r>
      <w:r>
        <w:br/>
      </w:r>
    </w:p>
    <w:p w14:paraId="28696B18" w14:textId="77777777" w:rsidR="009A46D2" w:rsidRDefault="00000000">
      <w:r>
        <w:t xml:space="preserve">You just scissored like that so you can get all of that loose fur out. And again, use this method if you're comfortable with it or if your dog is still enough. If I was working on Taylor, I would probably use that method because she is really still and she doesn't move around a lot on the table. Or take your Clipper, come in and just tap. You don't want to do this if the dog moves a lot because you don't want to end up taking half your flower out if they decide to turn as a customer comes in. </w:t>
      </w:r>
      <w:r>
        <w:br/>
      </w:r>
    </w:p>
    <w:p w14:paraId="6F3E474A" w14:textId="77777777" w:rsidR="009A46D2" w:rsidRDefault="00000000">
      <w:r>
        <w:t xml:space="preserve">So just be mindful of that, what's the dog like that you're working on Okay. So if you have a separation there and we can take our little rubber band and come in and hold this for your claw, Okay. So what we want to do now. We're going to home this one out. Get your loose fur off of this one. Ok And same thing, separate. So again, separate opposite of the last petals you did. And we want to do a little bit smaller because these are the next layer in. They're going to be smaller petals. They're not going to be as big as these petals are here. </w:t>
      </w:r>
      <w:r>
        <w:br/>
      </w:r>
    </w:p>
    <w:p w14:paraId="4341DE57" w14:textId="77777777" w:rsidR="009A46D2" w:rsidRDefault="00000000">
      <w:r>
        <w:t xml:space="preserve">So we want to separate, OK? Again, make sure that your new petals aren't sticking to the Hairspray of the other one. And we've got about two left. Ok, perfect. So we've got two pedals left here and then this one, OK, it's got a good separation in here, OK. Come back in here and we're going to separate our Etals a little bit. It's not going to be as much as the last ones because these are smaller, but we just want it a little bit. And you can see I'm putting my little Clipper in at an angle because I don't want to catch the pedal in the center, want to be real careful since I'm using the Clippers instead of the shears. </w:t>
      </w:r>
      <w:r>
        <w:br/>
      </w:r>
    </w:p>
    <w:p w14:paraId="50FB7E34" w14:textId="77777777" w:rsidR="009A46D2" w:rsidRDefault="00000000">
      <w:r>
        <w:t xml:space="preserve">But I don't accidentally catch the Clipper, the pedal in the center. If I do, that's fine. I mean, i will make it work. Because in creative grooming, we don't have mistakes. We have happy accidents. And sometimes you have to figure out how to turn that little oopsie into a happy accident. Otherwise you're going to feel bad. You're going to feel like you didn't do a good job, even though your client is going to love it. Because your client cannot do this themselves. And they are going to love what you do just because they're amazed by it. They're amazed by what you can do with your creative grooming. </w:t>
      </w:r>
      <w:r>
        <w:br/>
      </w:r>
    </w:p>
    <w:p w14:paraId="5B257F7C" w14:textId="77777777" w:rsidR="009A46D2" w:rsidRDefault="00000000">
      <w:r>
        <w:lastRenderedPageBreak/>
        <w:t xml:space="preserve">So it's okay if you have a little oopsie. It's a happy accident. How can we fix it? What can we do? We're creative groomers. We have creative minds. There's always a way to fix it, so just be real careful when you're in there. But remember, dogs move. Ok Almost done. Ok so you've gone all the way around. We're going to do the same thing with these. We're going to go through and we're going to flatten them flat, iron them. Or if you have a curling iron, you're going to use the curling iron, but you're going to try and get them straight until the end, OK And you can get these to stand up as well. </w:t>
      </w:r>
      <w:r>
        <w:br/>
      </w:r>
    </w:p>
    <w:p w14:paraId="489895C8" w14:textId="77777777" w:rsidR="009A46D2" w:rsidRDefault="00000000">
      <w:r>
        <w:t xml:space="preserve">Like that. And we'll probably go through and Hairspray them up a little bit so they stand up because we don't want to that open that much. We're going to want it to come up like this a little bit. So we'll go back in and we'll Hairspray underneath to get it to stand up a little bit. But for now, we want to make sure that we're going to the base and we're getting that pedal straight. I'm going to try and get it nice and flat and straight, and most likely you'll be doing this on the hip of a dog or their back, so if it's on the hip of the dog you can have them standing. </w:t>
      </w:r>
      <w:r>
        <w:br/>
      </w:r>
    </w:p>
    <w:p w14:paraId="20B6FC6A" w14:textId="77777777" w:rsidR="009A46D2" w:rsidRDefault="00000000">
      <w:r>
        <w:t xml:space="preserve">Obviously if it's on their back you can even have them sit while they're working. And you usually would do this right above the tail area and so you can have your dog sitting and just working here like this and we've got 2 little petals left. And last one here, OK so if we want our petals to stand up because we're almost in to the middle, we're probably going to do a couple more petals before we get to that center point because we're not going to, we're not going to Flatiron our center, the center of a rose is always, is always closed. </w:t>
      </w:r>
      <w:r>
        <w:br/>
      </w:r>
    </w:p>
    <w:p w14:paraId="26FE316C" w14:textId="77777777" w:rsidR="009A46D2" w:rsidRDefault="00000000">
      <w:r>
        <w:t xml:space="preserve">So we don't want to. We don't want to flat iron that. We're only going to do a couple. We want to do maybe the one let's actually hold on to our center and we'll Hairspray that actually real quick before we do our other petals. Now for this one, I'm not going to separate the pedals because I want them to be closer to the center. And what I'm going to do is I'm going to Hairspray it and I'm going to draw this together. So I'm going to Hairspray this all the way around and then I'm going to bring it in A twist and I'm going to dry it by blowing on it. </w:t>
      </w:r>
      <w:r>
        <w:br/>
      </w:r>
    </w:p>
    <w:p w14:paraId="00BAB795" w14:textId="77777777" w:rsidR="009A46D2" w:rsidRDefault="00000000">
      <w:r>
        <w:t xml:space="preserve">In case that you put too much Hairspray on it and you need it to be a little bit dry, blow on it as you twist. Put some more on and I'm going to twist that, then I'm going to snip that tip off. I spray it a little again just to get it to stick. I'm going to make sure that piece that I just pulled down separated, so I want to make sure I'm not combing the center or combing what we just ironed I'm going to come in here, put my hand in between, just to make sure I don't catch that. </w:t>
      </w:r>
      <w:r>
        <w:br/>
      </w:r>
    </w:p>
    <w:p w14:paraId="16217D36" w14:textId="77777777" w:rsidR="009A46D2" w:rsidRDefault="00000000">
      <w:r>
        <w:t xml:space="preserve">And I'm not going to separate these. I'm going to flat iron them all together, but I'm going to flat iron them up. I'm going to get it in between and I'm going to go in with my shears and </w:t>
      </w:r>
      <w:r>
        <w:lastRenderedPageBreak/>
        <w:t xml:space="preserve">I'm going to shape the petals with my shears so I'll create the individual petals with my shears rather than separating it. And I want these to stand up a little, so after I flat iron them, I'm going to Hairspray the outside of it first and I'm going to bring it together with my hands so that way it's closer to the center of the Rose. </w:t>
      </w:r>
      <w:r>
        <w:br/>
      </w:r>
    </w:p>
    <w:p w14:paraId="1DCD4F4C" w14:textId="77777777" w:rsidR="009A46D2" w:rsidRDefault="00000000">
      <w:r>
        <w:t xml:space="preserve">So what I want to do is I'm going to Hairspray the outside and I'm going to bring it together. So I'm going to go all the way around and I'm going to blow on it and pinch it together. I want to bring the next layer a little higher, so let's go in there and separate it from the outer layer. We've got a little bit of excess Hairspray that's kind of sticking them together. So just pull it apart a little bit before you go in with your next layer of Hairspray. Make sure that it's not sticking and you're going to do a little at a time. </w:t>
      </w:r>
      <w:r>
        <w:br/>
      </w:r>
    </w:p>
    <w:p w14:paraId="6867CAF2" w14:textId="77777777" w:rsidR="009A46D2" w:rsidRDefault="00000000">
      <w:r>
        <w:t xml:space="preserve">And this is just going to keep your petals up straight. So make sure we've got that separation. And so I'm doing about two or three petals at a time and you want to be mindful that they're not sticking to the inner layer, but that they're not pulling up the bottom layer with them. And then we can do our bottom layer. We're going to go more to the base, so that way. The base is stiff and the base stands up, so you can see that stands up a little more than the other layers. </w:t>
      </w:r>
      <w:r>
        <w:br/>
      </w:r>
    </w:p>
    <w:p w14:paraId="70E18E2D" w14:textId="77777777" w:rsidR="009A46D2" w:rsidRDefault="00000000">
      <w:r>
        <w:t xml:space="preserve">So we're going to lift here, spray that blow on it so that way it will dry a little bit quicker and let that. Dry standing up so it's going to stiffen and your pedal is going to be more drawn together. If you like the look of the open flower, you don't have to bring it together. You don't have to stand it up in Hairspray. Go in there and make sure that I'm separating my layers. I don't want them to get hard and stick together because I'm going to have to brush them apart. Ok so once we have those stiff and the way we want them, now we're going to go in and we're going to shape them and probably put a little bit more on this one, set this aside. </w:t>
      </w:r>
      <w:r>
        <w:br/>
      </w:r>
    </w:p>
    <w:p w14:paraId="181837DB" w14:textId="77777777" w:rsidR="009A46D2" w:rsidRDefault="00000000">
      <w:r>
        <w:t xml:space="preserve">We don't need that anymore. Ok, actually we do need that get our little curl. A little trouble with our pedal here. Ok there we go. Ok So what we want to do is we want to make these petals have their edges. Now we want to make them look more like the roses and not have such a pointy rough edge. We don't want them. Having straggly edges there, so you want to trim that off and you want to use your curves so you're not having just a straight across edge. You can use your curves to create the curve of the pedal. </w:t>
      </w:r>
      <w:r>
        <w:br/>
      </w:r>
    </w:p>
    <w:p w14:paraId="7423886C" w14:textId="77777777" w:rsidR="009A46D2" w:rsidRDefault="00000000">
      <w:r>
        <w:t xml:space="preserve">So right here we've got a little bit of a sharp edge. I want to go in there and I want to create a little bit of a curve. Same here. Also in here, the pedals are kind of overlapping. I'm going to go in and I'm going to separate them. Same with this one. And I just cut AV to separate those edges of my petals. So you can see there's a separation here. If it's a little square, just take the corner off. But I want to have that separation. I'm not going to go deep down into here </w:t>
      </w:r>
      <w:r>
        <w:lastRenderedPageBreak/>
        <w:t xml:space="preserve">because I want them to stick together. </w:t>
      </w:r>
      <w:r>
        <w:br/>
      </w:r>
    </w:p>
    <w:p w14:paraId="12359C76" w14:textId="77777777" w:rsidR="009A46D2" w:rsidRDefault="00000000">
      <w:r>
        <w:t xml:space="preserve">I don't want them to flop around anywhere. Same with this one here. Go in and clean up my edges and then take the edge of the pedal and create a V in it. Same thing with this one. Take those rough edges. So go all the way around. Take the rough edges off and create your pedal separation. And go into your next layer. Once you have your outer layer done, go into your next layer, make sure they're separated and do the same thing and you're just going to get those pieces out. If they fall and they stick and you can't get it off in the Hairspray, that's fine. </w:t>
      </w:r>
      <w:r>
        <w:br/>
      </w:r>
    </w:p>
    <w:p w14:paraId="2DC00CD9" w14:textId="77777777" w:rsidR="009A46D2" w:rsidRDefault="00000000">
      <w:r>
        <w:t xml:space="preserve">Don't let that bother you too much. When you do your color on this and your airbrush or your chalk, you're most likely not going to see that. Two more in here. No one more. And then in here, come around and do your edges and then you're going to cut your V in a little bit further than the last pedals that we did because we didn't separate these. So we're going to do that VA little further in to separate our pedals and then with our airbrush we're going to create the look of the overlapping paddle pedal. </w:t>
      </w:r>
      <w:r>
        <w:br/>
      </w:r>
    </w:p>
    <w:p w14:paraId="3BB99A3A" w14:textId="77777777" w:rsidR="009A46D2" w:rsidRDefault="00000000">
      <w:r>
        <w:t xml:space="preserve">When we when we do our shading, OK so this is what you have so far. So now what we want to do is we want to come in where there's kind of a natural V already, a natural little separation and just snip out a little piece. So same thing in here. And remember, they're smaller petals. Than what we just did on the outer layer. So you want to make them a little smaller, so make that be a little bit closer together. And then I'm going to Hairspray this one again and pull it closer. </w:t>
      </w:r>
      <w:r>
        <w:br/>
      </w:r>
    </w:p>
    <w:p w14:paraId="5A5E8227" w14:textId="77777777" w:rsidR="009A46D2" w:rsidRDefault="00000000">
      <w:r>
        <w:t xml:space="preserve">I'm going to go around and round the tips just a little bit, if they're a little too pointy, and come in and round them. And clean them up. Come back in with your Hairspray and spray both the inside and the outside and bring it together. Low on it. That'll help it dry faster. And if you want to bring your whole rose petal together, a little Hairspray that inside hair, spray the outside, bring the whole thing together. How are we doing on time? Mary, you are you are at one hour. </w:t>
      </w:r>
      <w:r>
        <w:br/>
      </w:r>
    </w:p>
    <w:p w14:paraId="76B3FF43" w14:textId="77777777" w:rsidR="009A46D2" w:rsidRDefault="00000000">
      <w:r>
        <w:t xml:space="preserve">Oh, I'm at one hour, OKOK then we'll do our airbrushing on this. Ok so now that you have your pedals. All done. You're going to color it. We're going to go ahead and I'm going to skip the leaves for now. The leaves would be the same concept, only instead of more of a square, you would do them as a point. But I want to show you the airbrushing part what? Okay let me use this one. </w:t>
      </w:r>
      <w:r>
        <w:br/>
      </w:r>
    </w:p>
    <w:p w14:paraId="72549929" w14:textId="77777777" w:rsidR="009A46D2" w:rsidRDefault="00000000">
      <w:r>
        <w:t xml:space="preserve">Ok so I'm going to take Crazy Liberty Ink and I'm going to fill this up and I'm going to go over. You do want to do light strokes of your airbrush with your ink, as this ink can be </w:t>
      </w:r>
      <w:r>
        <w:lastRenderedPageBreak/>
        <w:t xml:space="preserve">watery so it runs more. And you want to make sure that you're not getting too much on there where you create bubbles, grab a little rag just to make sure. Before I start spraying my ink on the design, I want to make sure that it's coming out red. Ok, So what we're going to do is we're going to do a light spray all around if you're doing this on your dog or you don't want the background to get covered. </w:t>
      </w:r>
      <w:r>
        <w:br/>
      </w:r>
    </w:p>
    <w:p w14:paraId="3284A26C" w14:textId="77777777" w:rsidR="009A46D2" w:rsidRDefault="00000000">
      <w:r>
        <w:t xml:space="preserve">Put a towel, paper, towel, cardboard, your hands, anything to keep the airbrush from spilling over onto the unwanted area. So if you don't want to color it, just make sure you have something underneath it that's going to help you from overspray help you from getting overspray. And you want to do a light spray moving your airbrush so that way you're not concentrating it too long in one spot that you end up getting bubbles that it doesn't have time to dry. You can go underneath as well. So lift your flower. If this is on your dog, you're going to lift your flower like this and you're going to spray that way. </w:t>
      </w:r>
      <w:r>
        <w:br/>
      </w:r>
    </w:p>
    <w:p w14:paraId="2557CBB3" w14:textId="77777777" w:rsidR="009A46D2" w:rsidRDefault="00000000">
      <w:r>
        <w:t xml:space="preserve">If you're doing a model dog or a wool pad, you can lift this freely and move it whichever way you need. I want to come in here and get a pedal and get our red kind of down in here. Now, if you want this to look like the two-tone colors, you're going to leave a little bit of it at the base, a little bit lighter or on the underside. </w:t>
      </w:r>
      <w:r>
        <w:br/>
      </w:r>
    </w:p>
    <w:p w14:paraId="342E49ED" w14:textId="77777777" w:rsidR="009A46D2" w:rsidRDefault="00000000">
      <w:r>
        <w:t xml:space="preserve">Depends on what color you're going for. What's your what look you're trying to achieve on your creative groom? I'm going to try and go down as far as I can with this being a wool pad. It's going to be a little harder to get all of the white in there, but we're going to try and get and as much as we can, so that way I can show you a little bit of darker shading. So that way you can see the differentiation between the petals and it gives you a more 3D look if you can get some 3D shading in there. So it's just going to make your design pop and come to life and look a lot more lifelike and realistic instead of just a. </w:t>
      </w:r>
      <w:r>
        <w:br/>
      </w:r>
    </w:p>
    <w:p w14:paraId="6ED6CFE7" w14:textId="77777777" w:rsidR="009A46D2" w:rsidRDefault="00000000">
      <w:r>
        <w:t xml:space="preserve">Painted on design because you can do this on dogs with shorter hair, but you want to try and make it look as 3D and lifelike as you can. So we're going to add a little bit of blue, just a little bit to get a deeper red and add some red back in here, and we're going to add some blue. We're going to start with two, literally two drops because this is just for our shading. </w:t>
      </w:r>
      <w:r>
        <w:br/>
      </w:r>
    </w:p>
    <w:p w14:paraId="41F2C3B5" w14:textId="77777777" w:rsidR="009A46D2" w:rsidRDefault="00000000">
      <w:r>
        <w:t xml:space="preserve">Mix that up. If you have a Q-tip if you have a rat tail comb, if you have an applicator brush, you just want to get in there and mix it up, spray it out first on a rag. Ok We got a little bit of a deeper color. So what I'm going to do is I'm going to go in here into the little darker areas and I'm going to spray that in there. Just to create the shadow or the shading in there of where they come together and they touch. Because this is going to be what sets your design apart from other grooming salons is getting that different look, that detail that a lot of places might miss. </w:t>
      </w:r>
      <w:r>
        <w:br/>
      </w:r>
    </w:p>
    <w:p w14:paraId="194ADB16" w14:textId="77777777" w:rsidR="009A46D2" w:rsidRDefault="00000000">
      <w:r>
        <w:lastRenderedPageBreak/>
        <w:t xml:space="preserve">But that's really going to help your design stand out. Let's come under here and it's basically every place that's going to be a little bit shadowed, overlapping. So if you picture a light coming from the top, this is going to be overlapped and it's going to be darker underneath and you just want it a little bit darker the same way it would be if you were outside and you looked at that pedal, you would have a little bit of darkness underneath. But you don't want to. I don't like to do it black because it's not necessarily black, it's just a darker shade of the color itself, and so I don't want it to be black. </w:t>
      </w:r>
      <w:r>
        <w:br/>
      </w:r>
    </w:p>
    <w:p w14:paraId="67C396C8" w14:textId="77777777" w:rsidR="009A46D2" w:rsidRDefault="00000000">
      <w:r>
        <w:t xml:space="preserve">If I was doing this for competition, I would probably go down in there with not necessarily black, but dark red, and then maybe one line of black down at the bottom where the color is the darkest. So I'm going to pop my red in again and I'm only going to do one drop of blue because we still have a bit of blue in there. So I'm literally doing one drop, mix it together, going to tighten this because I want a really slow thin stream of. Color to come out. I don't want a whole lot of air coming out and a whole lot of color because I'm going to go in now and I'm going to go to the edges of the petals and do it a little bit darker to show the separation of the petals, especially in here. </w:t>
      </w:r>
      <w:r>
        <w:br/>
      </w:r>
    </w:p>
    <w:p w14:paraId="557C74E9" w14:textId="77777777" w:rsidR="009A46D2" w:rsidRDefault="00000000">
      <w:r>
        <w:t xml:space="preserve">I'm going to come in here with just a little line. Little line coming up the top to show where these petals form that center and then I'm going to come and I'm going to get the edges of these petals where they kind of overlap. So you can see the defined edges and you can tell where each of the pedals are at. Same thing here, I'm going to get the edge. </w:t>
      </w:r>
      <w:r>
        <w:br/>
      </w:r>
    </w:p>
    <w:p w14:paraId="229DEAF5" w14:textId="77777777" w:rsidR="009A46D2" w:rsidRDefault="00000000">
      <w:r>
        <w:t xml:space="preserve">And then the last thing that I want to do is I'm going to do a little line here and then we're going to do a little bit of glitter. We'll be done and you do the little line because that's going to be your pedal separation. So make sure you're going where the little V was that you cut. Can you see that, Mary? Yes, very nice. Ok So I'm going to throw a little bit of Hairspray, a little bit of red glitter. I like to use glitter a lot when I'm doing the creatives because when you take, when your clients take their dogs outside into the sun, it really pops and it really has a nice finish effect when they're outside. </w:t>
      </w:r>
      <w:r>
        <w:br/>
      </w:r>
    </w:p>
    <w:p w14:paraId="1F4B8A74" w14:textId="77777777" w:rsidR="009A46D2" w:rsidRDefault="00000000">
      <w:r>
        <w:t xml:space="preserve">And it really brings that creative groom to life. So Hairspray all over to seal your color and then you're going to go and you're going to sprinkle your glitter on it just to give it a real pretty glitter effect. So this is what you have. And you can see the little dark areas that separate your petals to give you that individual look very pretty. Thank you. Does anybody have any questions turn this? Nobody has any questions. Just let me know. Or if you want me to leave it on the flowers, I go ahead and leave it on the flowers. All right, Let's give it a minute for anyone to put a questions in because if not, we'll end it up and we'll, we have 15 minutes to the next one. </w:t>
      </w:r>
      <w:r>
        <w:br/>
      </w:r>
    </w:p>
    <w:p w14:paraId="300B48A0" w14:textId="77777777" w:rsidR="009A46D2" w:rsidRDefault="00000000">
      <w:r>
        <w:lastRenderedPageBreak/>
        <w:t xml:space="preserve">Ok. So Patty wants to know, would you do this on a client dog? Yeah, absolutely yeah. I have one that I on a regular basis every month and sometimes I do a creative every month on her. Sometimes I would do a I'll skip a month but she's a Shih tzu and she has the kind of fur where I wouldn't need to curl it. I would curl it with my fingers and Hairspray and I wouldn't need to use the Hairspray but I would definitely do a flower like this. I've done flowers on her before, not roses, but I have done flowers on her before. </w:t>
      </w:r>
      <w:r>
        <w:br/>
      </w:r>
    </w:p>
    <w:p w14:paraId="3BEDFCB7" w14:textId="77777777" w:rsidR="009A46D2" w:rsidRDefault="00000000">
      <w:r>
        <w:t xml:space="preserve">But yeah, you could definitely. You could even do this on a cat, I'm sure. But Patti Lee can do this on a cat too. If she were to shave them down with a 10 and then leave the first, she could shape it into flowers as well awesome very cool. Okay how? He says. Thanks for the challenge. No problem. So I guess that'll be for next year. Patty will do a cat a fur flower on a cat. There you go, Pat. </w:t>
      </w:r>
      <w:r>
        <w:br/>
      </w:r>
    </w:p>
    <w:sectPr w:rsidR="009A46D2"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5DEAB" w14:textId="77777777" w:rsidR="0014655D" w:rsidRDefault="0014655D">
      <w:pPr>
        <w:spacing w:after="0" w:line="240" w:lineRule="auto"/>
      </w:pPr>
      <w:r>
        <w:separator/>
      </w:r>
    </w:p>
  </w:endnote>
  <w:endnote w:type="continuationSeparator" w:id="0">
    <w:p w14:paraId="6A044C38" w14:textId="77777777" w:rsidR="0014655D" w:rsidRDefault="0014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C0C6" w14:textId="77777777" w:rsidR="009A46D2" w:rsidRDefault="00000000">
    <w:pPr>
      <w:pStyle w:val="Footer"/>
      <w:jc w:val="center"/>
    </w:pPr>
    <w:r>
      <w:t xml:space="preserve">Page </w:t>
    </w:r>
    <w:r>
      <w:fldChar w:fldCharType="begin"/>
    </w:r>
    <w:r>
      <w:instrText>PAGE</w:instrText>
    </w:r>
    <w:r w:rsidR="002019CE">
      <w:fldChar w:fldCharType="separate"/>
    </w:r>
    <w:r w:rsidR="002019CE">
      <w:rPr>
        <w:noProof/>
      </w:rPr>
      <w:t>1</w:t>
    </w:r>
    <w:r>
      <w:fldChar w:fldCharType="end"/>
    </w:r>
    <w:r>
      <w:t>/</w:t>
    </w:r>
    <w:r>
      <w:fldChar w:fldCharType="begin"/>
    </w:r>
    <w:r>
      <w:instrText>NUMPAGES</w:instrText>
    </w:r>
    <w:r w:rsidR="002019CE">
      <w:fldChar w:fldCharType="separate"/>
    </w:r>
    <w:r w:rsidR="002019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683F0" w14:textId="77777777" w:rsidR="0014655D" w:rsidRDefault="0014655D">
      <w:pPr>
        <w:spacing w:after="0" w:line="240" w:lineRule="auto"/>
      </w:pPr>
      <w:r>
        <w:separator/>
      </w:r>
    </w:p>
  </w:footnote>
  <w:footnote w:type="continuationSeparator" w:id="0">
    <w:p w14:paraId="2BFB5152" w14:textId="77777777" w:rsidR="0014655D" w:rsidRDefault="00146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78235556">
    <w:abstractNumId w:val="8"/>
  </w:num>
  <w:num w:numId="2" w16cid:durableId="1356925352">
    <w:abstractNumId w:val="6"/>
  </w:num>
  <w:num w:numId="3" w16cid:durableId="667829869">
    <w:abstractNumId w:val="5"/>
  </w:num>
  <w:num w:numId="4" w16cid:durableId="749423082">
    <w:abstractNumId w:val="4"/>
  </w:num>
  <w:num w:numId="5" w16cid:durableId="1270116718">
    <w:abstractNumId w:val="7"/>
  </w:num>
  <w:num w:numId="6" w16cid:durableId="501042739">
    <w:abstractNumId w:val="3"/>
  </w:num>
  <w:num w:numId="7" w16cid:durableId="1945262011">
    <w:abstractNumId w:val="2"/>
  </w:num>
  <w:num w:numId="8" w16cid:durableId="1202784158">
    <w:abstractNumId w:val="1"/>
  </w:num>
  <w:num w:numId="9" w16cid:durableId="106169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655D"/>
    <w:rsid w:val="0015074B"/>
    <w:rsid w:val="002019CE"/>
    <w:rsid w:val="0029639D"/>
    <w:rsid w:val="00326F90"/>
    <w:rsid w:val="009A46D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A9A188"/>
  <w14:defaultImageDpi w14:val="300"/>
  <w15:docId w15:val="{A1A006A5-0187-334A-8B4F-0AEBACED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5726</Words>
  <Characters>32639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2023-04-17T22:43:00Z</dcterms:created>
  <dcterms:modified xsi:type="dcterms:W3CDTF">2023-04-17T22:43:00Z</dcterms:modified>
  <cp:category/>
</cp:coreProperties>
</file>