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87B44" w14:textId="77777777" w:rsidR="00D93120" w:rsidRDefault="00000000">
      <w:pPr>
        <w:pStyle w:val="Title"/>
      </w:pPr>
      <w:r>
        <w:t>Jolene Siebeneck</w:t>
      </w:r>
    </w:p>
    <w:p w14:paraId="389DC143" w14:textId="77777777" w:rsidR="00D93120" w:rsidRDefault="00000000">
      <w:r>
        <w:t xml:space="preserve">Kei, Welcome to the third session with your line. Ay, pues first AR sponsor to say german. Nusc We have the sunflower, Phoenix, thalia the Black Panther en. Watch later, the summer will be coming out with a new line with the links is going to be something very special. So many % of Young Creative twenty of c r a t i b e. S o s f. </w:t>
      </w:r>
      <w:r>
        <w:br/>
      </w:r>
    </w:p>
    <w:p w14:paraId="170BEDDA" w14:textId="77777777" w:rsidR="00D93120" w:rsidRDefault="00000000">
      <w:r>
        <w:t xml:space="preserve">O k tres? In the first recording, the first workshop Long with transcription all of the website, everyone. Access recordings, Please Let me know and i will get straight to you so you all yours. Ok thank you. Jack thank you for joining the Day en Myhyv. About my first I have the nanning Business forward twenty years bvinagre nineteen years, the Business owner en happen in the Creative, world class seniors and the world over The Last years hashtag múltiple placement. A en Family Beach, Now es Winning first Place, hashtag Share and also with the people. Pues ah you have two units, and i also have two locations, currently indu travels. </w:t>
      </w:r>
      <w:r>
        <w:br/>
      </w:r>
    </w:p>
    <w:p w14:paraId="3FB074C0" w14:textId="77777777" w:rsidR="00D93120" w:rsidRDefault="00000000">
      <w:r>
        <w:t xml:space="preserve">Side of ground. South Yout Something Tricks on Creative grooming designing and Camera, pues design and tricks of widgets hashtag mira a thanks a. The Creative Group HD. Sí, the first es. Ah. Newline things taking. Technics, different ways things along with my own es web. Para que son Pictures the Washington en little while Showing hmhd started and we now. Muchos caen de camping. Hashtag Beckham. </w:t>
      </w:r>
      <w:r>
        <w:br/>
      </w:r>
    </w:p>
    <w:p w14:paraId="6F7BB833" w14:textId="77777777" w:rsidR="00D93120" w:rsidRDefault="00000000">
      <w:r>
        <w:t xml:space="preserve">¿People it's really hard to Connect to but i feel like you want to yourself to do? ¿It is you know that become more natural? Chao, Ah. And also find Ventures. Always with you. Ah. Find out what you better the always ready goulash en advice and. Campus with other things outsiders, dogs and, therefore, por mi firstly, I will practice with little Spain scouting hype with my sisters anything, but just Scott interface and learning that my face es what i like the things like that. Impacto social Roberts. Ah, descubre a face. Air Brush your hair brush work you Practicing and Paper Coated something dark. </w:t>
      </w:r>
      <w:r>
        <w:br/>
      </w:r>
    </w:p>
    <w:p w14:paraId="78565D2F" w14:textId="77777777" w:rsidR="00D93120" w:rsidRDefault="00000000">
      <w:r>
        <w:t xml:space="preserve">Thats, good way to practice n. Things like that. Sí, sí de help you learn more, about creating the main. Newline Goldberg. Bueno, con el. Está en creativo ay. He disfrutado complex. A Tgn DU. Bueno, Juan con el Design. Ah helpful tools that technics diferents, you can use your designs and the right design for yourself software. ¿Type you have your dogs of War strategy? De cultura en. Ahorita en agosto servicio. A San Agrieta y You for that. El daño. Potyvirus, Beyond. ¿And you have other colors? A my take The Times. ¿Entonces jefe O? K gracias ah. I like to use a lot of Crazy liberty when i do by design i just something like that right A. </w:t>
      </w:r>
      <w:r>
        <w:br/>
      </w:r>
    </w:p>
    <w:p w14:paraId="2441BA34" w14:textId="77777777" w:rsidR="00D93120" w:rsidRDefault="00000000">
      <w:r>
        <w:lastRenderedPageBreak/>
        <w:t xml:space="preserve">Pues hashtag One. A Hardison. Ahora está, hay un tipo Ah, ha. The Walking Dead. Of or. Ah, hay de New Haven Beach my little girl en. And funky color siempre Pink. Jerry types of course sound duhau. A ver. A SIEMPREHAY Design. Thanks for your clients that they don't want the dogs forever urbaser. En el derecho. Murió a. ¿I prefer that made in Spain is what i like to use laugh? To be able to. Ay este exacta. </w:t>
      </w:r>
      <w:r>
        <w:br/>
      </w:r>
    </w:p>
    <w:p w14:paraId="0891268D" w14:textId="77777777" w:rsidR="00D93120" w:rsidRDefault="00000000">
      <w:r>
        <w:t xml:space="preserve">Ah, no soy you have a chucks your sprays blogs things like that House to. Ah. Weather to keep example Mark Campbell Design. Between the table Tags. We have some hot dogs. Para, bueno background. Sobre things. ¿Para quitarme what is what we can call them completely Worth? Doing The Post and Tails and Years, something like that. ¿Y noise, carácter que Paulino which what can you do and what do you wanna? ¿Do you like space? Eso es dar creo. Ah. En el. </w:t>
      </w:r>
      <w:r>
        <w:br/>
      </w:r>
    </w:p>
    <w:p w14:paraId="4380918A" w14:textId="77777777" w:rsidR="00D93120" w:rsidRDefault="00000000">
      <w:r>
        <w:t xml:space="preserve">Mike Flowers, or hurts o Stars. Things like that be more a simple thing. You think Harbin QN easy to A. En el show crying for competition with us like abstracto. En Ask your strings. Saw something for. Pero al al I do like to use. Ah, hola. En Fortza Dables. Ana your just for me I find it easy with daughter, I will. Mira, un Charlie, mira. Según IDI will start the Section. </w:t>
      </w:r>
      <w:r>
        <w:br/>
      </w:r>
    </w:p>
    <w:p w14:paraId="365C3C51" w14:textId="77777777" w:rsidR="00D93120" w:rsidRDefault="00000000">
      <w:r>
        <w:t xml:space="preserve">En all night ¿O ¿Comes? ¿Ready for next competition Camera? ¿Para algo like to? Hashtag sido seccionadas time and I will die. The Rough Stone, through me. Y que se fiel like alfani. Eso are before completion burridge roughly do. Wey porque fijo que muchos. Venir por. ¿En auge? Adobe Print Down. Hay que ser, no hay pressure naughton. En audio. ¿Estabais all? A. When you are working with you. Mike áreas, you don't want to get die on other áreas, they do you have the classroom oryx. Type of ¿Protect? The dog. </w:t>
      </w:r>
      <w:r>
        <w:br/>
      </w:r>
    </w:p>
    <w:p w14:paraId="0B82B975" w14:textId="77777777" w:rsidR="00D93120" w:rsidRDefault="00000000">
      <w:r>
        <w:t xml:space="preserve">Ah town take you. Things I find at hofuf like in the sections Ah 1 All Star with you agree and you can use the present with really nice to use that around that. Down and out the way you do your Second color like you Pink that we are not running colores together that I news like that i would take that en Rapid round. Ah this AIN en Asia work. Sexo, background, calidad. Our rapper. Quien quiera the way. Entrenador Corominas section, the Pink. Ven a buscarme A. Hasta muestra colores. Adenauer and Get my Pink power that. Sois the best. Twitter, dynes. ¿Alguien sigue en área? Vete a Estaá Tgd. Insecta hashtag the way when I'm doing around A. </w:t>
      </w:r>
      <w:r>
        <w:br/>
      </w:r>
    </w:p>
    <w:p w14:paraId="311182AA" w14:textId="77777777" w:rsidR="00D93120" w:rsidRDefault="00000000">
      <w:r>
        <w:t xml:space="preserve">Mi cartera. En el. Hay que irse diferents. Sizes of the Brass. Large One. Pero eso es hermosa. Danny the best of counseling áreas. Ah. No sé. Ah. Bring up the Pictures, so we have Ah. Su increíble Sousa. Soy yo. Http, www en. You know how much for your in to chihuahua ah, mira Creative States GT be more, like sixty hours o more work on your Heart design. Rihanna por mí always 1 I think that i think we be good for the competition, the Spirit of the crowd. 2000 son Martín de Shirley es. Y bueno de Mcgee Movies. Tengo un free from ninety </w:t>
      </w:r>
      <w:r>
        <w:lastRenderedPageBreak/>
        <w:t xml:space="preserve">five, the original tmb. </w:t>
      </w:r>
      <w:r>
        <w:br/>
      </w:r>
    </w:p>
    <w:p w14:paraId="07CE8057" w14:textId="77777777" w:rsidR="00D93120" w:rsidRDefault="00000000">
      <w:r>
        <w:t xml:space="preserve">¿Thats right? Participo que Relative Apple newbie Angband. Mira so when I think different designs that i think. Que chido arquipo bonao. En mira son de a. Sois your free. Luchaba contra el. Españolizada en amoríos que. ¿A menos 10 EUR if you really? Fireside so Ah. Hashtag for people Who are doing Great grooming your advertisement. Ah advertisement. Aa Transport Sims hashtag tags. Dodge Advertisement. That sometimes you like it easy and take that. Que están solos. Atento, hashtag. Y fijaba a Computer en. Http, rounded hounded panel Giving idea what your what you want Court. </w:t>
      </w:r>
      <w:r>
        <w:br/>
      </w:r>
    </w:p>
    <w:p w14:paraId="181E2F26" w14:textId="77777777" w:rsidR="00D93120" w:rsidRDefault="00000000">
      <w:r>
        <w:t xml:space="preserve">Y ayer quality will be able better to be used The beatles A. Si eres baccin. Soy high design. En el guión, Knight. ¿Ah, ha? Ah, bueno, shears. I like to House. A Nathan Shears. ¿Pero si he sido de streets and hearts? A. Para the search that 11, you are. Design work that is the girly complex design work is on Mouse and things like that a carácter hmhd small. A caray gigabyte. Cut the design of my dog before color sorry en. Frommer en the way you re making changes and to before you thank you. </w:t>
      </w:r>
      <w:r>
        <w:br/>
      </w:r>
    </w:p>
    <w:p w14:paraId="5903785B" w14:textId="77777777" w:rsidR="00D93120" w:rsidRDefault="00000000">
      <w:r>
        <w:t xml:space="preserve">Share ah ya. Kathryn I. Live longer the World. Volver a change this amount segun you are thinking diferents design now think about yeah. Pues contamos con active right now art. Sois are more like. Morbius, simple. Entonces, en. Por Lynn Creative. Just you the tail. Sacaron baak. ¿En el Court? Ah, eso es formalidad. Mira Bro. Dina Southam. Enaguas Dawn. Hecho de que en few hours to dunham. Pues desde hace saber. ¿O diario Day for Client? Nathan blind poner. Hey jolin, yes oh. En su domicilio. Es small brush ajá. No change i Wonder this 9. O k you, shut up with your Camera? Mi camiseta. O k duchar? Ah hashtag doble click on. No thats where newline. </w:t>
      </w:r>
      <w:r>
        <w:br/>
      </w:r>
    </w:p>
    <w:p w14:paraId="752D13B2" w14:textId="77777777" w:rsidR="00D93120" w:rsidRDefault="00000000">
      <w:r>
        <w:t xml:space="preserve">I tried to Click on a. ¿O sea, buenito Juan, OK how the GO? Thats good, that's negro OK cool. Ok so recasens. Tienda, we are two dogs before Justin tails mohawks simple things for the clients. A en esta isla. Dogs years ago. Twitter for hours that. Newline time. ¿A de sucesor de Matrix Sheep Dog? Nada más formal. Pues Ah, here. Ah Mourinho, o sea. Con sahinar. ¿No me vas a usted luego? No pueden hostigo. Es necesario things that. Pues mire easier than trying to friend all that. </w:t>
      </w:r>
      <w:r>
        <w:br/>
      </w:r>
    </w:p>
    <w:p w14:paraId="5D598F4B" w14:textId="77777777" w:rsidR="00D93120" w:rsidRDefault="00000000">
      <w:r>
        <w:t xml:space="preserve">Sí que bueno. En la High School brush work ¿Habrá? Gracias de Nathan Like slangs Creative Doom. ¿Rushworth on the Language and Space? De readquirir. Ah. Asta luego, back. Ah, en ese. Hashtag or your dogs. Nada, y. Tgs en Joe's statham that with that people more atl cottage. Ah, después microcomm, Stephanie Sheath, danna Paola competition. Pensaban meses 15. A descargar the past and the dead. A en la APP Prime. Se da gusto. Después, Air Brush Work Actually on her. </w:t>
      </w:r>
      <w:r>
        <w:br/>
      </w:r>
    </w:p>
    <w:p w14:paraId="4FDB255C" w14:textId="77777777" w:rsidR="00D93120" w:rsidRDefault="00000000">
      <w:r>
        <w:lastRenderedPageBreak/>
        <w:t xml:space="preserve">Soy de back, soy yo, estoy, son libres en Ah. Withered Sam Glitter on the back. Shawn michaels, purple more. En camino. Wa time and walking. No es nada de One. And that was all Friends. A darles a Justin espiral design en to hashtag. Testeo de sartenes Irs ¿Networks? Yo, ah enaguas. Bye bye. Hay que gastar la idea. Ya son I don't SEE yuri en. Quema putas, Yuri Pendens a Butterfly. Están en oferta en este blog. Ay, Ay Now. Ahora vengo back to ya. O k jon? Oky con. Micro nano verga. </w:t>
      </w:r>
      <w:r>
        <w:br/>
      </w:r>
    </w:p>
    <w:p w14:paraId="25351097" w14:textId="77777777" w:rsidR="00D93120" w:rsidRDefault="00000000">
      <w:r>
        <w:t xml:space="preserve">Very good technology no. ¿Y que se te olvidó? O k? Oye, no voy a. Ok son. Pues here now. More than Creative. A eso me atengo para. Oh, buena calidad. Solo están en right now acá. Para quien with you. Ajá, so, Ah. Ya es tricks that you now have the way es different types of high. Thank you. Ah, powerapps en the centrales de babylon. Nuestra gente para el. Y descenso for head for Facebook on your dogs. </w:t>
      </w:r>
      <w:r>
        <w:br/>
      </w:r>
    </w:p>
    <w:p w14:paraId="7FCA4658" w14:textId="77777777" w:rsidR="00D93120" w:rsidRDefault="00000000">
      <w:r>
        <w:t xml:space="preserve">My carters, hashtag like a big. El primero of my characters and I would put them on my dog and get the outline of it from the help me. Que está en. Sudabas very helpful. En Ah. Ahora estoy en. Da bastante la. I don't really just take a Battle in Sport One to get my colors and i think i feel like girls more about Spain. Love your Days later. ¿Sabes qué? Es 1 que interprete competiciones. Liga Tarot. Es la. A Jodan. Y sí. Dime, igual sacan me. It's not make you May. O k? ¿Y acá? Ok so. </w:t>
      </w:r>
      <w:r>
        <w:br/>
      </w:r>
    </w:p>
    <w:p w14:paraId="0DF9A7D7" w14:textId="77777777" w:rsidR="00D93120" w:rsidRDefault="00000000">
      <w:r>
        <w:t xml:space="preserve">Entonces like a. My first Creative things have you and my dogs a Long time ago, but easy START show. La voz kids. De paz, pues yo estoy. Si jerarquía for clients well. Here is my little gym a lian. And the Creative. Crimen de sus first. The lucky Charms. Tim and I Had My dog. Muchas serio ships. The Marshall SHAPE of my dog. En my work was terrible. I don't Know I was the first my Dog, and I don't die for what the West. No para. ¿Fuiste o Roadster? Ah, pues Hathaway. En respuesta que nadie competition. </w:t>
      </w:r>
      <w:r>
        <w:br/>
      </w:r>
    </w:p>
    <w:p w14:paraId="3DA89EF9" w14:textId="77777777" w:rsidR="00D93120" w:rsidRDefault="00000000">
      <w:r>
        <w:t xml:space="preserve">O sea, hay que pegar. ¿Ah, me suena? Willy Wonka, the chocolate Factory. En Sochi, World Like you wanting es now. I SEE hashtag es what I want differently One. Make from my dog, look like. Percent just because it's hard to make dogs face. Hashtag presente, Human, a Person, so take care of the input, something that something different and having flown little better like that tienen. ¿Estos juegos de Franking background so es you doing the design is to flow you can't look like it so? Se changed a now. Sí, pues ahí está. Ya entonces bye my first. </w:t>
      </w:r>
      <w:r>
        <w:br/>
      </w:r>
    </w:p>
    <w:p w14:paraId="08E79552" w14:textId="77777777" w:rsidR="00D93120" w:rsidRDefault="00000000">
      <w:r>
        <w:t xml:space="preserve">Hay Carmen competition. Times West. Nena de suas Ah, ha. ¿En serio carácter Team? En the Couch taquilla I had like fruits on the background sony. Pufs, carácter. Si quien sea. I had been the tail. En enero Style es Tony the Tiger karting zonal that is you from years ago and now. O sea, would be better es to make your Love more three three, but. Narina y using. Paper Florida ICE, and for some of the Brave the search. Hashtag background that 1. Down </w:t>
      </w:r>
      <w:r>
        <w:lastRenderedPageBreak/>
        <w:t xml:space="preserve">to the skin to make that Apple more than you don't see you. </w:t>
      </w:r>
      <w:r>
        <w:br/>
      </w:r>
    </w:p>
    <w:p w14:paraId="37581C9E" w14:textId="77777777" w:rsidR="00D93120" w:rsidRDefault="00000000">
      <w:r>
        <w:t xml:space="preserve">Tags better to have everything the of dead. Ten en. Una y una buena asier y NOW. Aunque sea within Ah, me quedé Times better now, i know that i would differently on the start now. ¿Ah sí? En nena. De Fournier. A ayer Toy Story sí en again at this time. Estado paper Jam for the Eyes. Sweet Darling. Yo te Four, Iker though 10. Miguel look more three días. Sí, muchos caracteres, other was found for this is my hat. También gay. You now back. Taking down to the skin. For the Design, I am sorry used for my call is for my taxidermista. </w:t>
      </w:r>
      <w:r>
        <w:br/>
      </w:r>
    </w:p>
    <w:p w14:paraId="4A4EAB38" w14:textId="77777777" w:rsidR="00D93120" w:rsidRDefault="00000000">
      <w:r>
        <w:t xml:space="preserve">¿Se ve como real? A pagan with my peoples and all that was all is well so I don't do that anymore. ¿Ah, no? Ah, en eso es few years ago. No hagas que no. Baby en want to get. ¿Do You Want? Ryder, our. Lucky Charms Steam en su area the Front ehmm demás. I are the unicorn the same type of shapes HP. Son ex TEN Times better than When i first years before that. Bueno, pues yo sé que es simple easy Card Design. And the beat the Beat Team. </w:t>
      </w:r>
      <w:r>
        <w:br/>
      </w:r>
    </w:p>
    <w:p w14:paraId="470B6AAB" w14:textId="77777777" w:rsidR="00D93120" w:rsidRDefault="00000000">
      <w:r>
        <w:t xml:space="preserve">Ah. Bueno, AMI. Que nada es. Ah, en segunda y no. En New York, Mouse in your mouth, the open you take your Mouse down to the skin to. Serna, my TV muy. Que lhop with your like horns and things like that. ¿Te sientes amor a mi ayuda? Gatsby good, the yellow Kenneth free spray, all for the proud that you can news, my browser headshot more to actually used like a girl, Hell o hmhd the House that sound system Flash Player. En Wood. Ah, he. Pues Ah, Contralor. ¿Sheringham hashtag Sharing for like my Heart of the father father had with you like that? Que Black Hair brush en between the King Live more jedburgh. </w:t>
      </w:r>
      <w:r>
        <w:br/>
      </w:r>
    </w:p>
    <w:p w14:paraId="1C080E78" w14:textId="77777777" w:rsidR="00D93120" w:rsidRDefault="00000000">
      <w:r>
        <w:t xml:space="preserve">En ena. Que es común around diferentes áreas. And sometimes I feel like. You need. Background and sometimes, You don't see pensaban what you back to your SHAPE. En EF your you have come down, your carácter your design you need to put more than you want that background the character with Black Brown example the darker and the Pops, I think something the Black Isle to match the. Ah, después my design for my down. Guided, The Empress New Growth. Su después de irse. I actually for the mamas years I Actually Heath Ledger. Sí que te sienta. Again, the shaking Live in between the front hashtag that the Heart of the dark. Ah. Lares spray, me gusta for the spot for the jeans. </w:t>
      </w:r>
      <w:r>
        <w:br/>
      </w:r>
    </w:p>
    <w:p w14:paraId="7C1FDE18" w14:textId="77777777" w:rsidR="00D93120" w:rsidRDefault="00000000">
      <w:r>
        <w:t xml:space="preserve">¿O en the tall there, where is masturbate Battle that all with you? Normalmente voy AA need to get the fingers in the dark. Gang, shaking and Stuff. Your face es en everything I use for like this 14, a us like a Brown Hair brush pray to. Que different features runner cheeks the Mouse. Ah chair de definir Facebook More. No hay quita eso. Una rebaja bonnat. A ver. Desde Washington dos designs. Ok sigo más. Ah no menos. Pues escribeme haré en next. O k call back next? Ahora no sé ni questions. </w:t>
      </w:r>
      <w:r>
        <w:br/>
      </w:r>
    </w:p>
    <w:p w14:paraId="6D982A03" w14:textId="77777777" w:rsidR="00D93120" w:rsidRDefault="00000000">
      <w:r>
        <w:lastRenderedPageBreak/>
        <w:t xml:space="preserve">Very good, Ah so. Es thank you. ¿Tú has? más. End we back is cool to the hour right now, back on the hour with the Colbert. Ok thank you so much. </w:t>
      </w:r>
      <w:r>
        <w:br/>
      </w:r>
    </w:p>
    <w:sectPr w:rsidR="00D93120"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2E5AC" w14:textId="77777777" w:rsidR="003E206E" w:rsidRDefault="003E206E">
      <w:pPr>
        <w:spacing w:after="0" w:line="240" w:lineRule="auto"/>
      </w:pPr>
      <w:r>
        <w:separator/>
      </w:r>
    </w:p>
  </w:endnote>
  <w:endnote w:type="continuationSeparator" w:id="0">
    <w:p w14:paraId="62E46099" w14:textId="77777777" w:rsidR="003E206E" w:rsidRDefault="003E2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0F5E9" w14:textId="77777777" w:rsidR="00D93120" w:rsidRDefault="00000000">
    <w:pPr>
      <w:pStyle w:val="Footer"/>
      <w:jc w:val="center"/>
    </w:pPr>
    <w:r>
      <w:t xml:space="preserve">Page </w:t>
    </w:r>
    <w:r>
      <w:fldChar w:fldCharType="begin"/>
    </w:r>
    <w:r>
      <w:instrText>PAGE</w:instrText>
    </w:r>
    <w:r w:rsidR="002E0EE5">
      <w:fldChar w:fldCharType="separate"/>
    </w:r>
    <w:r w:rsidR="002E0EE5">
      <w:rPr>
        <w:noProof/>
      </w:rPr>
      <w:t>1</w:t>
    </w:r>
    <w:r>
      <w:fldChar w:fldCharType="end"/>
    </w:r>
    <w:r>
      <w:t>/</w:t>
    </w:r>
    <w:r>
      <w:fldChar w:fldCharType="begin"/>
    </w:r>
    <w:r>
      <w:instrText>NUMPAGES</w:instrText>
    </w:r>
    <w:r w:rsidR="002E0EE5">
      <w:fldChar w:fldCharType="separate"/>
    </w:r>
    <w:r w:rsidR="002E0E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017F0" w14:textId="77777777" w:rsidR="003E206E" w:rsidRDefault="003E206E">
      <w:pPr>
        <w:spacing w:after="0" w:line="240" w:lineRule="auto"/>
      </w:pPr>
      <w:r>
        <w:separator/>
      </w:r>
    </w:p>
  </w:footnote>
  <w:footnote w:type="continuationSeparator" w:id="0">
    <w:p w14:paraId="23F977D1" w14:textId="77777777" w:rsidR="003E206E" w:rsidRDefault="003E20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03387003">
    <w:abstractNumId w:val="8"/>
  </w:num>
  <w:num w:numId="2" w16cid:durableId="1548451696">
    <w:abstractNumId w:val="6"/>
  </w:num>
  <w:num w:numId="3" w16cid:durableId="1152522196">
    <w:abstractNumId w:val="5"/>
  </w:num>
  <w:num w:numId="4" w16cid:durableId="180975690">
    <w:abstractNumId w:val="4"/>
  </w:num>
  <w:num w:numId="5" w16cid:durableId="854265698">
    <w:abstractNumId w:val="7"/>
  </w:num>
  <w:num w:numId="6" w16cid:durableId="1387610583">
    <w:abstractNumId w:val="3"/>
  </w:num>
  <w:num w:numId="7" w16cid:durableId="1746033296">
    <w:abstractNumId w:val="2"/>
  </w:num>
  <w:num w:numId="8" w16cid:durableId="420838301">
    <w:abstractNumId w:val="1"/>
  </w:num>
  <w:num w:numId="9" w16cid:durableId="309090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E0EE5"/>
    <w:rsid w:val="00326F90"/>
    <w:rsid w:val="003E206E"/>
    <w:rsid w:val="00AA1D8D"/>
    <w:rsid w:val="00B47730"/>
    <w:rsid w:val="00CB0664"/>
    <w:rsid w:val="00D9312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B251B6"/>
  <w14:defaultImageDpi w14:val="300"/>
  <w15:docId w15:val="{F201D812-7BF7-F549-85E5-26E323E17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2118</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2023-04-16T20:40:00Z</dcterms:created>
  <dcterms:modified xsi:type="dcterms:W3CDTF">2023-04-16T20:40:00Z</dcterms:modified>
  <cp:category/>
</cp:coreProperties>
</file>