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F2973" w14:textId="77777777" w:rsidR="00106640" w:rsidRDefault="00000000">
      <w:pPr>
        <w:pStyle w:val="Title"/>
      </w:pPr>
      <w:r>
        <w:t>Madeline Rothwell</w:t>
      </w:r>
    </w:p>
    <w:p w14:paraId="2C9620D5" w14:textId="77777777" w:rsidR="00106640" w:rsidRDefault="00000000">
      <w:r>
        <w:t xml:space="preserve">OK Welcome to the day with Marilyn rothwell. Parece K show started first with Crazy Library and then with writing to. Something with merlin hola baby euroliga ¿Cómo? no. Ok Marland Hours. Hi I Marlene and today We have more with us, Marty mcfly, en su hijas de dogs. Junior shower https. Hay días en. We work. Oh, tengan sorry. Ah. Edward me, my camera harian. Ok te abriga. Ok so I am going to rap Style because. We don't want any of the Style. </w:t>
      </w:r>
      <w:r>
        <w:br/>
      </w:r>
    </w:p>
    <w:p w14:paraId="16764F31" w14:textId="77777777" w:rsidR="00106640" w:rsidRDefault="00000000">
      <w:r>
        <w:t xml:space="preserve">So i just like. Vendan en. El mismo que en el chat semanal rap off. Ah hay usarían rap because the Blade of you get Diane and rapidshare and dog. Ah OK show my color, sepia, hmm mix i usy, avatar, I'm going to mix this to instituto day just because of the Kings. Take that Perfect also. Yo envié a free to you see something as a reference point hay. Como sobeski benifassa en still look a reference point. The make SURE now. Y no Dae. I have something that cause falling pattern. Oranges and yellow. ¿Las gentilezas de cable? I use for high. </w:t>
      </w:r>
      <w:r>
        <w:br/>
      </w:r>
    </w:p>
    <w:p w14:paraId="53C8CD09" w14:textId="77777777" w:rsidR="00106640" w:rsidRDefault="00000000">
      <w:r>
        <w:t xml:space="preserve">Ah OK show starts with you. I'm on this way and play. Sobre nuestra actual. Ah, hay otro fin types of brussels right now because gadgets. Todo buenos fans. Sorry, my dog barking OK Pues buenas, OK Quiero a mi viejo. With the video, OK es anydesk. Ok then it, this is a with. A go to massage and I. Yo también estoy past. A ver, es que soberano. ¿Standing izzy hashtag before? A mí no me dice Center de Sought here I am not doing road show this to go that be my world mohoso. </w:t>
      </w:r>
      <w:r>
        <w:br/>
      </w:r>
    </w:p>
    <w:p w14:paraId="596EC1FD" w14:textId="77777777" w:rsidR="00106640" w:rsidRDefault="00000000">
      <w:r>
        <w:t xml:space="preserve">Ah, mi gracias a Dios. Am i like this battles because super easy to just. En someone venir. My empresa. Ah, sobre little sensual roll. ¿And this area with a five I don't like dying patterns, any longer than five? Sant Andreu Four but. A just feel like this to match the can go round. ¿Si hablas healthy, OK for what doing? Another than here tenemos. 33 like acabado. O k? ¿Suena bases of type, is you wanna think of teaching so basically? What I mean es I want everything to handle like this. No en the spectre, the Blind together, little the link to the. </w:t>
      </w:r>
      <w:r>
        <w:br/>
      </w:r>
    </w:p>
    <w:p w14:paraId="0914DA16" w14:textId="77777777" w:rsidR="00106640" w:rsidRDefault="00000000">
      <w:r>
        <w:t xml:space="preserve">And you don't have to worry about Court bleeding together surfing colors with together, but the most high OK so. Ah, a little bit of this just. Amigo Awards Everything the outside of this will have the steinway random. Pues no have to be Perfect i found what you doing. The Last you over think it, the better. I will turn out. ¿Entonces yo, Ah? Ana Hope. No viene con observe ustedes. </w:t>
      </w:r>
      <w:r>
        <w:br/>
      </w:r>
    </w:p>
    <w:p w14:paraId="7FFF22EE" w14:textId="77777777" w:rsidR="00106640" w:rsidRDefault="00000000">
      <w:r>
        <w:lastRenderedPageBreak/>
        <w:t xml:space="preserve">Mañana abstraída. Desde asuán. O k, me ves abajo en GO? Tropical with a Brand. Loans of art I. I'm going to. Athina Inside because of you. Ah. Buenos días, chavales berkman. Pijas de César Central Line. O k? Una organize, the next cover. En moreda pattern. En Enny Questions. Please feel free Internet. Ah, me iba bien agua. Así you to be a little bigger. Yo solo dije encargo en the Next caller. ¿También has we go out with the bigger? Se vaya de Time I get my Last called be Pretty Big. En mina use all the colors. De Sáenz. Plus en Greens and the other side reds here. </w:t>
      </w:r>
      <w:r>
        <w:br/>
      </w:r>
    </w:p>
    <w:p w14:paraId="79EBF35A" w14:textId="77777777" w:rsidR="00106640" w:rsidRDefault="00000000">
      <w:r>
        <w:t xml:space="preserve">Su eventually this two Lines from me. Despiece y Nakata Weather phones in a pussycat Ryanair good art. No, porque. ¿Which is going to be present? bueno. Maryland, se pretende in the korean food and himself. Menudo vemos coches. Bueno, tu match. Ah the planning other. Nuestra línea little better than here. Pero yo me olvide. Pinches pijas I need to say from the colors. En el moment to the other side of the pattern. The hard start, Something in streets. El sábado dos MINS uu anatoly that. A ver ya. Una web si es legal. Discusiones legales ¿Right? newline aire. Rather than the Inside. Necesito saber. En Walker. Ya no muy bien Antoine Next Purple. O k? Muchacho, fallo, the Sparks, Peggy Purple. </w:t>
      </w:r>
      <w:r>
        <w:br/>
      </w:r>
    </w:p>
    <w:p w14:paraId="6BE3BD4D" w14:textId="77777777" w:rsidR="00106640" w:rsidRDefault="00000000">
      <w:r>
        <w:t xml:space="preserve">Que en neal good. Because you don't have to hot dog. ¿Que van? Basically legends sam. Eso me da Purple and there. Nuestra 3 pisarían ¿Suit? Essentially softball desde su edad quites. ¿Want to get? ¿O Potenciable Down tienen ustedes en Lugo? And to find. Bueno, bien, bien, vida. Eso es Berger, sparks and smaller. Buena onda extranjera. The does my Last calor would be on the outside. Mi ex. </w:t>
      </w:r>
      <w:r>
        <w:br/>
      </w:r>
    </w:p>
    <w:p w14:paraId="1AE22BAF" w14:textId="77777777" w:rsidR="00106640" w:rsidRDefault="00000000">
      <w:r>
        <w:t xml:space="preserve">Fijemos buena. No rayando en, creo que. ¿Ah, no? Una biopic, bueno, very Pink. En el 11 You Start Guinness. Chris Pretty Easy. ¿Mayweather going to figure out how you doing like designs, like squares and Energy different patterns? Al respecto es World because. Es ist show. El Design. Son pickup here. The question es nathaly. ¿Later, are you now? A Phone holder hashtag. Eso sí, en fin sigue. Ya he resuelto hodgson por mí. Es very nice. </w:t>
      </w:r>
      <w:r>
        <w:br/>
      </w:r>
    </w:p>
    <w:p w14:paraId="71B2A406" w14:textId="77777777" w:rsidR="00106640" w:rsidRDefault="00000000">
      <w:r>
        <w:t xml:space="preserve">A mi tesoro verger. Okok Like Mary. With this papers. A mí no me dices, really big? Soda Way. Es un gout, other side uh angy. Tú estás bella U. Dame una Party. O k? Nada, red. Anda come pingback Mena. En el Tumblr the one enséñelo. Sos mi Perfect man Space rider sweet. A menos yo this One really small. Dije, hay prefiero Orange in yellow. </w:t>
      </w:r>
      <w:r>
        <w:br/>
      </w:r>
    </w:p>
    <w:p w14:paraId="6D4B7702" w14:textId="77777777" w:rsidR="00106640" w:rsidRDefault="00000000">
      <w:r>
        <w:t xml:space="preserve">Orange is my favorite colors i want to be better than. No, bueno mix tango and tagged. Escríbelas uniform. ¿Ah, sabes yo? ¿Deshielo en Orange? Andrés right here. En frontpage. ¿Son una tribu? Yo creo. Newsweek that. Enzo, quiero overlap son los colores que se vuelve more. Claro que no. Holders together all night newline genau. Ah. Hannelius de eso. Entonces me extrañé. Am sure you guys no means having background. Puro Tours. Ah. Una </w:t>
      </w:r>
      <w:r>
        <w:lastRenderedPageBreak/>
        <w:t xml:space="preserve">you hours i know some people have called them with lyrics and i just south Beach zoo. </w:t>
      </w:r>
      <w:r>
        <w:br/>
      </w:r>
    </w:p>
    <w:p w14:paraId="0321793F" w14:textId="77777777" w:rsidR="00106640" w:rsidRDefault="00000000">
      <w:r>
        <w:t xml:space="preserve">Hh actually do a lot of my called Life One than with just the battles rather than the bus and. Gymkhana sus tomates class I have to wash and steps I have to do to get ready for the day One just use. The battles. Enana wey eso es guay. I don't think the fall out to match. A ver a ellos sobrina puta. Soy woolly careful with yellow and blue. Hijas ya no. Sunset dos, bleed in the next One. Ah. Yellow and Blue green Rider. Perfectas you ITS OK because IT Too Orange. This is basically gana below the shoulder. </w:t>
      </w:r>
      <w:r>
        <w:br/>
      </w:r>
    </w:p>
    <w:p w14:paraId="3635208E" w14:textId="77777777" w:rsidR="00106640" w:rsidRDefault="00000000">
      <w:r>
        <w:t xml:space="preserve">De mi parte, AMI here uh. Una adivinanza de los likes son ojear. ¿Churri, qué tal? Okok menos yo. ¿Vos, Noé? ¿Volver a Orange ¿Qué? vascular https. Whatsapp Sentándote Orange. Oki always have paper towns. Just chilling right here hace 1 when you gonna need. Ahora me voy a ver. ¿En what? Ah. I have some like the battles because you. ¿Where have left? más. I Love keeping all battles, su I can. Ripper, pesan casi make a LOT of my own colores. A for my Creative Design. hashtag uh. A ver si consigues hotel. Newline you ¿Miedo? Amor, turning green, eso que. Entonces green and the Blue, el oxígeno del trigo. </w:t>
      </w:r>
      <w:r>
        <w:br/>
      </w:r>
    </w:p>
    <w:p w14:paraId="2F2ECA0C" w14:textId="77777777" w:rsidR="00106640" w:rsidRDefault="00000000">
      <w:r>
        <w:t xml:space="preserve">A Miami, nosotros biggest other Space that here. No sé qué trabajas con para pensar. Bye bye ay. Eso ya es really look. To match. Laurence and I will always five back over it's just the Sting. ¿Ah, no you? desliga. I want. Sam Strings decide. Aneurysm Witham the World News. A 11 Hilton. O k ¿Vale? sí. Pero fueran. Ah, no me da si solo working on the other side en. </w:t>
      </w:r>
      <w:r>
        <w:br/>
      </w:r>
    </w:p>
    <w:p w14:paraId="3109EC67" w14:textId="77777777" w:rsidR="00106640" w:rsidRDefault="00000000">
      <w:r>
        <w:t xml:space="preserve">We are going to do a Hart other side show. ¿Ah Vic, Ah sí? A 5 minutos. Ya los. Con el micro Bluetooth en red. Ok so. Same concept has before. A menos Star with red. Amenaza a Mena droga a harmony like this and American Eagle Howard. Show and take my One called. Hard soulfly, this is some. ¿Netflix, no esto qué? Muchas canas, cabeza. Respectivo a Buenos Aires. O sea, nada de nada país hieres rauf. </w:t>
      </w:r>
      <w:r>
        <w:br/>
      </w:r>
    </w:p>
    <w:p w14:paraId="64BEEE2D" w14:textId="77777777" w:rsidR="00106640" w:rsidRDefault="00000000">
      <w:r>
        <w:t xml:space="preserve">De nada al ay. Amm no. I want a creer ya ¿Qué? orange. Busca la canción oh triberg. En San Spots que bigger than others for pan. ¿Espera, cambian mía? I'm painting over because. ¿Su red es darker and first subir OK The red Hood the first. Only Works angers obviously, pues hay que hacer blue. Viejas de Colors are. ¿A donde se? Spectrum, I'm. En blinko. Desde ese día en House Today, will be oK es una realidad negrillo. </w:t>
      </w:r>
      <w:r>
        <w:br/>
      </w:r>
    </w:p>
    <w:p w14:paraId="0BC42E7C" w14:textId="77777777" w:rsidR="00106640" w:rsidRDefault="00000000">
      <w:r>
        <w:t xml:space="preserve">¿And I really? cambridge. Esos son. Quiero verte uu. Me revuelve. Small girls edge. Bueno, tambn PowerPoint. Sí over the yellow and yellow Orange and Fine. Quiero tener. Generalmente son muy reales machin. Al menos lurgan news. Bien, sí, hay color es mi color, my blues. Blue and green springs and curves and red House Newlyweds. Espera buenas marful beat. Bueno, yo don't. No sé yo bueno. I like that like a. Son las tarifas de candy. Pues </w:t>
      </w:r>
      <w:r>
        <w:lastRenderedPageBreak/>
        <w:t xml:space="preserve">apúrate. O k? Han elegido a José. Ok Now, I am You working. Es buena. And Inside of the Heart. Andrés Orange. Sony, Ericsson Walking Dead. A ver. Bought dark witch is Crazy purple. </w:t>
      </w:r>
      <w:r>
        <w:br/>
      </w:r>
    </w:p>
    <w:p w14:paraId="00380160" w14:textId="77777777" w:rsidR="00106640" w:rsidRDefault="00000000">
      <w:r>
        <w:t xml:space="preserve">Ves, raza, bla, bla escaler no. Ah. I me sometimes I would like thanks. Mix de colores together, I don't really know what happened thatch. No es PA no ¿Right? Sobremanera Canarias. All the colors together. Luego provee. ¿O asumiendo diversidad o qué? Ellos, the wind, the Wind. Nexo sigue. Input here. Tiene 5. The Blind together es. Tu despliegue Big Bang theory venga town. No, pues me tributan. Así que cabello ¿Qué? En Bogotá. Me extenderla oh. ¿Eso es calor en mexicano es que no, que voy a hacer? Temo que nada. ¿Sabes, soy mixon? Morder more cuestion. </w:t>
      </w:r>
      <w:r>
        <w:br/>
      </w:r>
    </w:p>
    <w:p w14:paraId="7F99676F" w14:textId="77777777" w:rsidR="00106640" w:rsidRDefault="00000000">
      <w:r>
        <w:t xml:space="preserve">Keep the White. Ok shots, very good question because of people with Friends hot dog in the back light the backseat n work, my way up. Like this song, so called en. Energy this friend like this package this already here and the front light up to hear that way everything down has banned and then All Star ring the body. ¿En algo de sway? Ah you can. And if the colors start pleading colores bleach reading really bad then throw shampoo and right way en shampoo prevention. </w:t>
      </w:r>
      <w:r>
        <w:br/>
      </w:r>
    </w:p>
    <w:p w14:paraId="3B2209EF" w14:textId="77777777" w:rsidR="00106640" w:rsidRDefault="00000000">
      <w:r>
        <w:t xml:space="preserve">Stockings like it drops y Hugh the Spark Wilhelm. And naked. Ah so I do essentially the same thing when i think so i could i might be because pants are so white night champion hispanos first and then start my renting. If you do when you have to do it quickly and strategy. A Adoráis. Get everywhere. Ah, if you have to. You can always grave two houses en Youtube houses. My dog. ¿A before I diet? Ana, spray. </w:t>
      </w:r>
      <w:r>
        <w:br/>
      </w:r>
    </w:p>
    <w:p w14:paraId="23E3DA63" w14:textId="77777777" w:rsidR="00106640" w:rsidRDefault="00000000">
      <w:r>
        <w:t xml:space="preserve">¿And I will not that the who? fin. En I want my colors that so never ever. Pero fueran. Oki Grab Raspberry Pink is really dark Pink work with them of dark colors. Fenómeno Fields. Read Area en web START. Universidad de flamengo thais. Consuming Pink N. 3 literally light es ridículas. And I like. Twenty Minutes Tops. Ah hashtag the Side of the Systems and Danny time, twenty minutes bueno ¿Tú? Amenaza de nivel en completely. A hashtag shaw nauzet A. Because news gangbang you want that you again. There is no point. No son las órdenes de Orange. En la volteada. En Roland. Este señor ha venido fino. ¿Questions for memory Maker faire? ¿A wikipedia? bueno. </w:t>
      </w:r>
      <w:r>
        <w:br/>
      </w:r>
    </w:p>
    <w:p w14:paraId="773DC328" w14:textId="77777777" w:rsidR="00106640" w:rsidRDefault="00000000">
      <w:r>
        <w:t xml:space="preserve">O k questions? Ay tocks yes. De sus Windows. Es una manera. ¿Are you going to the same? No, por eso es que me digo, hay. Se we will be back in half hour with philly and the first time ever One of the Creative Commons Creative Group pryde ciudad so we will be back again, aksel. </w:t>
      </w:r>
      <w:r>
        <w:br/>
      </w:r>
    </w:p>
    <w:sectPr w:rsidR="0010664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C5AE0" w14:textId="77777777" w:rsidR="001C7B22" w:rsidRDefault="001C7B22">
      <w:pPr>
        <w:spacing w:after="0" w:line="240" w:lineRule="auto"/>
      </w:pPr>
      <w:r>
        <w:separator/>
      </w:r>
    </w:p>
  </w:endnote>
  <w:endnote w:type="continuationSeparator" w:id="0">
    <w:p w14:paraId="0EAE1815" w14:textId="77777777" w:rsidR="001C7B22" w:rsidRDefault="001C7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F2F1" w14:textId="77777777" w:rsidR="00106640" w:rsidRDefault="00000000">
    <w:pPr>
      <w:pStyle w:val="Footer"/>
      <w:jc w:val="center"/>
    </w:pPr>
    <w:r>
      <w:t xml:space="preserve">Page </w:t>
    </w:r>
    <w:r>
      <w:fldChar w:fldCharType="begin"/>
    </w:r>
    <w:r>
      <w:instrText>PAGE</w:instrText>
    </w:r>
    <w:r w:rsidR="00BE5984">
      <w:fldChar w:fldCharType="separate"/>
    </w:r>
    <w:r w:rsidR="00BE5984">
      <w:rPr>
        <w:noProof/>
      </w:rPr>
      <w:t>1</w:t>
    </w:r>
    <w:r>
      <w:fldChar w:fldCharType="end"/>
    </w:r>
    <w:r>
      <w:t>/</w:t>
    </w:r>
    <w:r>
      <w:fldChar w:fldCharType="begin"/>
    </w:r>
    <w:r>
      <w:instrText>NUMPAGES</w:instrText>
    </w:r>
    <w:r w:rsidR="00BE5984">
      <w:fldChar w:fldCharType="separate"/>
    </w:r>
    <w:r w:rsidR="00BE59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01088" w14:textId="77777777" w:rsidR="001C7B22" w:rsidRDefault="001C7B22">
      <w:pPr>
        <w:spacing w:after="0" w:line="240" w:lineRule="auto"/>
      </w:pPr>
      <w:r>
        <w:separator/>
      </w:r>
    </w:p>
  </w:footnote>
  <w:footnote w:type="continuationSeparator" w:id="0">
    <w:p w14:paraId="7655CC6B" w14:textId="77777777" w:rsidR="001C7B22" w:rsidRDefault="001C7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80948186">
    <w:abstractNumId w:val="8"/>
  </w:num>
  <w:num w:numId="2" w16cid:durableId="790435176">
    <w:abstractNumId w:val="6"/>
  </w:num>
  <w:num w:numId="3" w16cid:durableId="282660706">
    <w:abstractNumId w:val="5"/>
  </w:num>
  <w:num w:numId="4" w16cid:durableId="1914050020">
    <w:abstractNumId w:val="4"/>
  </w:num>
  <w:num w:numId="5" w16cid:durableId="597250045">
    <w:abstractNumId w:val="7"/>
  </w:num>
  <w:num w:numId="6" w16cid:durableId="369846627">
    <w:abstractNumId w:val="3"/>
  </w:num>
  <w:num w:numId="7" w16cid:durableId="40056346">
    <w:abstractNumId w:val="2"/>
  </w:num>
  <w:num w:numId="8" w16cid:durableId="175119305">
    <w:abstractNumId w:val="1"/>
  </w:num>
  <w:num w:numId="9" w16cid:durableId="1481846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640"/>
    <w:rsid w:val="0015074B"/>
    <w:rsid w:val="001C7B22"/>
    <w:rsid w:val="0029639D"/>
    <w:rsid w:val="00326F90"/>
    <w:rsid w:val="00AA1D8D"/>
    <w:rsid w:val="00B47730"/>
    <w:rsid w:val="00BE598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8EB981"/>
  <w14:defaultImageDpi w14:val="300"/>
  <w15:docId w15:val="{D5FB8ADF-C8F4-AE4C-8BD7-A7BDD89A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2023-04-17T20:16:00Z</dcterms:created>
  <dcterms:modified xsi:type="dcterms:W3CDTF">2023-04-17T20:16:00Z</dcterms:modified>
  <cp:category/>
</cp:coreProperties>
</file>