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F2D57" w14:textId="77777777" w:rsidR="00831160" w:rsidRDefault="00000000">
      <w:pPr>
        <w:pStyle w:val="Title"/>
      </w:pPr>
      <w:r>
        <w:t>Madeline Rothwell</w:t>
      </w:r>
    </w:p>
    <w:p w14:paraId="534B2C8F" w14:textId="77777777" w:rsidR="00831160" w:rsidRDefault="00000000">
      <w:r>
        <w:t xml:space="preserve">OK welcome to the second session of the Second Day with Madeline Rothwell. I'm actually really looking forward to this one by the way. Ok so we're going to get started first with Crazy Liberty and then we will jump right into some tie dyeing with Madeline. Hold on maybe and SEC. There we go. Good point. We did. Okay, Madeline. It's all of yours. Hi, I'm Madeline. And today we have Marty with us, Marty McFly. And so he has a dog show in like 2 months. It was supposed to be longer than that, but it's sooner. So we're just going to be tie dyeing his parts that are going to be shaved. </w:t>
      </w:r>
      <w:r>
        <w:br/>
      </w:r>
    </w:p>
    <w:p w14:paraId="05F94E82" w14:textId="77777777" w:rsidR="00831160" w:rsidRDefault="00000000">
      <w:r>
        <w:t xml:space="preserve">And so we're going to get started with just a few ideas and then we will. Oh, hang on. Sorry, it won't let me flip my camera. Try it again. Ok, there we go. Ok, so I am going to wrap his tail because we don't want any of this to be dyed. So I just put like a scrunchie on it and then like a rubber band on the end and then. Actually, I like, sorry. So what we're going to do is we're going to grab some Saran wrap and then we're going to take this and we're going to wrap it. So that way the Saran wrap doesn't fall off. I use Saran wrap because this stuff will bleed. </w:t>
      </w:r>
      <w:r>
        <w:br/>
      </w:r>
    </w:p>
    <w:p w14:paraId="48457B90" w14:textId="77777777" w:rsidR="00831160" w:rsidRDefault="00000000">
      <w:r>
        <w:t xml:space="preserve">If you get dye on this on the vet wrap, it'll bleed right through it and then you'll die your dog. Ok so I have my color set up here. I'm in the mix. I use mostly Avatar, but I am going to mix these two and these two today just because of the consistency. I don't. Crazy Liberty is a little thick and this little thin, so I'm mixing together and it's perfect. Also, don't be afraid to use something as a reference point. I almost always, even if it's something I've done a million times, I will still look at a reference point just so I make sure I know. </w:t>
      </w:r>
      <w:r>
        <w:br/>
      </w:r>
    </w:p>
    <w:p w14:paraId="2CA20ED7" w14:textId="77777777" w:rsidR="00831160" w:rsidRDefault="00000000">
      <w:r>
        <w:t xml:space="preserve">You know that I've I have something to look at because I'm really good at following a pattern, so we're going to do oranges and the yellows. As you can see, this is the table I use for hair dye. Ok. I'll mix those in a minute. So we're going to start with, I'm going to start, I'm going to go this way and then work my way down that way. </w:t>
      </w:r>
      <w:r>
        <w:br/>
      </w:r>
    </w:p>
    <w:p w14:paraId="60202B8A" w14:textId="77777777" w:rsidR="00831160" w:rsidRDefault="00000000">
      <w:r>
        <w:t xml:space="preserve">So we're going to start with Aqua. I have different types of brushes. I'm going to use something a little bit smaller for right now because I got to get in to the little spots. Sorry, that's my dog barking. Ok. So the pattern I want to do is we're going to. Can you hear me? Yeah, hold on a second. Somebody's having trouble with the with the video. Ok, is anyone besides Kayla having trouble with the video? Let's start there. Ok, then if this is this is an issue with her. So I'm going to go to message. And I will try to help troubleshoot. Ok. Do you want me to stay paused? No, no. Keep going. Ok. </w:t>
      </w:r>
      <w:r>
        <w:br/>
      </w:r>
    </w:p>
    <w:p w14:paraId="4D333A61" w14:textId="77777777" w:rsidR="00831160" w:rsidRDefault="00000000">
      <w:r>
        <w:lastRenderedPageBreak/>
        <w:t xml:space="preserve">I'm just going to cover my dog so he doesn't bark. Ok, so we're going to do a swirl pattern on this side. Start with something easy. If it's something you've never done before, I'm going to make the center of the swirl kind of like right here. I'm not dying his rosettes. So we're going to go like this, though, and we're going to go, That's going to be my swirl and we'll go from there so. Let me raise his head just a little bit. I like these bottles because they're super easy to just put on the dog, and sometimes I don't even need my paintbrush if I do it that way. </w:t>
      </w:r>
      <w:r>
        <w:br/>
      </w:r>
    </w:p>
    <w:p w14:paraId="41536EA2" w14:textId="77777777" w:rsidR="00831160" w:rsidRDefault="00000000">
      <w:r>
        <w:t xml:space="preserve">So we're just going to do just a light, a little thin swirl. And I did shave this area with A5 I don't like dying patterns any longer than A5 Sometimes I'll do a four, but I just feel like there's too much that can go wrong. See how his hair is kind of like already going like that. That's actually okay for what we're doing. And then we're going to do another swirl down here and then while I'm on the side, we're just going to go straight to this leg, we're going to do it the opposite way we're going to go okay so now the basis of tie dye is you want to think of stitching. </w:t>
      </w:r>
      <w:r>
        <w:br/>
      </w:r>
    </w:p>
    <w:p w14:paraId="38C81D0F" w14:textId="77777777" w:rsidR="00831160" w:rsidRDefault="00000000">
      <w:r>
        <w:t xml:space="preserve">So basically what I mean is you want everything to kind of like connect together. So I am going to show you this see how in this picture, see how they blend together, but they don't blend together, they just they go into themselves and you shouldn't have to worry about color bleeding together. Certain colors will mesh together, but for the most part you should be okay, so. We're going to do a little bit of these, just I'm going to go outwards. </w:t>
      </w:r>
      <w:r>
        <w:br/>
      </w:r>
    </w:p>
    <w:p w14:paraId="700FAAFA" w14:textId="77777777" w:rsidR="00831160" w:rsidRDefault="00000000">
      <w:r>
        <w:t xml:space="preserve">So everything on the outside of this will have the stitching this way. It's going to be random, does not have to be perfect. I've found that when you're dying a dog, the less you overthink it, the better it will turn out. So just do it and that helps a lot. We're going to go on the outside of this and then the outside of this one. Ok, so there's awkward. Now we're going to do tropical, which I grabbed the wrong one, so hopefully I have enough here. All right, I am going to. Actually should have done the stitching on the inside because of how it's doing this, but that is OK. </w:t>
      </w:r>
      <w:r>
        <w:br/>
      </w:r>
    </w:p>
    <w:p w14:paraId="241F338E" w14:textId="77777777" w:rsidR="00831160" w:rsidRDefault="00000000">
      <w:r>
        <w:t xml:space="preserve">We're going to do stitching on both sides. Hang on, because this is our center line, OK. So now we're going to take the next color. And where that stitches we're going to just kind of follow that stitch pattern. And if anyone has any questions at all while I'm doing this, please feel free to interrupt. I love answering questions. Actually I want a few to be a little bit bigger just so they can kind of go into the next color. And as we go out, we get a little bit bigger. So by the time I get to my last color, it should be pretty big. </w:t>
      </w:r>
      <w:r>
        <w:br/>
      </w:r>
    </w:p>
    <w:p w14:paraId="5C099671" w14:textId="77777777" w:rsidR="00831160" w:rsidRDefault="00000000">
      <w:r>
        <w:t xml:space="preserve">And I might not use all of the colors I have lined up. And I do this side Blues and pinks and greens, and then the other side yellows and oranges, because I love yellows and oranges and Reds. So now we're going to do that down here. So eventually these two lines will meet up this piece, You know, like they got that weird. They have the tendon there or bones. I kind of </w:t>
      </w:r>
      <w:r>
        <w:lastRenderedPageBreak/>
        <w:t xml:space="preserve">push it out so I can get the dye in there good. All right, add a few more stitches. Now we're going to grab the next one, which is going to be, this is lime green. Marty likes to pretend he's an accordion and fold in on himself all right, being a little bit more cautious, but not too much with the colors blending together. </w:t>
      </w:r>
      <w:r>
        <w:br/>
      </w:r>
    </w:p>
    <w:p w14:paraId="76DD4E4E" w14:textId="77777777" w:rsidR="00831160" w:rsidRDefault="00000000">
      <w:r>
        <w:t xml:space="preserve">I'm going to start getting a little bit bigger down here, but I do want to be conscientious of how big I am getting just because I need to save room for the other colors. And then when we get to the other side, we're going to do a pattern, either a heart or a star or something. I'm going to stretch this just since his skin is kind of. Add some of those lines and then down here and I totally forgot to do the front leg so I have to go back to that. All right, back to the front leg. </w:t>
      </w:r>
      <w:r>
        <w:br/>
      </w:r>
    </w:p>
    <w:p w14:paraId="2311FDB3" w14:textId="77777777" w:rsidR="00831160" w:rsidRDefault="00000000">
      <w:r>
        <w:t xml:space="preserve">I'm going to lift his leg up since he's scrunching his leg a little bit. All right, and I am doing the opposite. I'm owing on the outside here rather than the inside. All right. The nice thing about Tie day is it can be a little messy and it will look good. Ok, now moving on to our next color, which is purple. I should have plenty of room for all those other colors. </w:t>
      </w:r>
      <w:r>
        <w:br/>
      </w:r>
    </w:p>
    <w:p w14:paraId="043E7D25" w14:textId="77777777" w:rsidR="00831160" w:rsidRDefault="00000000">
      <w:r>
        <w:t xml:space="preserve">Ok, so. I'm going to try to follow. This part is bigger, so I'm going to go bigger on the purple. Get in there real good. I love tie dyeing because like, you don't have to do the whole dog for it to look good. You can just give them what we're doing right now. We're going to just give them some pants, basically leggings. All right, there's some. I did this on purpose right here, so we're going to try to get some of that purple down in there. </w:t>
      </w:r>
      <w:r>
        <w:br/>
      </w:r>
    </w:p>
    <w:p w14:paraId="6C53A1FF" w14:textId="77777777" w:rsidR="00831160" w:rsidRDefault="00000000">
      <w:r>
        <w:t xml:space="preserve">I'm going to stretch this piece out again, flatter this with some hair dye sweet essentially so if I was followed this way, it would kind of come up and around like this. I guess we could technically kind of like this once we get. I'll put the table down once I finish this and we'll go up and around on top of him. Again, I'm going to be, this is going to be a little bit bigger because this part is going to be in my smaller. </w:t>
      </w:r>
      <w:r>
        <w:br/>
      </w:r>
    </w:p>
    <w:p w14:paraId="5F7A9E42" w14:textId="77777777" w:rsidR="00831160" w:rsidRDefault="00000000">
      <w:r>
        <w:t xml:space="preserve">We're growing big from here. Essentially what I'll do is my last color will be on this outside that front leg. Make that extra big right there. Just because. Why not wrap around anyway, so it'll be OK, All right. No, we're going to do pink. We're going to do very pink. And then once you start doing this, like once you've done it once or twice, it's pretty easy. Like once you start going to figure it out you that's when you can start doing like designs like squares and you know, just kind of doing different patterns. I just picked a swirl because it is the easiest to follow for this side. </w:t>
      </w:r>
      <w:r>
        <w:br/>
      </w:r>
    </w:p>
    <w:p w14:paraId="7E163618" w14:textId="77777777" w:rsidR="00831160" w:rsidRDefault="00000000">
      <w:r>
        <w:t xml:space="preserve">Some pink up here. The question is not color related, but what are you using to hold your phone right now? I'm it's called a Fox Eye. It's from Foxy Roxy and it's just this. It's a phone </w:t>
      </w:r>
      <w:r>
        <w:lastRenderedPageBreak/>
        <w:t xml:space="preserve">holder that goes around your neck. Actually, i'll show you. I have a mirror right here so. As you see, you can see it just kind of goes around my neck and yeah, I just hold the IT holds the phone for me. </w:t>
      </w:r>
      <w:r>
        <w:br/>
      </w:r>
    </w:p>
    <w:p w14:paraId="35263B0B" w14:textId="77777777" w:rsidR="00831160" w:rsidRDefault="00000000">
      <w:r>
        <w:t xml:space="preserve">It's very nice. I'm going to make this a little bit bigger, OK? Front leg marty, this might be a little awkward to do with this. I might have to put on my paint brush, but we'll see. I'm going to make this really big so that way it can go around to the other side. I'm going to go around to the other side, twist his leg just a little bit, yeah, having a party cool. Ok, now I've got red. I'm going to pull my pink back. </w:t>
      </w:r>
      <w:r>
        <w:br/>
      </w:r>
    </w:p>
    <w:p w14:paraId="16B3E672" w14:textId="77777777" w:rsidR="00831160" w:rsidRDefault="00000000">
      <w:r>
        <w:t xml:space="preserve">I'm going to make another this stitch a little bit bigger alright, and I have two more colors after this one I'm going to do orange and then yellow, so that should be a perfect amount of space right there sweet alright, I'm going to do this one really small because i prefer orange and yellow. Orange is like my favorite color, so I want orange to be a little bit bigger than this red is going to be. I'm going to mix kind of go underneath that pink right there, let's give it less uniform. So I'm going to do this yellow and orange. So I'm just going to, since I have my red, I'm just going to do red right here. </w:t>
      </w:r>
      <w:r>
        <w:br/>
      </w:r>
    </w:p>
    <w:p w14:paraId="0E9C67E7" w14:textId="77777777" w:rsidR="00831160" w:rsidRDefault="00000000">
      <w:r>
        <w:t xml:space="preserve">Ok, And then front leg, we kind of lost our swirl here, so I'm going to try to do a new swirl like that. So I'm going to fill this in. And it's OK to overlap some of those colors because it will give it more. It'll kind of pull the colors together. All right. I'm going to leave the right over here just in case I need it again. Now I'm going to use this. </w:t>
      </w:r>
      <w:r>
        <w:br/>
      </w:r>
    </w:p>
    <w:p w14:paraId="214ABD25" w14:textId="77777777" w:rsidR="00831160" w:rsidRDefault="00000000">
      <w:r>
        <w:t xml:space="preserve">So this is my orange. I'm going to mix them together since I haven't mixed them yet. I'm sure you guys know me as having that colored poodle with the cords when I do her cords. I know some people have colored them with paint brushes and I just it's so tedious as to begin with. So I actually do a lot of my color like while I'm at the salon with just the bottles rather than putting them in the bowls and then. </w:t>
      </w:r>
      <w:r>
        <w:br/>
      </w:r>
    </w:p>
    <w:p w14:paraId="4B46FF12" w14:textId="77777777" w:rsidR="00831160" w:rsidRDefault="00000000">
      <w:r>
        <w:t xml:space="preserve">Getting my paint brush out and it's just so much less I have to wash and less steps I have to do to get ready for the hair dye when I just use the bottles. And then that way if there's wait, you know I don't waste anything either if I pull out too much. Okay, I just pulled some red and I kind of liked that. So we're going to going to put a little dab of red up here. And then all that will be yellow. </w:t>
      </w:r>
      <w:r>
        <w:br/>
      </w:r>
    </w:p>
    <w:p w14:paraId="7DB42C14" w14:textId="77777777" w:rsidR="00831160" w:rsidRDefault="00000000">
      <w:r>
        <w:t xml:space="preserve">So I will need to be really careful with the yellow and the blue because yellow is such a light color sometimes it does bleed into the next one and yellow and blue create green and I don't want green right there. So, but if it does do it, it's OK because it's tie dye and it's totally OK. I'm going to take some orange and just kind of throw it in here, all right. All of this is </w:t>
      </w:r>
      <w:r>
        <w:lastRenderedPageBreak/>
        <w:t xml:space="preserve">basically going to be yellow. So I'm going to make this huge right here and then we've got down here. </w:t>
      </w:r>
      <w:r>
        <w:br/>
      </w:r>
    </w:p>
    <w:p w14:paraId="040BF39B" w14:textId="77777777" w:rsidR="00831160" w:rsidRDefault="00000000">
      <w:r>
        <w:t xml:space="preserve">I'm not doing the inside of his legs, so right over here, try to get that cow look really good. Ok, I'm going to do what I do over there and I'm just going to, sorry, pulls them away, a little bit of orange. Ok, last color. So let's have some fun with the orange. Ok. I always have paper towels just chilling right here because you never know when you're going to need them. All right, now we have our two yellows. I'm going to mix together and what I'm going to do with these if I don't use all of them. I have some. I like these bottles because you can just screw the tops off and then I'll just pour whatever I have left in it. </w:t>
      </w:r>
      <w:r>
        <w:br/>
      </w:r>
    </w:p>
    <w:p w14:paraId="598D29FE" w14:textId="77777777" w:rsidR="00831160" w:rsidRDefault="00000000">
      <w:r>
        <w:t xml:space="preserve">I love keeping old bottles so I can repurpose them because I make a lot of my own colors. For my creative designs, when I compete, I actually really like these two colors mixed together. I'm just going to do this whole thing yellow. Ok, now we're going to do this little bit down here, yellow, and we're turning green. That's OK because I put green on the other side of the blue. It'll actually kind of look pretty cool. Alright, i am gonna switch to a bigger paintbrush once I get to the other spot. </w:t>
      </w:r>
      <w:r>
        <w:br/>
      </w:r>
    </w:p>
    <w:p w14:paraId="1790E751" w14:textId="77777777" w:rsidR="00831160" w:rsidRDefault="00000000">
      <w:r>
        <w:t xml:space="preserve">That's why I went back over here. I'm going to take a drop of orange, hold that up right there, Highlight. I'm just going to use this. All right. And so it doesn't really look too much. It looks kind of really blended together. But once I rinse it, and I will, after I rinse it, I am going to take a 5 back over it. It'll crisp all my lines up. </w:t>
      </w:r>
      <w:r>
        <w:br/>
      </w:r>
    </w:p>
    <w:p w14:paraId="2D06D370" w14:textId="77777777" w:rsidR="00831160" w:rsidRDefault="00000000">
      <w:r>
        <w:t xml:space="preserve">You'll see all the stitching once I rinse it. All right, now let's do this leg. I do want some stitching actually on this side and I know you see some white spots on him and that's okay. They won't, you won't be able to see them once he's all done okay. All right, sweet. Put your foot down. All right, now we have that side, so we're going to go to the other side and we are going to do a heart on the other side. So because let's see. I think what I'm going to do is I'm just going to do Reds, yellows, and then I might throw a blue in there and red. </w:t>
      </w:r>
      <w:r>
        <w:br/>
      </w:r>
    </w:p>
    <w:p w14:paraId="79EA2E53" w14:textId="77777777" w:rsidR="00831160" w:rsidRDefault="00000000">
      <w:r>
        <w:t xml:space="preserve">Ok, so same concept as before. I'm going to start with red, I'm going to have, I'm going to draw a heart, I'm going to do it like this and then we're going to go outwards and then also inwards though. So I'm going to take my one color. I'm actually really bad at drawing hearts. So hopefully this is somewhat symmetrical. And if it's not, it's OK we're just going to go with it. Okay, Let me put the table up a little tiny bit. </w:t>
      </w:r>
      <w:r>
        <w:br/>
      </w:r>
    </w:p>
    <w:p w14:paraId="280020A9" w14:textId="77777777" w:rsidR="00831160" w:rsidRDefault="00000000">
      <w:r>
        <w:t xml:space="preserve">So now that I have that base he is scrunching in on himself. We're going to add some stitching on the outside. I'm not going to add stitching on the inside because I want to actually be able to see the heart. I feel like if I do it, we'll lose it. Ok, I'm going to take my </w:t>
      </w:r>
      <w:r>
        <w:lastRenderedPageBreak/>
        <w:t xml:space="preserve">orange. We're just going to kind of go over it. </w:t>
      </w:r>
      <w:r>
        <w:br/>
      </w:r>
    </w:p>
    <w:p w14:paraId="27F1CCA3" w14:textId="77777777" w:rsidR="00831160" w:rsidRDefault="00000000">
      <w:r>
        <w:t xml:space="preserve">Since I'm only using these three colors, I'm going to do it retty big, and some spots can be bigger than others just for fun, so I come down here. So I am kind of just painting over it because the red is darker and I put it on 1st it should be OK. The red will hold the color first since that's what I put on 1st. It only works with some colors obviously because like I said the IT didn't work with the yellow and the blue, but because these colors are on the same. </w:t>
      </w:r>
      <w:r>
        <w:br/>
      </w:r>
    </w:p>
    <w:p w14:paraId="02444982" w14:textId="77777777" w:rsidR="00831160" w:rsidRDefault="00000000">
      <w:r>
        <w:t xml:space="preserve">Spectrum, I don't know what's called my brain is I'm having a mind blank. But this, they have the same hues to them. It'll be oK so now that I can do that, I'm going to put some stitching in this because I kind of lost it. Right now. We're going to do yellow, and I really am now going to get a bigger paintbrush. This one might be too big. It'll be OK. Woo, I'm going to do a little bit smaller here. Since we're at the edge, we're going to come down, follow this point. See, I went over the yellow, the. I mean the yellow over the orange, and it's fine. Get in there. </w:t>
      </w:r>
      <w:r>
        <w:br/>
      </w:r>
    </w:p>
    <w:p w14:paraId="10C4ADDC" w14:textId="77777777" w:rsidR="00831160" w:rsidRDefault="00000000">
      <w:r>
        <w:t xml:space="preserve">And then I'm going to take some more red. I'm actually going to take a different shade of red and I'm going to do it again. I'm going to use, you can see how I color, how I organize my color. I've got my Blues and Blues and greens, pinks and purples and then red hues. So we're going to do wine red. If I have one that's more full, that would be great, which I don't If I do, OK, Wine red. I like this because it's just kind of like a just more subtle some of as dark as the candy or as the apple red. Ok, I'm gonna do the whole thing. Okay, now what I am going to do. </w:t>
      </w:r>
      <w:r>
        <w:br/>
      </w:r>
    </w:p>
    <w:p w14:paraId="644E9C26" w14:textId="77777777" w:rsidR="00831160" w:rsidRDefault="00000000">
      <w:r>
        <w:t xml:space="preserve">We're going to switch it completely up. And I'm going to use purple, because why not on the inside of the heart, This is orange. Sorry, I have someone walking by the salon doors. All right. But we're going to take, we're going to get dark purple, which is crazy purple this love love this color, all right. I may sometimes. I might have gotten like a paintbrush for this right now, because I'm really trying not to mix the colors together. I don't really know what will happen if I if these two colors touch because this is so dark. They're both really dark colors, but I'd rather not find out. All right. So I'm going to kind of just pull the colors together. </w:t>
      </w:r>
      <w:r>
        <w:br/>
      </w:r>
    </w:p>
    <w:p w14:paraId="36C95CBC" w14:textId="77777777" w:rsidR="00831160" w:rsidRDefault="00000000">
      <w:r>
        <w:t xml:space="preserve">A little bit of purple right here. Oh, I just want my hand on the other side. Ok. I used the wine red, so we're going to go back to the wine red. Mix those together a little bit. There's some purple out here. Then I think what I'll do to blend these two together is do this pretty good. Big actually. Hang on, I'm going to go back to that because I need to put my table down, but so I'm going to do this first and then I'll put my table down. </w:t>
      </w:r>
      <w:r>
        <w:br/>
      </w:r>
    </w:p>
    <w:p w14:paraId="65F76698" w14:textId="77777777" w:rsidR="00831160" w:rsidRDefault="00000000">
      <w:r>
        <w:lastRenderedPageBreak/>
        <w:t xml:space="preserve">Let me take a drop a yellow. Ok i'm going to go back to yellow. Mixing together apparently. So these colors and mixing. So we're just going to go with it since we're at the bottom and we're going to purposely mix them a little bit more question, when rinsing the color out, how do you keep in keep from staining the white? Ok, so that's a very good question because a lot of people have issues with rinsing how I rinse a dog in color. Because I start with the back legs, the back feet, and I work my way up like this. </w:t>
      </w:r>
      <w:r>
        <w:br/>
      </w:r>
    </w:p>
    <w:p w14:paraId="5F27CE4D" w14:textId="77777777" w:rsidR="00831160" w:rsidRDefault="00000000">
      <w:r>
        <w:t xml:space="preserve">So if this is all colored and then I just keep going up and I do this front leg or this back leg like this all the way to here. And then I'm going to do the front leg up to here. That way everything down has been rinsed and then I'll start rinsing the body and I'll go this way. What you can do is I always have shampoo on hand. And if the color starts bleeding, certain colors bleed worse than others. </w:t>
      </w:r>
      <w:r>
        <w:br/>
      </w:r>
    </w:p>
    <w:p w14:paraId="15224E32" w14:textId="77777777" w:rsidR="00831160" w:rsidRDefault="00000000">
      <w:r>
        <w:t xml:space="preserve">If it starts bleeding really bad, then throw some shampoo on it right away and the shampoo will help prevent it from sticking. So like if I got a drop a huge drop of dye on this part while I'm coloring him, I just get some. I have some hypoallergenic shampoo on hand and I take it and I just put it on there and it prevents the color from sticking. So I do essentially the same thing. When I'm rinsing, so I could, I might because his palms are so white and he's being shown, I might put shampoo on his palms 1st and then start my rinsing. </w:t>
      </w:r>
      <w:r>
        <w:br/>
      </w:r>
    </w:p>
    <w:p w14:paraId="601E8F0E" w14:textId="77777777" w:rsidR="00831160" w:rsidRDefault="00000000">
      <w:r>
        <w:t xml:space="preserve">But if you do it when you rinse color, you have to do it quickly and strategically. Otherwise it just it can definitely get everywhere. If you have two tubs that are right next to each other, you can always grab 2 hoses and do 2 hoses. I also never condition my dog before I die it and I have like a spray conditioner that I put on as well. My dogs typically, and I will not do that either when I'm dying a dog. </w:t>
      </w:r>
      <w:r>
        <w:br/>
      </w:r>
    </w:p>
    <w:p w14:paraId="0F630373" w14:textId="77777777" w:rsidR="00831160" w:rsidRDefault="00000000">
      <w:r>
        <w:t xml:space="preserve">It prevents it from sticking and I want my colors to stick obviously. So never ever condition your dog. Where are you going? Do that. Put your foot down. Ok, I grabbed Raspberry pink. It's a really dark pink and works to go with the theme of dark colors. And I'm going to fill the rest of this rear area in with the star pink. Anyone's ever going to die of Flamingo, There's. Avatar makes a color called Flamingo pink and it is literally the exact color of a Flamingo. It's ridiculous and I'm only going to let this sit for like 20 minutes tops. </w:t>
      </w:r>
      <w:r>
        <w:br/>
      </w:r>
    </w:p>
    <w:p w14:paraId="648813D0" w14:textId="77777777" w:rsidR="00831160" w:rsidRDefault="00000000">
      <w:r>
        <w:t xml:space="preserve">As far as this side goes, this side's already been sitting, so as soon as I'm done then I'll time at 20 minutes. I'm actually going to do the rest in blue, and I didn't even prep him completely. I fluffed his rosettes out and that was it. Because I knew he was going to be getting wet again and I just didn't want to brush and comb all of his palms and then have to do it again. There's no point okay and this last little bit, I'm going to do Orange and that was bad. </w:t>
      </w:r>
      <w:r>
        <w:br/>
      </w:r>
    </w:p>
    <w:p w14:paraId="536D05E0" w14:textId="77777777" w:rsidR="00831160" w:rsidRDefault="00000000">
      <w:r>
        <w:lastRenderedPageBreak/>
        <w:t xml:space="preserve">And voila. Does anyone have any final questions for me or Marty McFly here? Right, we'll give it a minute for questions. There you go. Ok, Question is, do you use Avatar on client dogs? Yes, on every dog. Basically, this is a client dog. This is not my dog. Are you going to do the front leg the same? No, we're just gonna leave it white. So we will be back in a half hour with Patty Lee and for the first time ever on a the Creative Grooming Summits, we have cat grooming, Cat Creative Grooming. So pretty excited to see that. </w:t>
      </w:r>
      <w:r>
        <w:br/>
      </w:r>
    </w:p>
    <w:p w14:paraId="1887511F" w14:textId="77777777" w:rsidR="00831160" w:rsidRDefault="00000000">
      <w:r>
        <w:t xml:space="preserve">So we will be back again like I said in a half hour. </w:t>
      </w:r>
      <w:r>
        <w:br/>
      </w:r>
    </w:p>
    <w:sectPr w:rsidR="00831160"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228C8" w14:textId="77777777" w:rsidR="00DC31D8" w:rsidRDefault="00DC31D8">
      <w:pPr>
        <w:spacing w:after="0" w:line="240" w:lineRule="auto"/>
      </w:pPr>
      <w:r>
        <w:separator/>
      </w:r>
    </w:p>
  </w:endnote>
  <w:endnote w:type="continuationSeparator" w:id="0">
    <w:p w14:paraId="3A0A33C1" w14:textId="77777777" w:rsidR="00DC31D8" w:rsidRDefault="00DC3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03C2D" w14:textId="77777777" w:rsidR="00831160" w:rsidRDefault="00000000">
    <w:pPr>
      <w:pStyle w:val="Footer"/>
      <w:jc w:val="center"/>
    </w:pPr>
    <w:r>
      <w:t xml:space="preserve">Page </w:t>
    </w:r>
    <w:r>
      <w:fldChar w:fldCharType="begin"/>
    </w:r>
    <w:r>
      <w:instrText>PAGE</w:instrText>
    </w:r>
    <w:r w:rsidR="002C2099">
      <w:fldChar w:fldCharType="separate"/>
    </w:r>
    <w:r w:rsidR="002C2099">
      <w:rPr>
        <w:noProof/>
      </w:rPr>
      <w:t>1</w:t>
    </w:r>
    <w:r>
      <w:fldChar w:fldCharType="end"/>
    </w:r>
    <w:r>
      <w:t>/</w:t>
    </w:r>
    <w:r>
      <w:fldChar w:fldCharType="begin"/>
    </w:r>
    <w:r>
      <w:instrText>NUMPAGES</w:instrText>
    </w:r>
    <w:r w:rsidR="002C2099">
      <w:fldChar w:fldCharType="separate"/>
    </w:r>
    <w:r w:rsidR="002C209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EBCE3" w14:textId="77777777" w:rsidR="00DC31D8" w:rsidRDefault="00DC31D8">
      <w:pPr>
        <w:spacing w:after="0" w:line="240" w:lineRule="auto"/>
      </w:pPr>
      <w:r>
        <w:separator/>
      </w:r>
    </w:p>
  </w:footnote>
  <w:footnote w:type="continuationSeparator" w:id="0">
    <w:p w14:paraId="5153FF26" w14:textId="77777777" w:rsidR="00DC31D8" w:rsidRDefault="00DC31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06138956">
    <w:abstractNumId w:val="8"/>
  </w:num>
  <w:num w:numId="2" w16cid:durableId="472142972">
    <w:abstractNumId w:val="6"/>
  </w:num>
  <w:num w:numId="3" w16cid:durableId="1243947370">
    <w:abstractNumId w:val="5"/>
  </w:num>
  <w:num w:numId="4" w16cid:durableId="880828724">
    <w:abstractNumId w:val="4"/>
  </w:num>
  <w:num w:numId="5" w16cid:durableId="667100500">
    <w:abstractNumId w:val="7"/>
  </w:num>
  <w:num w:numId="6" w16cid:durableId="119762645">
    <w:abstractNumId w:val="3"/>
  </w:num>
  <w:num w:numId="7" w16cid:durableId="256600640">
    <w:abstractNumId w:val="2"/>
  </w:num>
  <w:num w:numId="8" w16cid:durableId="1093672529">
    <w:abstractNumId w:val="1"/>
  </w:num>
  <w:num w:numId="9" w16cid:durableId="503060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C2099"/>
    <w:rsid w:val="00326F90"/>
    <w:rsid w:val="00831160"/>
    <w:rsid w:val="00AA1D8D"/>
    <w:rsid w:val="00B47730"/>
    <w:rsid w:val="00CB0664"/>
    <w:rsid w:val="00DC31D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287BBA"/>
  <w14:defaultImageDpi w14:val="300"/>
  <w15:docId w15:val="{D5FB8ADF-C8F4-AE4C-8BD7-A7BDD89AB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3063</Words>
  <Characters>17461</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20484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2023-04-17T20:08:00Z</dcterms:created>
  <dcterms:modified xsi:type="dcterms:W3CDTF">2023-04-17T20:08:00Z</dcterms:modified>
  <cp:category/>
</cp:coreProperties>
</file>