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1A7BB" w14:textId="77777777" w:rsidR="00AE2132" w:rsidRDefault="00000000">
      <w:pPr>
        <w:pStyle w:val="Title"/>
      </w:pPr>
      <w:r>
        <w:t>Milena Kon</w:t>
      </w:r>
    </w:p>
    <w:p w14:paraId="0A2C9138" w14:textId="77777777" w:rsidR="00AE2132" w:rsidRDefault="00000000">
      <w:r>
        <w:t xml:space="preserve">A mi body Welcome to the Second workshop of the Creative gaming summit, the session is without first, we have a Word from space with his position shop. Keeping the time, this is the first workshop. Website or recordings to be a part in the day a most of the day. Hay everyone Welcome to. German Orgy with the USA we have the sunflower Phoenix. Thalia the Black Panther en ¿Watch? Newline the links to be something very special. Percent of Young Creative Twenty of CRTE OK Melanie Dolors. Haiga es waka waka ¿Saben? Alero, hay obesidad. Happy brownies despacio. </w:t>
      </w:r>
      <w:r>
        <w:br/>
      </w:r>
    </w:p>
    <w:p w14:paraId="6ACBD47A" w14:textId="77777777" w:rsidR="00AE2132" w:rsidRDefault="00000000">
      <w:r>
        <w:t xml:space="preserve">Endesa, 30 ahora show how to take that right round to share more funding to something that. Una vez a sometimes, you don't. Pero o sea. Hablen a little James Fletcher, el Customers Lovers. A de Subject Just Hope you game of Revenue Help you having a little more than with the rooms like. Bailar time. Piqué y Pau hacen chichi I can tell you that i think about it. Tú desvele quickly and TEN minutes rooms. Kitagawa eso. Ah, las START Having Fun de sus fantasias hashtag. Reglaje acá, mi casa y tú. </w:t>
      </w:r>
      <w:r>
        <w:br/>
      </w:r>
    </w:p>
    <w:p w14:paraId="28A342EF" w14:textId="77777777" w:rsidR="00AE2132" w:rsidRDefault="00000000">
      <w:r>
        <w:t xml:space="preserve">Yo me hice en agosto and saving all orders. Por computing in a Freestyle, o sea, what happens. Parasitosis, very Long years and this is a Perfect example of a tough yorki anything that anything. En Youtube Egeanna Show you right now going to. Gold table. De swing close to you. Stop to start there is a couple of things that we can have all that will help you with your room desalado different means and different products are my line. </w:t>
      </w:r>
      <w:r>
        <w:br/>
      </w:r>
    </w:p>
    <w:p w14:paraId="1A4B92FC" w14:textId="77777777" w:rsidR="00AE2132" w:rsidRDefault="00000000">
      <w:r>
        <w:t xml:space="preserve">¿So what's right now? ¿For example, you can you take it be enya type of Chopin, Bryan? Shaw, the way this Works just like cryin en. Sí que lo. El yo obedeceré. Cero balero. Pensé que brush. En Star Rush. That One way energía. Puedes igual que Calderón belonged to this all temporary but its you a little control, you want to the streets like a little girl. Here a little death. Eso es action number, One number two. Presente cáncer hace todo pene. De su One es just more of light. Todo de vueltas, como Word. </w:t>
      </w:r>
      <w:r>
        <w:br/>
      </w:r>
    </w:p>
    <w:p w14:paraId="60527DF3" w14:textId="77777777" w:rsidR="00AE2132" w:rsidRDefault="00000000">
      <w:r>
        <w:t xml:space="preserve">El sisen a consecuente color. Sí que lo es de swarthmore. ¿Dejaste, Paula? Exacto, intente. Tan decente y brush, así que sí, this are pastel. Desigual, something. More the dark moor dominante and the Beast in comezó but the path es. Falló defensa. ¿Con el dock de ayuda es algo informal, OK Son la que salió diferencia fuck you have the Church. En eso you, preferente o whatever that you. Puede ser los de streaming. Washington negó karls guantes la Bonnie to be a when we do Cross. </w:t>
      </w:r>
      <w:r>
        <w:br/>
      </w:r>
    </w:p>
    <w:p w14:paraId="57B6BA27" w14:textId="77777777" w:rsidR="00AE2132" w:rsidRDefault="00000000">
      <w:r>
        <w:lastRenderedPageBreak/>
        <w:t xml:space="preserve">Ah I like to use the smallest VI think this is One cuatro, one cutter inch. The mess. Mercedes, this One eres from Walmart, others nothing fancy, Nancy espacio es only One. A US One temperature, I have others that different temperature that you. Hay una like you something like this, the reason why I don't like something like this. Sticas DOGS don't have the manager that we have shown to use this i can do a couple of turns to this. However, they have small girl power to do with the One call. Bearing look like a Karl so that the reason why we don't want you something like this reason why wait smowing the Heart you get more Cross and more. </w:t>
      </w:r>
      <w:r>
        <w:br/>
      </w:r>
    </w:p>
    <w:p w14:paraId="18105312" w14:textId="77777777" w:rsidR="00AE2132" w:rsidRDefault="00000000">
      <w:r>
        <w:t xml:space="preserve">Verificar esa peli coaching. A Iron Man bien se bautizó a que solidez. Ah, en eso de. Zohan y que Fanny close to you, hashtag. Yo aquí, crítica. Newline está cronyn to do. Esa era light, spray a little Heart spray before through this way, the crowd goes Fast and take up fast son sexual. Enamora, estaá indeciso. Digas que sí o. Sombra, autobús All Star Rolling from the Battle. En la cárcel for your customers, you can do the top for only in Love fin. </w:t>
      </w:r>
      <w:r>
        <w:br/>
      </w:r>
    </w:p>
    <w:p w14:paraId="454F9867" w14:textId="77777777" w:rsidR="00AE2132" w:rsidRDefault="00000000">
      <w:r>
        <w:t xml:space="preserve">Papi cause we do have. The train to cover capriles. En oso web. I like to use the One that. Celeron, Geldo. ¿The rise of Wine es because this is your Heart keeps you wanna call that way? This is your hands of this way en casa need to hold the door. The Doors you have control over this is the One. You have to rap around the Heart that the only One because we need a treat this helps en o sea, si you can SEE I'm. </w:t>
      </w:r>
      <w:r>
        <w:br/>
      </w:r>
    </w:p>
    <w:p w14:paraId="19969078" w14:textId="77777777" w:rsidR="00AE2132" w:rsidRDefault="00000000">
      <w:r>
        <w:t xml:space="preserve">The reason why because i had my problem. Ay ni buscar already fans en that you want. ¿Fue la que hachi strange to say there viajaban a the dog you want to hold that thing? ¿O joda? Yo después de todo sentidos, en Lake o dos en lo que haré. Así que si alguien dudes a quien anclar, valeroso. Algete 9. El arroz absolutamente vital with One hashtag es decir, si usted mintiendo en Twitter. Son 3, me hice y sigue al lado you to. Si tú te dispares, madre pasó. Eres una arepa. Pero en you have the right tools de. </w:t>
      </w:r>
      <w:r>
        <w:br/>
      </w:r>
    </w:p>
    <w:p w14:paraId="40311865" w14:textId="77777777" w:rsidR="00AE2132" w:rsidRDefault="00000000">
      <w:r>
        <w:t xml:space="preserve">Newline grave. Mostrando fear the way Love with more than perfecta. Sí fue la liberación de su familia, tanto barriles lo que me eligió. En lluvia surprise antes. Los bimembre now Days bodies are the babys. So, whatever baby susana make really happy. ¿Era used for your Pictures online, fueron Facebook en Instagram? Nicolás, sin dinero. En because I am using Air Brush time for this. Ah. Training, a will Brooks later, or you can't before and that I want. </w:t>
      </w:r>
      <w:r>
        <w:br/>
      </w:r>
    </w:p>
    <w:p w14:paraId="3681BB80" w14:textId="77777777" w:rsidR="00AE2132" w:rsidRDefault="00000000">
      <w:r>
        <w:t xml:space="preserve">Examen Defense day que hoy hay muchas cuestiones ay. ¿Dónde estoy ¿I? Frente al pecho. Sí, la sube find you want anything over Four hundred because you see the smoke caminar. Hoy Young Person. ¿Manejé, are you wanna be to cold? Because I don't Sweat para usted, creepy. Exact, good, Range for temperature. ¿Para dónde ir de hardware continental? Ah, haré lo mejor para alcanzar y coches que mixture de don Stephen Grayburn enough ya. ¿Aires like in the flood so pretty right? Buena Maribel dejó ir lo que lo que tú tienes. ¿Qué </w:t>
      </w:r>
      <w:r>
        <w:lastRenderedPageBreak/>
        <w:t xml:space="preserve">piensan de Sade? ¿Yo quién sabe? Right yes. </w:t>
      </w:r>
      <w:r>
        <w:br/>
      </w:r>
    </w:p>
    <w:p w14:paraId="2A02EB0D" w14:textId="77777777" w:rsidR="00AE2132" w:rsidRDefault="00000000">
      <w:r>
        <w:t xml:space="preserve">Very pretty. En la cacería Washington Joaquín Dogaspé industry cuatro. Vivir pueblo. De Ginger is to make sure that you spray a little before. So why do the crow y Ashley takes after, el ajuste this One, which is human base para. 3-2 en lista, wipeout residuos. La others like glue. ¿Augura for you will that you want to block natural? Tiendas oxxo descienden de la luz, por mi competition presenta Defenders. En lugar de sus sagas servicio invitándole, color que. Antes tuve alarms llegadas que exija Friedman and that blocking. ¿Entonces se entiende? About that you fight. Newline 11 de. Entonces deja Youtube Procesales Crossings. La de 11 tarde. </w:t>
      </w:r>
      <w:r>
        <w:br/>
      </w:r>
    </w:p>
    <w:p w14:paraId="4D002B7C" w14:textId="77777777" w:rsidR="00AE2132" w:rsidRDefault="00000000">
      <w:r>
        <w:t xml:space="preserve">Soy el desmelena es Carolina Likes. Igual the Crown to beat the find want to be just here. ¿O en defenderse? Want to be nice and divine caso amix. Da su amix siempre. ¿He aquí va a mostrar dónde estáis? El tani hay sin Fanny, bye. Lasure, estudiar ya. Regalar dos bachiller. En hablar con reírse. Entonces debido May, Ah. Con la. Hola, estoy fija, customer, dejar Shore years. Layers and to here. La sociología download casual. Sobrina, Ezequiel o la CUP. ¿Very very cute, OK El duelo de fuertes. Los aromas voight. Pues duele. </w:t>
      </w:r>
      <w:r>
        <w:br/>
      </w:r>
    </w:p>
    <w:p w14:paraId="1A91251E" w14:textId="77777777" w:rsidR="00AE2132" w:rsidRDefault="00000000">
      <w:r>
        <w:t xml:space="preserve">Para ayudaste you no. Va más perdón y no recibo Banco de néctar entonces ah, eso es falso. Era así que sí, because i override the color that 11 the pro. Ah. ¿Te volverías? Guau y para dejar over the heavy taller. Así que sí ¿Qué? Bueno, clarita sol satse you. Voy you can. Ver the way dragones duet day. ¿When IO speaking about what to do? Baby ha sido. ¿Ah Youtube colores, like purple o paint? Va a tener sueño normal Ángeles good, the way in the strain and rainbow for youth day. Dárselo día largo. Llegas a Erik. Cuestión de chucky, cuestión de Watson. Estoy averiguación, terminó. De fútbol we want to the Rush. Mira esto porque. Es color willaq. </w:t>
      </w:r>
      <w:r>
        <w:br/>
      </w:r>
    </w:p>
    <w:p w14:paraId="4D49A70C" w14:textId="77777777" w:rsidR="00AE2132" w:rsidRDefault="00000000">
      <w:r>
        <w:t xml:space="preserve">Lo diferencian de adheridos de todo hashtag is a very like Princess sociedad match. Parecía adopta la Cruz Roja. La docta Love to rock the face. O el hello. Fausto Enfermedad y Malala Sosúa, Ay, Papi, te dicho Friday. Parecía hasta Maryland, Kenny. ¿Y si salen de aquí hasta week elevó Star Platinum entonces como copyright? Cepillos very strong. Mi ubican castigable. En darles voz de airborne. Gracias lore. Solo aquí religión high DAS moir estuvo Library. </w:t>
      </w:r>
      <w:r>
        <w:br/>
      </w:r>
    </w:p>
    <w:p w14:paraId="1D9A4536" w14:textId="77777777" w:rsidR="00AE2132" w:rsidRDefault="00000000">
      <w:r>
        <w:t xml:space="preserve">Señor, have to have so much longer that you doing the mother you. Ah, que bueno. Están y no surprises Britain. Oh, es un hecho hipoteca, es. Felipe en youtube publico. Newline is we do for some reason. With you might be Perfect but we wanna make sure you should you do things. Y no. Tarjeta extra. Usted soy Cupido, la quijada dos. Soy fea, ahí están saturados con él. Ah, pero asphalt. Es you don't have any Hope because Move that Star and dogs that. Usted necesita un verdadero limpio Whatsapp con el padre. En bailén, los del Blooming </w:t>
      </w:r>
      <w:r>
        <w:lastRenderedPageBreak/>
        <w:t xml:space="preserve">somos de Maryland. </w:t>
      </w:r>
      <w:r>
        <w:br/>
      </w:r>
    </w:p>
    <w:p w14:paraId="425DF7E4" w14:textId="77777777" w:rsidR="00AE2132" w:rsidRDefault="00000000">
      <w:r>
        <w:t xml:space="preserve">En mi país leer, hashtag doughboy no your clients no dogs. Gente cree en tu snap. Das matín wedding al árbitro, My God a por dogs no really the dogs are the other dogs. Enough esto no with dogs are done with dogs. Dasha you. Dar mayor placer dash you. No, güey dueño. Y no bajar a. Prefieren chakram desdobles de Breaking, the Dogger, Fredricksen, Moonlight o Whatever. Bromas, te da mucho, espero. ¿Newline transformation dices something? Salvo que me hice doble sobre. Entonces fuiste un poco caros. Yazgo Cross. Son Times, the prostate que me hagan intimidad. Vale, anda you want, no sale nada. Ninguno lower. Ah, lo que está britannic danny. </w:t>
      </w:r>
      <w:r>
        <w:br/>
      </w:r>
    </w:p>
    <w:p w14:paraId="29FBC66A" w14:textId="77777777" w:rsidR="00AE2132" w:rsidRDefault="00000000">
      <w:r>
        <w:t xml:space="preserve">Chilaquiles pensando que yo usaba. Los británicos y los bloquee. Las suele road. Entonces for her. ¿Es eso? Es bueno escoger. At spade this is watching you. Lágrimas de sebo. Y las mamitas dejen. No silverline, florindo es verdad, feliz. O si normalmente. Pinche loca. En Upenn Dudes, Tu deseo, atwell. Ah nah. Deseaba siguamos septiembre. ¿Un Escudero, fraude, museo o the world? Eli de Youtube dos. No, que vamos, Tánger Grosso y ciudades. Amigo Iván Air rushing mixturas. O de cuestionable no de cuestiones. Nervios latino, o sea. Una de las marquesinas. Película El seis veinticinco. Ahora vivo en Madrid. ¿Sonya Wanna? Pues en Euromed Statehood state. </w:t>
      </w:r>
      <w:r>
        <w:br/>
      </w:r>
    </w:p>
    <w:p w14:paraId="3AF78927" w14:textId="77777777" w:rsidR="00AE2132" w:rsidRDefault="00000000">
      <w:r>
        <w:t xml:space="preserve">Bye finkin gerson Baby. 1 somebody, hojas muy esperanza we do we can avoid making dos mistakes. ¿Cómo está? no. Así que sí, ahora no. Cuando Times verano Halloween. Cuánto time right Now, Mary. ¿Mery, What's the time right Now? Tuve que estar feliz. Ay lo que te queme la purificarlo. O k? Sony think about you right now es mixture a little more Friends so the girls don't fall for. Pero bueno te. </w:t>
      </w:r>
      <w:r>
        <w:br/>
      </w:r>
    </w:p>
    <w:p w14:paraId="4555834C" w14:textId="77777777" w:rsidR="00AE2132" w:rsidRDefault="00000000">
      <w:r>
        <w:t xml:space="preserve">Ah. Newline que su. Nala estúpido Microsoft Spain, no. Voy a salir el dinero de monje spray oye. Despiértame final, martes. Problemas resueltos, claro. Oye Sara. All right now we are ready. ¿We are ready were ready? We are ready. Por son connery. Ok sorprendes Benny. 6-8 meses está el desarme airbags. ¿So what I'm going to the light colors? Sí, guau en tu fiesta molestar. Baby from here to the House. </w:t>
      </w:r>
      <w:r>
        <w:br/>
      </w:r>
    </w:p>
    <w:p w14:paraId="7C9AC430" w14:textId="77777777" w:rsidR="00AE2132" w:rsidRDefault="00000000">
      <w:r>
        <w:t xml:space="preserve">Espabila y va por tu like número. De búfalo en el balcón blue. Él devolvió a Leroy Merlin en Whitwell, pero yellow. En maybe One two, three Four five y fue absoluto. Orange Nassau. Dawn of my mcgwire. O k? Son ganas start a used with the Page, will start Inna. Guarda like to have also al archivo, hashtag him the brush is, very simple with the Stars, nothing else. I use other just with the Air Brush has to be clean after each House because it is really think about the Bush. </w:t>
      </w:r>
      <w:r>
        <w:br/>
      </w:r>
    </w:p>
    <w:p w14:paraId="58654D83" w14:textId="77777777" w:rsidR="00AE2132" w:rsidRDefault="00000000">
      <w:r>
        <w:lastRenderedPageBreak/>
        <w:t xml:space="preserve">En construir su what happens that little time in hall, the something that the air hashtag Flow, and the problem es, Ah es, nada de edge of the work that this has to be completely clean. In order for them to go through. O, k verdad? Something that I have oso videos on my Facebook y fijas OneNote y no clean the brush that de sus vídeos de happy parte propiedad going from Spain to people and the Blue I don't cleaner from pain to purple and the cleaner from purple to blue o from green to yellow thawne backwards, I don't have to clean from yellow green, because there is yellow. </w:t>
      </w:r>
      <w:r>
        <w:br/>
      </w:r>
    </w:p>
    <w:p w14:paraId="415B7FF8" w14:textId="77777777" w:rsidR="00AE2132" w:rsidRDefault="00000000">
      <w:r>
        <w:t xml:space="preserve">In the green shoe el software then i get to the Orange, I don't have to clean the yellow because the yellow in Orange OK se da something de hightower a Wales, going to work and Watch You don't go. Derechos de Skype. En a nadie tiene Love you SIS Wheels. O que describe best friend because with pieces gonna help you really quickly and things are temporary you go. En el área de. Recoger en wipe en EU Vitoria. </w:t>
      </w:r>
      <w:r>
        <w:br/>
      </w:r>
    </w:p>
    <w:p w14:paraId="6E491DB7" w14:textId="77777777" w:rsidR="00AE2132" w:rsidRDefault="00000000">
      <w:r>
        <w:t xml:space="preserve">Su gusta whitey. Ahorita tengmalm hablar en Miradero, pero en justo cover that little Johnny damage. En Detengáis Rushing, Estais browsing is all about leer. ¿Some you doing Something? Es all about Lakers. Es nada Bourne, cuerpazo. Instituto Lakers en whether to give you the other inglés darker and darker than people fight Springer en C wellness damage to fast OK finito al lado. Some time for the first Layer. Su drive and then you can continue with the Second LIFE. </w:t>
      </w:r>
      <w:r>
        <w:br/>
      </w:r>
    </w:p>
    <w:p w14:paraId="0605E068" w14:textId="77777777" w:rsidR="00AE2132" w:rsidRDefault="00000000">
      <w:r>
        <w:t xml:space="preserve">Valdemorillo, the Darkness. Él dice QR De la nave aérea that have the crowds aquellos that the brush and brush just like i did with the Chuck n. Bambi United Brands dos en zona Bravo soy una negra humanas y culturales brush dos. Soy unir roxburgh. ¿Entonces deben? Daniel, debemos herencias espérame. Estación que decían just craving. Y sin grave daño a la gente. Dicen por eran. Soy un yohannes Morales, el protector. Other área de wanted to be the same color, the color. Yo tengo gente en Wifi. </w:t>
      </w:r>
      <w:r>
        <w:br/>
      </w:r>
    </w:p>
    <w:p w14:paraId="2A7EB10D" w14:textId="77777777" w:rsidR="00AE2132" w:rsidRDefault="00000000">
      <w:r>
        <w:t xml:space="preserve">Yo saqué una wynans actitudes. Sorpresa y pipí grítale. Todas te piden. I don't have much Love. Ryan going to the purple One I don't have to. ¿Se acabó changing The Wifi o qué? La clase de arte en París ordenar a sunset Drive, South Drive. A deron robo a fronterizo headshot right. En el sur. De la articulación the robot en tus sanguíneos. ¿Era este, no? Ah, si no hay todos en ropa. </w:t>
      </w:r>
      <w:r>
        <w:br/>
      </w:r>
    </w:p>
    <w:p w14:paraId="595B0D33" w14:textId="77777777" w:rsidR="00AE2132" w:rsidRDefault="00000000">
      <w:r>
        <w:t xml:space="preserve">¿Ah, son así? ¿Letra, qué software contingente Paint? Vamos a ver, voy de purple. ¿Subiste en Girl? Para Polo color sí. En el proximo que envía El Arcángel the only thing I see about thing is that you know what to. En andoáin zona, sino Germán exclusivo. ¿Es lluvia larga? No sé. Salida, dislike sofá. ¿Me están viendo llegar están you can do? sí. No me entiendas mal, emitimos barcelona military. Puedes venir por ahí, puesto que queremos salir. Aprendiendo aquí. A ver, hubo cansina with the blues hasta en next color. Any question guys, don't say. </w:t>
      </w:r>
      <w:r>
        <w:lastRenderedPageBreak/>
        <w:t xml:space="preserve">Así everything you Want hazme. </w:t>
      </w:r>
      <w:r>
        <w:br/>
      </w:r>
    </w:p>
    <w:p w14:paraId="15163053" w14:textId="77777777" w:rsidR="00AE2132" w:rsidRDefault="00000000">
      <w:r>
        <w:t xml:space="preserve">Decís your chance to Ask me. Newline, Nathan Cover. So am going for people to Blue i do have to clean it. O k how you have? questions. Ok so back to whatever your preference the problem with. Chrome casi les queda, por ejemplo. Y Powershot guano de Cross the Problem es thought to be brush. Soy figona ideas. Ángeles have to brush background, so it's gonna have to be cruel de against the world is heard IT. </w:t>
      </w:r>
      <w:r>
        <w:br/>
      </w:r>
    </w:p>
    <w:p w14:paraId="0F48AEFB" w14:textId="77777777" w:rsidR="00AE2132" w:rsidRDefault="00000000">
      <w:r>
        <w:t xml:space="preserve">Pareces choque casi Scrolls like that is not a flat Surface the weeknd brush en el go back to the girl, something about you think first and then I would work and just eat Group the area, en Carolyn Michaels, and this way because I'm doing different colors. I'm doing more less like, for example. This girl has two towns hashtag purple. Sodastream One. And then olviden two towns. You can do the colony first and then the Cross. Ah paredes, que es because I'm duelen, Ah. Anduve a cabo calor. </w:t>
      </w:r>
      <w:r>
        <w:br/>
      </w:r>
    </w:p>
    <w:p w14:paraId="726D89F4" w14:textId="77777777" w:rsidR="00AE2132" w:rsidRDefault="00000000">
      <w:r>
        <w:t xml:space="preserve">Dar servicio. En la localidad because of the intent of the training, wanted to show you the evening with you can still craftear and something very cool. Sobre todo cenar con mi salud serie don Juan. Ok sangría, mira mi pichu. Chu Chu. ¿Sabes si España en su lugar estará happy wheels? Vender en la mina. ¿Hay sporting? En Three. Bye power to penis. Hago mesure that I. En Guadalquivir, lunes. Los dejaste de venir por TI, Bueninterés Bryan. </w:t>
      </w:r>
      <w:r>
        <w:br/>
      </w:r>
    </w:p>
    <w:p w14:paraId="6F524D60" w14:textId="77777777" w:rsidR="00AE2132" w:rsidRDefault="00000000">
      <w:r>
        <w:t xml:space="preserve">Esto estoy suceder el drive. Solo acabo tu pene, mi cosa más buena de colores. Por section. Ay, don Ariel, Colombia. Y ponía. Duele la. En el de right to the edge sol fue Kennedy. ¿Pero si usted me va para el calor? Soy Virgen y puro, craftear en you want a quick collar. Amex SURE You whatever Brush. ¿Because your Ah facilitate your you it's just so ¿Why? Enlaces Messi. El elysee practices that Benigno. Mira Siri. Para ti, que sí viven coloring here. Es very. Zaira es la que es rainbow Design. Lugar son colectivos. Me gustó la de happening to be. El cutlass Alain Delon Thing. </w:t>
      </w:r>
      <w:r>
        <w:br/>
      </w:r>
    </w:p>
    <w:p w14:paraId="436F3FE8" w14:textId="77777777" w:rsidR="00AE2132" w:rsidRDefault="00000000">
      <w:r>
        <w:t xml:space="preserve">The little extra, digo, lesbianas y la envidia de nadie. Sí eres luminosa. The Doors Patterson. Es que tenga weekend do to regular dogs to make them see all special. Cuidado Javi. Escucharla Stream. El amor, wisin, wisin, because. ¿Das the best? Ok les comento, Brittany. Dany Love diciembre. Salir Love, Fanny. ¿Eres español? Desinstalar acá. Edificador model oso ehh. Very cuenta. ¿Así que sí, igual con nadie y tú something? En la escucha mensual Fanny. A ver su bikini no. </w:t>
      </w:r>
      <w:r>
        <w:br/>
      </w:r>
    </w:p>
    <w:p w14:paraId="1DF36DA4" w14:textId="77777777" w:rsidR="00AE2132" w:rsidRDefault="00000000">
      <w:r>
        <w:t xml:space="preserve">Newline the wanted to make sure all the colors are defined the alternate mix. Ok Bernard Mix falls newline. Powell dueño. Diálogo, enano. Está bien. Sí, hoy me siento un fraude. Ya lo propio. El icóno through the mob, dice hoy papá. 2 años participo para. Creo que es lo que </w:t>
      </w:r>
      <w:r>
        <w:lastRenderedPageBreak/>
        <w:t xml:space="preserve">pedí en México, el prefectura yo creo en facebook es por free. El tipo anagrafe, hashtag Service Don't you. ¿Soy gas natural? Es por el spray de Nathan. </w:t>
      </w:r>
      <w:r>
        <w:br/>
      </w:r>
    </w:p>
    <w:p w14:paraId="1EC1F590" w14:textId="77777777" w:rsidR="00AE2132" w:rsidRDefault="00000000">
      <w:r>
        <w:t xml:space="preserve">O si techo es una garantía you hashtag, hosting thanks. ¿Aquí porque no estabas? Para ayudar a todos cuidar a todos. Ya soy yourself ¿Tú? Bueno, yo le respondí, he visto en I wanna ya. Tuve que hacer 3 rainbow. Tu vehículo nada. A obviedad. Pero está un niño. ¿Agradecer Ah te solares phone? ¿Te tinca with you? R we are the loft. Ok solo es tener here. Después de ya lo que we have a question. </w:t>
      </w:r>
      <w:r>
        <w:br/>
      </w:r>
    </w:p>
    <w:p w14:paraId="11F645A5" w14:textId="77777777" w:rsidR="00AE2132" w:rsidRDefault="00000000">
      <w:r>
        <w:t xml:space="preserve">Ok so many quitar en Min. Soy de Santidad, por ejemplo. Sí, ya sé luchar. En el taxi One hour to Brighton. En tu desees en everything will take you need to say twenty minutes fifteen minutes. Twenty dollars the reason was because what your charging is the same. Exactamente igual a Church. For your time soy if you are taking a thirty minutes away from another Group, the post fifty dollars the whatever you doing things, we work the five hours that should change. </w:t>
      </w:r>
      <w:r>
        <w:br/>
      </w:r>
    </w:p>
    <w:p w14:paraId="2FDA847D" w14:textId="77777777" w:rsidR="00AE2132" w:rsidRDefault="00000000">
      <w:r>
        <w:t xml:space="preserve">¿Soy F One for One Hour hundred Dollars but What's? Would then in chargé to hundred dollars. Ya sabes. Ok Zona Weak Orange. ¿Esta es la que sé yo quién? Yo quieran, hashtag bring Revenue. Mucho a él. Lo voy a mostrar with the rainbow colors sube. El hay un. Check out. Cómo es el que yo diga diga, es para un efectivo el. Austin, the Church in My bed mi sonrisa es mia picture of my breath you my nap hashtag vivo María cine, pero no Wellington. </w:t>
      </w:r>
      <w:r>
        <w:br/>
      </w:r>
    </w:p>
    <w:p w14:paraId="6D197611" w14:textId="77777777" w:rsidR="00AE2132" w:rsidRDefault="00000000">
      <w:r>
        <w:t xml:space="preserve">Emitting cause mitin de you for your Business House. O k? sobre. Bimbo Cruz. ¿Qué te han hecho en la refri? Dani, si usa que Princess. ¿Right now? Muy impuro. Sí, Danny champigny está para Seattle. ¿A dónde? ¿Yo puedo hablar de historia? Si usted boludes, así que así son, viven y pagan. Working on her back design Style. ¿Yo te vas de culo de perro? You Tell me. Debe closet yeah. The Cámara, quién pick up the Greater you Tell me the pickup. ¿En duradero pero el clero es here? En buenos que me tuvieras que we do we can do that plays to make more. </w:t>
      </w:r>
      <w:r>
        <w:br/>
      </w:r>
    </w:p>
    <w:p w14:paraId="04D34F09" w14:textId="77777777" w:rsidR="00AE2132" w:rsidRDefault="00000000">
      <w:r>
        <w:t xml:space="preserve">Te quiero, i think that you from. Eres my Brand Everything's join you guys on my website is my Brand. De apoyo de headline, is also my website MHz is on my website also in my website that is on my website. Everything you guys so today, my website. Ahora no es you can type the meridian que botica COM have questions regarding the product, with the wanted to show you what i use what i do my personal clients. Por sus leyendas, aunque diga así. Dar algo view ya. Ok solange are some herblain ok, this is very easy to you. Y campesina package this. ¿Antes escleróticas que Charles Fort Point the customer dos online voz kids can you want really very simple each One has a little too and what we do you want to three </w:t>
      </w:r>
      <w:r>
        <w:lastRenderedPageBreak/>
        <w:t xml:space="preserve">Four five? En es la que a little night so what we do is that we gonna break there. </w:t>
      </w:r>
      <w:r>
        <w:br/>
      </w:r>
    </w:p>
    <w:p w14:paraId="398BAC44" w14:textId="77777777" w:rsidR="00AE2132" w:rsidRDefault="00000000">
      <w:r>
        <w:t xml:space="preserve">Google, Craftear. ¿What I am gonna put? The Heart truth de Niro. O k venderán slim? Del Aero Flower en breaux anda. ¿Venderlo, ayuda es can you like the prowler? Yo kreo de gergen. Lo que te hagas es una pretty. En mi lista hay que eso es algo estafa y. Solo estuvo en la aduana. O sea, la High School. ¿Entonces only you want you again? Se quedaba, you, Ken follet background. Energy used because you dale Robert Banyon the BAD. Soy hospital hermanas, wow. </w:t>
      </w:r>
      <w:r>
        <w:br/>
      </w:r>
    </w:p>
    <w:p w14:paraId="3E5C75AF" w14:textId="77777777" w:rsidR="00AE2132" w:rsidRDefault="00000000">
      <w:r>
        <w:t xml:space="preserve">Son de ese culito. From that you can add to your rooms ¿Quieres? Lo que la prioridad es. Amanda es digital son twenty colony, Carolina listo, the Blind estás con el visto pretty for your client. ¿El chiste? ¿Suena the One right here? En the more you Brave. The better is gonna stay there was remember it is rubbing. Se figona. Estudiaré lo que pide. You can you more for the sake of the training and the process es. Obscuridad, Mari Pau duele todo cliente a Woody, graven, a little more. So when they shake IT Don't come. </w:t>
      </w:r>
      <w:r>
        <w:br/>
      </w:r>
    </w:p>
    <w:p w14:paraId="7C1B9143" w14:textId="77777777" w:rsidR="00AE2132" w:rsidRDefault="00000000">
      <w:r>
        <w:t xml:space="preserve">Esta cifra, el Live. La idea es buena. Match n. En Michoacán. El Instituto. Te cajear is gonna be a little harder to get through the impossible pawnee tweet cuatro fue. Soy USB de poncho fire with your fingers. Lo que te haga es. You to me. Chao, mi vecina. Lo que ves aquí. And we have One more week week. ¿Comer vivo fruta? Súper, súper Cute. 72 en comprimido. Responde pregunta. En walla. Artigas, like this One. El yoshiko pakistaní the capture of the girls. Are happening. Are here. El 21 es free when you go back. En Kroll Leather. Ay, cuestion es. Ok la caserío dependan de activity of the Dog for Health, Disculpable, las ausencias, the night. </w:t>
      </w:r>
      <w:r>
        <w:br/>
      </w:r>
    </w:p>
    <w:p w14:paraId="48A0BD9C" w14:textId="77777777" w:rsidR="00AE2132" w:rsidRDefault="00000000">
      <w:r>
        <w:t xml:space="preserve">¿Ah, es Gaby Moreno, Baby? Ah, te como. De ese ser que texture. Email look like this. Y si hashtag baby. ¿Soy my look like that, entonces oso Fanny, with the Asian fusión? ¿Ah, no? O más, this is her para igual look like that girl instead of my baby instead of all. Parece ajena, hagan el asado de Navidad because just calling the heartbreak spray and dogs you. En 1 de Shakira no lo Days good to have a little Heart springer. So when you get the customer Alicia through the way juca. Ay, pues, de Zapala europea. La idea es lo que has hecho. </w:t>
      </w:r>
      <w:r>
        <w:br/>
      </w:r>
    </w:p>
    <w:p w14:paraId="5996F6B1" w14:textId="77777777" w:rsidR="00AE2132" w:rsidRDefault="00000000">
      <w:r>
        <w:t xml:space="preserve">Latin POP. ¿O the One Star? ¿De te voy a hacer you take your online the way de quemado? Es lo que da. Soy estresante, simple y sin obligación fue. Tirar One, que yo estaba fantasía. En hablar con wither. Que sean something that is very simple like this looks adorable James and also I wish you all because I still. Sí, ese número happy the ground you. David Campillo, Roosendaal maker stand up from everybody else. </w:t>
      </w:r>
      <w:r>
        <w:br/>
      </w:r>
    </w:p>
    <w:p w14:paraId="0F82C928" w14:textId="77777777" w:rsidR="00AE2132" w:rsidRDefault="00000000">
      <w:r>
        <w:lastRenderedPageBreak/>
        <w:t xml:space="preserve">Newline existen latinas dejó Mahou training motivation en Mahou training. ¿Ah Mary that is it you stand up from the crowd? Tipo gonnord. Because your different if you want to the same thing that all the shops around you all the movies around you are doing that nobody difference in your services. Soy kids. Tú something different people would. Da asco of make you can't stand for. También Fanny. ¿Sí, soy mandón, no me crees? Ay, no como culpable, no comes The Beatles. </w:t>
      </w:r>
      <w:r>
        <w:br/>
      </w:r>
    </w:p>
    <w:p w14:paraId="276BC9BE" w14:textId="77777777" w:rsidR="00AE2132" w:rsidRDefault="00000000">
      <w:r>
        <w:t xml:space="preserve">Alright, Anymore Questions, Guys. ¿Año where? Otros autores, Wayne. Ah, bueno, anyway. They first the first of a recording is already at the website, i am going to. Stop this recording. </w:t>
      </w:r>
      <w:r>
        <w:br/>
      </w:r>
    </w:p>
    <w:sectPr w:rsidR="00AE2132"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8E7C0" w14:textId="77777777" w:rsidR="00D74C09" w:rsidRDefault="00D74C09">
      <w:pPr>
        <w:spacing w:after="0" w:line="240" w:lineRule="auto"/>
      </w:pPr>
      <w:r>
        <w:separator/>
      </w:r>
    </w:p>
  </w:endnote>
  <w:endnote w:type="continuationSeparator" w:id="0">
    <w:p w14:paraId="2168180A" w14:textId="77777777" w:rsidR="00D74C09" w:rsidRDefault="00D74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32F9A" w14:textId="77777777" w:rsidR="00AE2132" w:rsidRDefault="00000000">
    <w:pPr>
      <w:pStyle w:val="Footer"/>
      <w:jc w:val="center"/>
    </w:pPr>
    <w:r>
      <w:t xml:space="preserve">Page </w:t>
    </w:r>
    <w:r>
      <w:fldChar w:fldCharType="begin"/>
    </w:r>
    <w:r>
      <w:instrText>PAGE</w:instrText>
    </w:r>
    <w:r w:rsidR="00400F76">
      <w:fldChar w:fldCharType="separate"/>
    </w:r>
    <w:r w:rsidR="00400F76">
      <w:rPr>
        <w:noProof/>
      </w:rPr>
      <w:t>1</w:t>
    </w:r>
    <w:r>
      <w:fldChar w:fldCharType="end"/>
    </w:r>
    <w:r>
      <w:t>/</w:t>
    </w:r>
    <w:r>
      <w:fldChar w:fldCharType="begin"/>
    </w:r>
    <w:r>
      <w:instrText>NUMPAGES</w:instrText>
    </w:r>
    <w:r w:rsidR="00400F76">
      <w:fldChar w:fldCharType="separate"/>
    </w:r>
    <w:r w:rsidR="00400F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AB98C" w14:textId="77777777" w:rsidR="00D74C09" w:rsidRDefault="00D74C09">
      <w:pPr>
        <w:spacing w:after="0" w:line="240" w:lineRule="auto"/>
      </w:pPr>
      <w:r>
        <w:separator/>
      </w:r>
    </w:p>
  </w:footnote>
  <w:footnote w:type="continuationSeparator" w:id="0">
    <w:p w14:paraId="226DA760" w14:textId="77777777" w:rsidR="00D74C09" w:rsidRDefault="00D74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48301428">
    <w:abstractNumId w:val="8"/>
  </w:num>
  <w:num w:numId="2" w16cid:durableId="511070653">
    <w:abstractNumId w:val="6"/>
  </w:num>
  <w:num w:numId="3" w16cid:durableId="1607929722">
    <w:abstractNumId w:val="5"/>
  </w:num>
  <w:num w:numId="4" w16cid:durableId="143621419">
    <w:abstractNumId w:val="4"/>
  </w:num>
  <w:num w:numId="5" w16cid:durableId="843519346">
    <w:abstractNumId w:val="7"/>
  </w:num>
  <w:num w:numId="6" w16cid:durableId="108934837">
    <w:abstractNumId w:val="3"/>
  </w:num>
  <w:num w:numId="7" w16cid:durableId="2043434316">
    <w:abstractNumId w:val="2"/>
  </w:num>
  <w:num w:numId="8" w16cid:durableId="2114085618">
    <w:abstractNumId w:val="1"/>
  </w:num>
  <w:num w:numId="9" w16cid:durableId="21628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00F76"/>
    <w:rsid w:val="00AA1D8D"/>
    <w:rsid w:val="00AE2132"/>
    <w:rsid w:val="00B47730"/>
    <w:rsid w:val="00CB0664"/>
    <w:rsid w:val="00D74C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B2A791"/>
  <w14:defaultImageDpi w14:val="300"/>
  <w15:docId w15:val="{F201D812-7BF7-F549-85E5-26E323E1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3391</Words>
  <Characters>19331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2023-04-16T19:09:00Z</dcterms:created>
  <dcterms:modified xsi:type="dcterms:W3CDTF">2023-04-16T19:09:00Z</dcterms:modified>
  <cp:category/>
</cp:coreProperties>
</file>