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0377E" w14:textId="77777777" w:rsidR="00F05634" w:rsidRDefault="00000000">
      <w:pPr>
        <w:pStyle w:val="Title"/>
      </w:pPr>
      <w:r>
        <w:t>Milena Kon</w:t>
      </w:r>
    </w:p>
    <w:p w14:paraId="456DDD6D" w14:textId="77777777" w:rsidR="00F05634" w:rsidRDefault="00000000">
      <w:r>
        <w:t xml:space="preserve">Everybody, welcome to the second workshop of the Creative Grooming Summit. This section is with Milena Khan. But first we have a word from our sponsor which is Precision Shop and just a really quick housekeeping. By the time this one is over at the first workshop, recording will already be up on the website. All recordings will be up by the end of the day. Most of the transcripts will be up by the end of the day. Hi everyone and welcome to Precision Sharp. We're a full service sharpening company and we specialize in shears. </w:t>
      </w:r>
      <w:r>
        <w:br/>
      </w:r>
    </w:p>
    <w:p w14:paraId="22D473B8" w14:textId="77777777" w:rsidR="00F05634" w:rsidRDefault="00000000">
      <w:r>
        <w:t xml:space="preserve">We have our own brand of shears called Pre Sized Cut which includes several lines and those lines are our German, our Patriot which is made in the USA We have the Sunflower, the Phoenix, the Dahlia, the Black Panther. And I should note that the Dahlia comes in purple and blue. Watch for later this summer, we will be coming out with a new line, which is called the Links. It's going to be something very special. That's all I can tell you about it right now. So if you're out and about and you're going to trade shows, stop by, visit our booth. We do nearly all the trade shows across the country. </w:t>
      </w:r>
      <w:r>
        <w:br/>
      </w:r>
    </w:p>
    <w:p w14:paraId="4B681A82" w14:textId="77777777" w:rsidR="00F05634" w:rsidRDefault="00000000">
      <w:r>
        <w:t xml:space="preserve">Watch for a coupon code here for 20 % off. You will put in Creative 20 off CREATIV e two zero o f f. Enjoy the summit and have a great day. Ok Malayna, it's all yours. Hi guys, welcome to having a little fun with Creative grooming. I always say that if you want to spice up these rooms, you always have to do the extra special. And this is what we are about today. In this training session I want to show you how to take that regular groom into something more fun, into something that you know your clients will love it. </w:t>
      </w:r>
      <w:r>
        <w:br/>
      </w:r>
    </w:p>
    <w:p w14:paraId="73CDBDB2" w14:textId="77777777" w:rsidR="00F05634" w:rsidRDefault="00000000">
      <w:r>
        <w:t xml:space="preserve">Sometimes you don't need color, you can just do a little bit of texture, curls, bling, little gems, glitter, and the customers will love her. So this is the reason why I decided to choose this subject, just to help you. Gain more revenue and also help you having a little bit more fun with your regular rooms. And it doesn't have to take a lot of time, you know it usually it's really quick. If I wasn't teaching, I can tell you that I can curl this hair in less than 5 minutes if I wasn't talking. I can probably do this really quickly in 10 minutes, which is not going to add a lot of time to your rooms, but it's going to give it that extra kick that we all want so. </w:t>
      </w:r>
      <w:r>
        <w:br/>
      </w:r>
    </w:p>
    <w:p w14:paraId="36F35904" w14:textId="77777777" w:rsidR="00F05634" w:rsidRDefault="00000000">
      <w:r>
        <w:t xml:space="preserve">Let's just start having fun. This is Fantasia. As you can see, she's really hairy. She doesn't have a regular haircut because I do practice with her, my creative groomings, and I. Also, I'm saving all of this for competing in a freestyle. So we'll see how what happens. This is the reason why she's in that room here. As you can see she has very long ears and this is a perfect example of a dog like a jitsu Yorkie. Anything that any breed that have these long </w:t>
      </w:r>
      <w:r>
        <w:lastRenderedPageBreak/>
        <w:t xml:space="preserve">ears and a top knot, this is something you can do too and I'm going to show you right now. </w:t>
      </w:r>
      <w:r>
        <w:br/>
      </w:r>
    </w:p>
    <w:p w14:paraId="30AAB1F7" w14:textId="77777777" w:rsidR="00F05634" w:rsidRDefault="00000000">
      <w:r>
        <w:t xml:space="preserve">So I'm going to go to the other side of the table. This way I can get closer to you and show you little tricks and tips. So to start there's a couple of things that we can have. That it will help you with your room. There's a lot of different techniques and different products out there. I'm going to show my line. So what I'm going to do is that right now, for example, you can use chalk pens. </w:t>
      </w:r>
      <w:r>
        <w:br/>
      </w:r>
    </w:p>
    <w:p w14:paraId="1F7A1D76" w14:textId="77777777" w:rsidR="00F05634" w:rsidRDefault="00000000">
      <w:r>
        <w:t xml:space="preserve">It could be any type of chalk pen, but I'm going to use my brand. So the way this works is just like a crayon and take it off and just go over there here. Little by little and take a brush and it start brushing. That's one way of doing a little bit of color here. With this, it will take a little bit longer. This is all temporary, but it gives you a little control. If you want to do little streaks like a little hair here, a little color there, it will give you the option. So this is option number one. </w:t>
      </w:r>
      <w:r>
        <w:br/>
      </w:r>
    </w:p>
    <w:p w14:paraId="2AC8EB58" w14:textId="77777777" w:rsidR="00F05634" w:rsidRDefault="00000000">
      <w:r>
        <w:t xml:space="preserve">You can do the trouble option number two, it will be chalks. It's the same concept. As the 12 pen, but this is like a wax base. This one is just more of like Potter is this chore. So the way this one will work is the same concept with the color. Get the out here, take it off and this one works a little bit different. It has the powder on one side and the little brush and you will do exactly the same thing you brush. As you can see these are pastel colors. So if you want something more, a little bit darker or more predominant, then that's when the airbrush ink comes out. </w:t>
      </w:r>
      <w:r>
        <w:br/>
      </w:r>
    </w:p>
    <w:p w14:paraId="78F960A3" w14:textId="77777777" w:rsidR="00F05634" w:rsidRDefault="00000000">
      <w:r>
        <w:t xml:space="preserve">But is it possible to do with chalks or trunk pens? It is possible. It is going to take you a little bit of, you know, longer time. Yes it is. But it all depends for the look that you guys are going for. Ok So like I said, it all depends. You have truck pens, you have the chalks. And it's all you preference or whatever that you know you're used. </w:t>
      </w:r>
      <w:r>
        <w:br/>
      </w:r>
    </w:p>
    <w:p w14:paraId="11FD4CF9" w14:textId="77777777" w:rsidR="00F05634" w:rsidRDefault="00000000">
      <w:r>
        <w:t xml:space="preserve">For the sake of this training purposes we're going to do airbrushing which I'm going to go over the airbrushing in a minute. So curls, one thing that we need to be aware when we do curls is the tool that we're using. I'm I like to use the smallest tool. I think this is 1/4 inch one 1/4 inch. I think this is the measurement for this one, it is from Walmart, so there's nothing fancy, nothing special. It's only one temperature. </w:t>
      </w:r>
      <w:r>
        <w:br/>
      </w:r>
    </w:p>
    <w:p w14:paraId="3D7E9465" w14:textId="77777777" w:rsidR="00F05634" w:rsidRDefault="00000000">
      <w:r>
        <w:t xml:space="preserve">I have others that have different temperature, but that is also up to you and I do not like to use something like this. The reason why I don't like something like this is because dogs, they don't have the amount of hair that we have. So if I were to use this I can do a couple. Turns with this, however, they have a smaller hair, so if I were to do it with her, I might just be able to get one curl and then it's going to look weird. It's not even going to look like a curl. </w:t>
      </w:r>
      <w:r>
        <w:lastRenderedPageBreak/>
        <w:t xml:space="preserve">So that's the reason why we don't want to use something like this, and the reason why we want to use the small one. </w:t>
      </w:r>
      <w:r>
        <w:br/>
      </w:r>
    </w:p>
    <w:p w14:paraId="3C0FB96A" w14:textId="77777777" w:rsidR="00F05634" w:rsidRDefault="00000000">
      <w:r>
        <w:t xml:space="preserve">So when we're curling the hair, you get more curls and more trunk. And if you guys have any questions, please feel free to ask. I don't mind being interrupted so I can show you guys and answer the questions right away. So I'm going to get Fanny closer to you. I'm going to ask it to end up right. You OK baby girl? And we're going to start curling. What I like to do is that I like to spray a little Hairspray before I curl this way. Your curl goes fast and it takes faster, so I cover her eyes. Always make sure that you cover the dog's eye. And I'm going to start with this size, so I'm going to do a little bit out of time you guys can see. </w:t>
      </w:r>
      <w:r>
        <w:br/>
      </w:r>
    </w:p>
    <w:p w14:paraId="4248DF5D" w14:textId="77777777" w:rsidR="00F05634" w:rsidRDefault="00000000">
      <w:r>
        <w:t xml:space="preserve">So what I'll do is that I'll start crawling from the bottom to the top. And like I said for your customers, you guys can do the top part only, it will be fine. But because we do have the train to cover, I'm going to start from the bottom. So you guys see how pretty this stand up and also with crawling irons, I like to use the ones that have the little handle the reason why. Is because this is your third hand. If you want to call it that way, this is your third hand. </w:t>
      </w:r>
      <w:r>
        <w:br/>
      </w:r>
    </w:p>
    <w:p w14:paraId="00ADD40C" w14:textId="77777777" w:rsidR="00F05634" w:rsidRDefault="00000000">
      <w:r>
        <w:t xml:space="preserve">So this way in case you need to hold the dog so you don't burn the dog, you have control over this instead of the ones that you have to wrap around the hair that's not the one you want because we need a third hand and this helps and does the trick. So as you can see I didn't even I didn't do it for one second, it was already curled. The reason why is because I already had my curling out on. And it was kind of already hot, and that's what you want. So like I said, she is trained to stay still. But if you have another dog, you might want to hold that chin or hold the, you know, the face of the dogs. </w:t>
      </w:r>
      <w:r>
        <w:br/>
      </w:r>
    </w:p>
    <w:p w14:paraId="27AC7AFF" w14:textId="77777777" w:rsidR="00F05634" w:rsidRDefault="00000000">
      <w:r>
        <w:t xml:space="preserve">And he doesn't like it or doesn't look at it and all that stuff. As you can see, I can't do this. I can unclap a little so I can get the end of it, make sure that it's all curled and I don't have to do absolutely nothing could be done with one hand. But like I said, she is used to being handled and always having things done to her. So this makes it easy when you have a dog that allows you to do taste. But it's not impossible. It is not impossible, especially when you have the right tools. Then it becomes easier on your part to get it done and you don't want to grab a lot of gear you want to grab. </w:t>
      </w:r>
      <w:r>
        <w:br/>
      </w:r>
    </w:p>
    <w:p w14:paraId="1EF749AE" w14:textId="77777777" w:rsidR="00F05634" w:rsidRDefault="00000000">
      <w:r>
        <w:t xml:space="preserve">Small strands of gear this way looks with more value. See, we're not even doing this for 5 minutes and it's already it's nothing really cute. And you'll be surprised how much your clients will love this, because remember, nowadays doggies are they're babies, no longer an animal. It's more of like. Part of the family. So whatever extra you do to their babies, it's going to make them really happy. And also for your pictures, if you guys are taking pictures, put it online, put it on Facebook and Instagram. </w:t>
      </w:r>
      <w:r>
        <w:br/>
      </w:r>
    </w:p>
    <w:p w14:paraId="0FD24A4E" w14:textId="77777777" w:rsidR="00F05634" w:rsidRDefault="00000000">
      <w:r>
        <w:lastRenderedPageBreak/>
        <w:t xml:space="preserve">People love seeing few little things and because I am using airbrush this time for this training. I will airbrush later or you can airbrush before and then it's up to you. But I want. I want to surprise you guys with something different today. Ok, we got a question. Go ahead. They would like to know the temperature is too hot to use on dog hair. I usually just go. I have another one. Let me see if I can find these here. So this one. I have one that it has different temperatures. I usually do three fifty, that should be fine. You don't want anything over 400 because you'll see the smoke coming out. </w:t>
      </w:r>
      <w:r>
        <w:br/>
      </w:r>
    </w:p>
    <w:p w14:paraId="11794301" w14:textId="77777777" w:rsidR="00F05634" w:rsidRDefault="00000000">
      <w:r>
        <w:t xml:space="preserve">It's just treated like it's all your own personal hair, you know You don't want to burn the hair. You don't want to be too cold because it doesn't do as quick. But I will say three fifty. It's a good range for the temperature. It should be safe, but I've done that a little bit harder when I'm competing and I need that quick. You know, flat iron or I need that quick Pearl or something. I've done it a little bit harder. But like I said, you just got to be cautious and make sure that the dog, you know, is safe and it doesn't get burned. </w:t>
      </w:r>
      <w:r>
        <w:br/>
      </w:r>
    </w:p>
    <w:p w14:paraId="740C4315" w14:textId="77777777" w:rsidR="00F05634" w:rsidRDefault="00000000">
      <w:r>
        <w:t xml:space="preserve">You know, use portion. That's the main thing here. How are you guys liking this look so pretty, right? We're not even the whole ear. Look at that. Look at the difference between this side and look at the difference on this side. You can tell, right? It is cute, yes, very pretty. And like I said, if I wasn't teaching or talking, you guys can do this really quickly, really quick. </w:t>
      </w:r>
      <w:r>
        <w:br/>
      </w:r>
    </w:p>
    <w:p w14:paraId="15766A4A" w14:textId="77777777" w:rsidR="00F05634" w:rsidRDefault="00000000">
      <w:r>
        <w:t xml:space="preserve">The key here is to make sure that you sprayed a little bit before, so when you do the curl you actually take faster. And I use this one, which is human based, but it does the job. And what I like about this product is that it doesn't leave that white film white residue that others like that's blue will do that for you. It will give you that white film is that's not what you want it to look as natural, as fast. And that's also the same thing that I use for my competition, the same hair. </w:t>
      </w:r>
      <w:r>
        <w:br/>
      </w:r>
    </w:p>
    <w:p w14:paraId="7AD85918" w14:textId="77777777" w:rsidR="00F05634" w:rsidRDefault="00000000">
      <w:r>
        <w:t xml:space="preserve">And you guys, this is like I said, it can be done with color, can go without color. I'm just doing a lot of them so you guys can see how pretty this is going to end up looking and this is something that will take you five ten, minutes not even. And then we'll do one side, then we'll, I'll do the other side a little bit faster. And the thicker you do the curls, the less curls you're going to get. So you want to make sure that the ones on the top, they're probably a little bit thinner, so you get this really nice curl and not like this. </w:t>
      </w:r>
      <w:r>
        <w:br/>
      </w:r>
    </w:p>
    <w:p w14:paraId="58DEE11B" w14:textId="77777777" w:rsidR="00F05634" w:rsidRDefault="00000000">
      <w:r>
        <w:t xml:space="preserve">You want the curl to be defined, You don't want it to be just hair going in different directions. You want it to be nice and defined. That's what makes it great. And we're almost done on this side here. And Fanny, I think Fanny right? I'm not sure to be honest. You have to look because I do have quite a lot of dogs, but she is about 6 years old and I have never cut her ears. So this is the reason why I have cut the tips over years but not I have never she </w:t>
      </w:r>
      <w:r>
        <w:lastRenderedPageBreak/>
        <w:t xml:space="preserve">never had short years. </w:t>
      </w:r>
      <w:r>
        <w:br/>
      </w:r>
    </w:p>
    <w:p w14:paraId="796EBE85" w14:textId="77777777" w:rsidR="00F05634" w:rsidRDefault="00000000">
      <w:r>
        <w:t xml:space="preserve">This is the reason why he's been here so long. But if it's still, if you have customers that have shorter ears like ears up to here. If she didn't have this here, it will be up to here to cut cute. That would look as well. So what do you guys think? Cute or not cute? Very cute. Ok so this side, I'm going to go ahead and do it a little bit quicker because I don't want to bore you guys with doing pearls because this is something that you guys can do. </w:t>
      </w:r>
      <w:r>
        <w:br/>
      </w:r>
    </w:p>
    <w:p w14:paraId="288FDBDE" w14:textId="77777777" w:rsidR="00F05634" w:rsidRDefault="00000000">
      <w:r>
        <w:t xml:space="preserve">Anybody can do it very simple. But we must get it done in order to move on to the next step, which is coloring, which is it's the fun part. This is fun too. But and as you can see, because I already did the color here once, I do the Pearl. It would look pretty as well if I had already the hair already colored as you can see it would look like that. So it's up to you can color it first or you can color it after. </w:t>
      </w:r>
      <w:r>
        <w:br/>
      </w:r>
    </w:p>
    <w:p w14:paraId="31F2AEB0" w14:textId="77777777" w:rsidR="00F05634" w:rsidRDefault="00000000">
      <w:r>
        <w:t xml:space="preserve">The way that I'm going to do it today, when i was thinking about what to do, I was thinking to myself, maybe I should just do two colors like purple paint. But then I said, you know what, I'm going to go all the way in this training and I'm going to do a rainbow for you guys today. So that's going to be a lot of fun. You guys have any questions on the chalk, any questions on the wax? So if you have any questions, let me know this way before we move on to the airbrush. You guys, don't forget to ask me this way. </w:t>
      </w:r>
      <w:r>
        <w:br/>
      </w:r>
    </w:p>
    <w:p w14:paraId="46246403" w14:textId="77777777" w:rsidR="00F05634" w:rsidRDefault="00000000">
      <w:r>
        <w:t xml:space="preserve">This color will last. It all depends on the activity of the dog. Patty is a very light Princess so she don't do much. But if you have a dog that likes to rob house, you have a dog that loves to rub their face in the ground or in the pillows or in the sofa or something like that in my lab last as long. It's probably going to be two three days, but if you have somebody like Fanny, this is something that lasts a week and it will start fading out. It doesn't come off completely, just fades out. </w:t>
      </w:r>
      <w:r>
        <w:br/>
      </w:r>
    </w:p>
    <w:p w14:paraId="7D1DAB44" w14:textId="77777777" w:rsidR="00F05634" w:rsidRDefault="00000000">
      <w:r>
        <w:t xml:space="preserve">So if you do a very strong, it will become pastelic after this and that is what the Air Butch ain't. But if you go with the truck, that's more pastelic. So look, even if she only had that small ear, that still would look very cute. So you don't have to have so much long hair. And the fact that you're doing the smaller curler is going to help you get more curls in there if Sonny knows she's got Christmas right. Sonny, always make sure you protect the eyes of the dog. Anything you do, please always be very careful, very cautious. </w:t>
      </w:r>
      <w:r>
        <w:br/>
      </w:r>
    </w:p>
    <w:p w14:paraId="76404A48" w14:textId="77777777" w:rsidR="00F05634" w:rsidRDefault="00000000">
      <w:r>
        <w:t xml:space="preserve">You don't want to hurt the dog. And I know if we do for some reason happen that we, you know we do make a mistake. I know it's not on purpose, but you want to make sure you're extra careful and you do things you know that take the extra steps. So if you feel like you have a dog that can, I still feel like this, like Fanny Fantasia, that's her name, you know, ask </w:t>
      </w:r>
      <w:r>
        <w:lastRenderedPageBreak/>
        <w:t xml:space="preserve">for help. If you don't have any help because they're mobile, then the star on dogs that will stay still. </w:t>
      </w:r>
      <w:r>
        <w:br/>
      </w:r>
    </w:p>
    <w:p w14:paraId="1B6EB2A8" w14:textId="77777777" w:rsidR="00F05634" w:rsidRDefault="00000000">
      <w:r>
        <w:t xml:space="preserve">And this is something that they don't even feel what's happening, so it's not something that is going to bother them. And by the end of the grooming session, most of them already relaxed and if I let ask her to lay down, she would lay down and fall asleep, so. Know your clients. That's one thing that you need to know your dogs and who is the right hand that for it and who is not. That's one thing with creative grooming. </w:t>
      </w:r>
      <w:r>
        <w:br/>
      </w:r>
    </w:p>
    <w:p w14:paraId="00C88C4F" w14:textId="77777777" w:rsidR="00F05634" w:rsidRDefault="00000000">
      <w:r>
        <w:t xml:space="preserve">A lot of people say, Oh my God, poor dog. No, really. There's dogs that are meant for this and there are other dogs that are not meant for it. And our job is to know which dogs are going to tolerate it and which dogs are not going to tolerate. And that's how you play it safe. And that's how you have a name for yourself, because you know what you're doing. You're not just doing it to everybody. You're not doing it to every dog you know how to appear in shape from. </w:t>
      </w:r>
      <w:r>
        <w:br/>
      </w:r>
    </w:p>
    <w:p w14:paraId="28BB6BCC" w14:textId="77777777" w:rsidR="00F05634" w:rsidRDefault="00000000">
      <w:r>
        <w:t xml:space="preserve">This dog is a great candidate for creative rumor or this dog is not a good candidate for every because he moves, he doesn't like it or whatever the reason We're almost done with the curl. And what a transformation is this? Something so simple can make the dog look so pretty just with simple curls. Just with simple curls. Sometimes if the curl's too thick, it's not going to give you that volume that you want, so just cut it in half and do it over. Look at that pretty Fanny. So pretty Fanny. She loves being the Princess, so don't kick yourself. </w:t>
      </w:r>
      <w:r>
        <w:br/>
      </w:r>
    </w:p>
    <w:p w14:paraId="39233452" w14:textId="77777777" w:rsidR="00F05634" w:rsidRDefault="00000000">
      <w:r>
        <w:t xml:space="preserve">He loves being pampered. He loves looking pretty. He loves showing it off. So this is for her, is this is what it's called for her at spotting. This is what she enjoys. She loves being on the table. She loves what Mommy does to her, so she really, truly enjoys it, right honey? And she knows Mommy going to seek pictures of her. She knows Mommy's going to pamper her, tell her how pretty she looks. And you can do this to the tail as well. It doesn't have to be hot knot or ears. It could be done to the tail as well. So if you ever want to surprise one of you customers with a little curls in the tail, oh, they would love anything that you do to the dogs. </w:t>
      </w:r>
      <w:r>
        <w:br/>
      </w:r>
    </w:p>
    <w:p w14:paraId="169B1083" w14:textId="77777777" w:rsidR="00F05634" w:rsidRDefault="00000000">
      <w:r>
        <w:t xml:space="preserve">They're just going to love it. Ok, we're almost done with the curls. So if you guys don't have any questions regarding the curls. I'm going to move on to airbrushing. Make sure you're asked questions, guys. That's the only the only way you guys can learn by asking questions. All the questions are valid and all the questions are good questions. Never feel that you know that. Not a smart question or it's something that nobody's going to appreciate. </w:t>
      </w:r>
      <w:r>
        <w:br/>
      </w:r>
    </w:p>
    <w:p w14:paraId="55D51DCC" w14:textId="77777777" w:rsidR="00F05634" w:rsidRDefault="00000000">
      <w:r>
        <w:t xml:space="preserve">Relief mean the same thing you're thinking. Other people might be thinking it too. So you might want to just ask the questions. You can get your answers and you don't make </w:t>
      </w:r>
      <w:r>
        <w:lastRenderedPageBreak/>
        <w:t xml:space="preserve">mistakes. Or we say mistakes are our best teacher, but if we can get somebody who knows of somebody who has more experience than we do, we can avoid making those mistakes. Almost done. As you can see, I don't know what the time is, but I don't know how long it took me. </w:t>
      </w:r>
      <w:r>
        <w:br/>
      </w:r>
    </w:p>
    <w:p w14:paraId="6BE4FB64" w14:textId="77777777" w:rsidR="00F05634" w:rsidRDefault="00000000">
      <w:r>
        <w:t xml:space="preserve">What's the time right now, Mary. Mary, what's the time right now? Look at that, Pretty got Fanny. I got pretty. Let me look at the camera. Look up pretty fanny look. Ok, so the only thing I want to do right now is to make sure I put a little bit more Hairspray in this so the curls dumb don't fall apart and I just have a little more this. Then we can get to airbrushing and I like to fill my curls, so that's why I know if I have enough Hairspray or if I need a little bit more Hairspray. </w:t>
      </w:r>
      <w:r>
        <w:br/>
      </w:r>
    </w:p>
    <w:p w14:paraId="4A8D14D4" w14:textId="77777777" w:rsidR="00F05634" w:rsidRDefault="00000000">
      <w:r>
        <w:t xml:space="preserve">One thing I want to do right here, I see the stairs sticking out. I'm not just crawling over, but I don't see it this side. I have one. All right, so we are ready. We're ready. We are ready for some coloring. Which is the most fun part. Ok, so for this many we're going to be using airbrushing. This is also my system, and these are my airbrush eights. Ok, So what I'm going to do is that I'm going to lay down my colors, see what we're going to do here. So I'm going to start maybe from here to the top. </w:t>
      </w:r>
      <w:r>
        <w:br/>
      </w:r>
    </w:p>
    <w:p w14:paraId="2164D944" w14:textId="77777777" w:rsidR="00F05634" w:rsidRDefault="00000000">
      <w:r>
        <w:t xml:space="preserve">So I'll do probably like, we'll do like pink in the middle. We'll do purple. Then we'll follow it by some blue and then we'll do a little bit of green and then we do a little bit of yellow and maybe 1-2-3-4-5 If we have some orange there, we can go ahead and add some press. So this will be my laid down of my inks right here, Okay. So I'm going to start, I will say with the paint. So we start from in and out what I'd like to have. Also a lot of people ask me how do you paint? The airbrush is very simple. </w:t>
      </w:r>
      <w:r>
        <w:br/>
      </w:r>
    </w:p>
    <w:p w14:paraId="34EFCDC9" w14:textId="77777777" w:rsidR="00F05634" w:rsidRDefault="00000000">
      <w:r>
        <w:t xml:space="preserve">I use Windex, there's nothing else I use other just Windex. The airbrush has to be clean after each use because if you guys really think about it, the airbrush in comes through here. So what happens is that if that little tiny hole there's something, they're stuck. The air is not going to flow. And that's what the problem is. It's not that the airbrush doesn't work, it's the fact that if it this has to be completely clean. In order for the aim to go through Okay but that's something else that i have also videos on my Facebook. If you guys want to know how to, you know, clean the airbrush then this is something that you guys can look at the videos that I have there. </w:t>
      </w:r>
      <w:r>
        <w:br/>
      </w:r>
    </w:p>
    <w:p w14:paraId="6EB667D1" w14:textId="77777777" w:rsidR="00F05634" w:rsidRDefault="00000000">
      <w:r>
        <w:t xml:space="preserve">But for the purpose that I'm going from paint to purple and then to blue, I don't have to clean it from paint to purple. I might have to clean it from purple to blue or from green to yellow. If I was doing it backwards, I don't have to clean from yellow to green because there is yellow in the green, so and so forth. So when I get to the orange, I don't have to clean the yellow because there's yellow in orange. Ok so that's something that you guys need to be </w:t>
      </w:r>
      <w:r>
        <w:lastRenderedPageBreak/>
        <w:t xml:space="preserve">aware of, what colors go into what colors and what colors, you know? You don't need to go ahead and clean. </w:t>
      </w:r>
      <w:r>
        <w:br/>
      </w:r>
    </w:p>
    <w:p w14:paraId="66B9A7EC" w14:textId="77777777" w:rsidR="00F05634" w:rsidRDefault="00000000">
      <w:r>
        <w:t xml:space="preserve">So I'm going to set it to the side. And another thing that I love to use is white bees. Ok this is going to be your best friend. Because white peas is going to help you if they need to clean something really quickly. And these inks are temporary, so if you go in an area that you didn't want it, but unfortunately you made a mistake, you can just go ahead and wipe it and it will be totally fine. So we'll start with the pink, start with the pink, and you don't need much, a lot of ink. You need a little bit of ink just to cover that little hole. </w:t>
      </w:r>
      <w:r>
        <w:br/>
      </w:r>
    </w:p>
    <w:p w14:paraId="7B6BF142" w14:textId="77777777" w:rsidR="00F05634" w:rsidRDefault="00000000">
      <w:r>
        <w:t xml:space="preserve">You don't need that much. And the thing with airbrushing is that airbrushing, it's all about layers. So when you're doing something, it's all about layers. It's not about doing it quicker and fast. If you do layers and you wait for one layer to dry and then you do the other, it gets darker and darker. But a lot of people, if you go ahead and spray her and you see wetness, that means you did it too fast, too quickly. Okay, you need to allow. Some time for the first layer to dry and then you can continue with the second layer, but the more you do it, the darker it's going to get, that's for sure. </w:t>
      </w:r>
      <w:r>
        <w:br/>
      </w:r>
    </w:p>
    <w:p w14:paraId="771359B9" w14:textId="77777777" w:rsidR="00F05634" w:rsidRDefault="00000000">
      <w:r>
        <w:t xml:space="preserve">And this anks are brushable, so if I were doing it in another area that didn't have the curls, I can just take the brush and brush it just like I did with the chalk and it will be able to brush if you use. Bombay Ink. You're not going to be able to brush. Those inks are not brushable. We usually use those inks just for creating grooming, so it can give you that pop up color because it has some stronger pigment. </w:t>
      </w:r>
      <w:r>
        <w:br/>
      </w:r>
    </w:p>
    <w:p w14:paraId="3C660C03" w14:textId="77777777" w:rsidR="00F05634" w:rsidRDefault="00000000">
      <w:r>
        <w:t xml:space="preserve">But they're not meant to be brushed, so you're going to get a whole mess if you try to brush those inks through the hair. Unfortunately, it's not the right ink, so you need brushable ink. I need a little bit more ink here. I have it. As you can see. I'm just grabbing. You can grab it on your hands. You can put it on so you can. Your hand is more or less a protector. So the other area that you don't want it to be the same color, it doesn't get to that color. But if it does get to that color, like I said to you before, you can go ahead and wipe it looks like I'm going to wipe my hands after I do this. </w:t>
      </w:r>
      <w:r>
        <w:br/>
      </w:r>
    </w:p>
    <w:p w14:paraId="31E7A808" w14:textId="77777777" w:rsidR="00F05634" w:rsidRDefault="00000000">
      <w:r>
        <w:t xml:space="preserve">So pretty Fanny. So that's the thing right there. I don't have much left so I am going to the purple one. I don't have to like I was telling you guys, you can clean your hands with the white piece okay. Like I said, they are temporary, so they're not as soon as they're dry, as long as they're dry or as soon as they do dry, they don't rub off on things. So you have to make sure that you let it dry and it should be fine. </w:t>
      </w:r>
      <w:r>
        <w:br/>
      </w:r>
    </w:p>
    <w:p w14:paraId="1F2605B0" w14:textId="77777777" w:rsidR="00F05634" w:rsidRDefault="00000000">
      <w:r>
        <w:lastRenderedPageBreak/>
        <w:t xml:space="preserve">A lot of people ask, you know, do they rub off into something else? And I said no, you know, it doesn't rub off as long as you let it dry. Ok. So we're continuing with the pink. I'm sorry with the purple. So we can get couple of colors in here and airbrushing can be a lot of fun guys. The only thing I say about airbrushing is that as long as you know how to clean your tool and I know as long as you know how to manage your tool and what to do, what not to do, it should be a lot of fun. </w:t>
      </w:r>
      <w:r>
        <w:br/>
      </w:r>
    </w:p>
    <w:p w14:paraId="10B4EF0E" w14:textId="77777777" w:rsidR="00F05634" w:rsidRDefault="00000000">
      <w:r>
        <w:t xml:space="preserve">You want to take this one and make it purple. How do you guys like it so far? There's something that you guys think you can do? I'm going to do this one and we can move on to them. Pretty funny. What Pretty funny when I show the camera, Tony, a pretty good looking. All right, we will continue. Now with the blue, that's the next color. Any questions guys? Don't be shy. Ask me anything you want to ask me. This is your chance to ask me. Anything you want to know that I haven't covered, so I'm going from purple to blue. I do have to clean it. </w:t>
      </w:r>
      <w:r>
        <w:br/>
      </w:r>
    </w:p>
    <w:p w14:paraId="0843B5D2" w14:textId="77777777" w:rsidR="00F05634" w:rsidRDefault="00000000">
      <w:r>
        <w:t xml:space="preserve">Ok, we do have a couple comments and some questions. So both. Melanie thinks it's adorable. Valerie thinks it's cute. He wants she thinks she's going to start practicing on it. But Aaron wants to know. Do you do chalk on the curls ever or do you only airbrush? Ok, so it goes back to whatever your preferences. The problem with doing chalk once is curl because it is here. For example my chalk if I were to chalk one of the curls. The problem is that chalks needs to be brushed. So if I go like this or try to do it like this. I'm going to have to brush that curl out, so it's going to have to be curled again. </w:t>
      </w:r>
      <w:r>
        <w:br/>
      </w:r>
    </w:p>
    <w:p w14:paraId="28A2E294" w14:textId="77777777" w:rsidR="00F05634" w:rsidRDefault="00000000">
      <w:r>
        <w:t xml:space="preserve">So that's like doing well with the work. If it's hair dye, I would do the hair dye of course first. But if it's chalk, because it's curl is like it has a shape, it's not a flat surface that we can brush and it will go back to the curl. Something that has to be made. I will do the chalking first and then I will curl. Or I can just airbrush the area and curl it in my case. I'm doing it this way because I'm doing different colors and I'm not doing it curl, I'm doing it more or less. </w:t>
      </w:r>
      <w:r>
        <w:br/>
      </w:r>
    </w:p>
    <w:p w14:paraId="0BDAFE77" w14:textId="77777777" w:rsidR="00F05634" w:rsidRDefault="00000000">
      <w:r>
        <w:t xml:space="preserve">Like for example this Pearl has two tones, has paint and it has purple. So that's the reason why I'm airbrushing it after I curl it. But if you wanted to do it first, you can definitely color 1st and then and if you have one tone or even 2 tones you can do the coloring 1st and then do the curls. But in this case, because I'm doing, I'm doing a couple of colors. That's the reason why I decided to curl first. </w:t>
      </w:r>
      <w:r>
        <w:br/>
      </w:r>
    </w:p>
    <w:p w14:paraId="6B60E5A2" w14:textId="77777777" w:rsidR="00F05634" w:rsidRDefault="00000000">
      <w:r>
        <w:t xml:space="preserve">And not only that, because of the intent of the training, I wanted to show you that even if you do not color, you can still curl hair and it's still something very cute that people would love. So it doesn't have to be colored. That's the reason why I'm doing it this way. Ok, yeah. You're being too pampered, Fanny. You're being too pampered. All right, so I was explaining </w:t>
      </w:r>
      <w:r>
        <w:lastRenderedPageBreak/>
        <w:t xml:space="preserve">to you guys that I have to clean the airbrush. So I'm just going to put. </w:t>
      </w:r>
      <w:r>
        <w:br/>
      </w:r>
    </w:p>
    <w:p w14:paraId="7F565FD9" w14:textId="77777777" w:rsidR="00F05634" w:rsidRDefault="00000000">
      <w:r>
        <w:t xml:space="preserve">I hope that answer the questions. If you didn't let me know, I just put ink. I usually dump it out and that should be pretty clean. But if I were to finish, I will make sure that I clean this airbrush better than what I've been doing it right now. Because like I said, any particle, anything that is dry in here is just going to stay there and dry up and that's not what you want. So like I was explaining, because I'm not doing the colors first girl, I'm just doing it kind of like first section. </w:t>
      </w:r>
      <w:r>
        <w:br/>
      </w:r>
    </w:p>
    <w:p w14:paraId="2FA80C88" w14:textId="77777777" w:rsidR="00F05634" w:rsidRDefault="00000000">
      <w:r>
        <w:t xml:space="preserve">I don't, I don't, I didn't color me beforehand. I'm doing it now. And the reason why I like to use the airbrush, because the airbrush is so quick and easy. If I was airbrushing these ears, it will take me about 5 minutes. It really doesn't take a long time. So even if you don't curl hair and you just want a quick color, make sure you can use whatever airbrush you know, buy an airbrush. It's a good investment because it would facilitate the job for you. It's just so quickly and less messy. And like anything guys you need, if you need practice that that's what it means, you need to practice you need to do it and keep on doing it until you become really good at it. </w:t>
      </w:r>
      <w:r>
        <w:br/>
      </w:r>
    </w:p>
    <w:p w14:paraId="5CF58B41" w14:textId="77777777" w:rsidR="00F05634" w:rsidRDefault="00000000">
      <w:r>
        <w:t xml:space="preserve">But as you can see even color in hair is very very. How you guys liking this rainbow design? You still got some colors to put. And we've still got other things that I want to show you guys. So this is going to be a, this is, this is happening to be a cool class. I like doing little things. I like teaching the little extras because let's just be honest, you know, and be realistic. Not everybody's going to ask you for stream creative grooming on their dogs. But there are so many things, cute things that we can do to regular dogs to make them feel also special without having to have that stream makeover. </w:t>
      </w:r>
      <w:r>
        <w:br/>
      </w:r>
    </w:p>
    <w:p w14:paraId="52EC3240" w14:textId="77777777" w:rsidR="00F05634" w:rsidRDefault="00000000">
      <w:r>
        <w:t xml:space="preserve">And I'm always using white beans because that's the best. Ok let's go with the green right? fanny. You're born. Let's leave. We're ready. Fanny loves to be Stamper. Fanny loves Fanny. And this is just fun. This is a lot of fun. And if you guys are mobile, this is also a quick way of getting color very quickly. As you can see it, you went from nothing to something in less than 10 minutes, right, honey? All right, So we're cleaning out because I'm now going to use yellow and we don't want it to be. </w:t>
      </w:r>
      <w:r>
        <w:br/>
      </w:r>
    </w:p>
    <w:p w14:paraId="4A50A1D5" w14:textId="77777777" w:rsidR="00F05634" w:rsidRDefault="00000000">
      <w:r>
        <w:t xml:space="preserve">We wanted to make sure all the colors are defined. So in other words, they're not mixed. Ok, They're not mixed colors. I make sure you clean everything before we do anything yellow going on. Same thing. That's your little pop. Yeah, we're missing some curls. Got no curls here. And if one of the curls came off, you can always go back. It really doesn't hurt to go back and make sure that it gets curls. </w:t>
      </w:r>
      <w:r>
        <w:br/>
      </w:r>
    </w:p>
    <w:p w14:paraId="125D4764" w14:textId="77777777" w:rsidR="00F05634" w:rsidRDefault="00000000">
      <w:r>
        <w:lastRenderedPageBreak/>
        <w:t xml:space="preserve">They can look pretty. And make sure you guys take pictures. I always say that eventually you take pictures, you put it on your facebook is for free and people are not going to ask you for a service they don't know you offer. Ok, so you guys have to advertise. Take advantage that Facebook is free, they're not charging you anything. You can post your pictures and I guarantee you wants to start posting things. Oh, I saw that you did this to another dog. People are going to start asking, but you got to post. You got to post. You got to sell yourself. You have to show what you can do a little bit more here because I want to do the orange for you guys so we can finish this rainbow too big of a curl. </w:t>
      </w:r>
      <w:r>
        <w:br/>
      </w:r>
    </w:p>
    <w:p w14:paraId="1F888718" w14:textId="77777777" w:rsidR="00F05634" w:rsidRDefault="00000000">
      <w:r>
        <w:t xml:space="preserve">I hope you guys are enjoying this training. I hope that it's helping you. Like I said, it's a lot of fun. The things that we can do with a little bit of color. All right, we are at the You have 15 minutes left yep. Ok, so let's finish here with the yellow. Ok. We have a question. How much would you charge for curls and a little color on just the ears. </w:t>
      </w:r>
      <w:r>
        <w:br/>
      </w:r>
    </w:p>
    <w:p w14:paraId="53B36D4C" w14:textId="77777777" w:rsidR="00F05634" w:rsidRDefault="00000000">
      <w:r>
        <w:t xml:space="preserve">Ok. So time is money. Always keep that in mind. So if it's something that, for example, I'm going to give you flat numbers, OK, Let's say you charge 100$ an hour and it takes you one hour to broom the dog and to do this ears and everything, it will take you, let's just say. I'm just going to give and take 20 minutes, you know, 15 minutes. I would charge an extra 15 to 20$ the reason why is because what you're charging is the same exact thing you're going to charge for your time. </w:t>
      </w:r>
      <w:r>
        <w:br/>
      </w:r>
    </w:p>
    <w:p w14:paraId="2574E4B0" w14:textId="77777777" w:rsidR="00F05634" w:rsidRDefault="00000000">
      <w:r>
        <w:t xml:space="preserve">So if you are taking it 30 minutes away from another room that is going to cost you 50$ Then whatever you're doing for those 30 minutes, it should be worth the 50$ That's how I charge. So if it's. One room for one hour, 100$ But what I'm doing to this dog, it takes me two hours. Then I'm charging 200$ that's how I do okay. So now we have orange because like I said, you can. You can stop bringing revenue to your shop or to your mobile just because you're having fun. You have to make sure you have fun and you still charge. </w:t>
      </w:r>
      <w:r>
        <w:br/>
      </w:r>
    </w:p>
    <w:p w14:paraId="1075F2E1" w14:textId="77777777" w:rsidR="00F05634" w:rsidRDefault="00000000">
      <w:r>
        <w:t xml:space="preserve">So we almost done with the rainbow colors and I want to add a little bit more stuff to it. And I always trust it's very important guys, don't forget to take pictures. After I'm done with her, I'm going to take a picture and I'm going to say, you know, I had a lot of fun teaching this class today and check it out. Always take pictures, you guys. If you guys follow me on Facebook, you always see that. I'm always taking pictures, posting the pictures, even my bibs. </w:t>
      </w:r>
      <w:r>
        <w:br/>
      </w:r>
    </w:p>
    <w:p w14:paraId="17F36B65" w14:textId="77777777" w:rsidR="00F05634" w:rsidRDefault="00000000">
      <w:r>
        <w:t xml:space="preserve">If somebody sends me a picture of my bib, I'm going to post it because you might not have seen it. Some people might have seen it. They don't know what it would look like on the dog. So anything helps. Anything that you do as an advertisement for your business, it helps. Ok, so we're done here with the rainbow curls. How you guys like it? I think it turn out very pretty. Fanny feels like a Princess. Alright, that's adorable. Now Patty wants a moyan </w:t>
      </w:r>
      <w:r>
        <w:lastRenderedPageBreak/>
        <w:t xml:space="preserve">poodle. She's a mini, but she's a big mini so. </w:t>
      </w:r>
      <w:r>
        <w:br/>
      </w:r>
    </w:p>
    <w:p w14:paraId="706BCA5F" w14:textId="77777777" w:rsidR="00F05634" w:rsidRDefault="00000000">
      <w:r>
        <w:t xml:space="preserve">But she's definitely some like a dog that you can do a lot of things to it if you teach them young. Like she's used to all of this, as you can see. So even if I'm working on her back design, she'll stay still because she's used to it. The more you work with the dogs that you know, the better it is. Anyway, let's How can we make it even more prettier, even more prettier? Besides, you know, if you guys have glitter, you can do glitter as well. We can go ahead and do a little bit of I don't know if the camera can pick this up, you tell me. </w:t>
      </w:r>
      <w:r>
        <w:br/>
      </w:r>
    </w:p>
    <w:p w14:paraId="723F7FB1" w14:textId="77777777" w:rsidR="00F05634" w:rsidRDefault="00000000">
      <w:r>
        <w:t xml:space="preserve">I want to probably get a little bit closer here if the camera can pick that up with the glitter. Can you tell me They picked it up. You can do a little bit of glitter here. And what else can we do? What else can we do? We can do Hair Planes to make it even more prettier. So I got three choices right here. I think this would look great. Do you have a question? It is, where are you getting your glitter from? It is my brand. Everything that I'm showing you guys, it's on my website. It is my brand. </w:t>
      </w:r>
      <w:r>
        <w:br/>
      </w:r>
    </w:p>
    <w:p w14:paraId="091299C6" w14:textId="77777777" w:rsidR="00F05634" w:rsidRDefault="00000000">
      <w:r>
        <w:t xml:space="preserve">You can go to DMK Boutique and it's there for you. The hair bling is also in my website. My airbrush is also in my website. My aims are also in my website. The talk is also on my website. So everything that you guys saw today, it is on my website. I don't know if you can type it there. Mary DM kboutique.com If you guys have any questions or regarding the products that we used today, I wanted to show you. </w:t>
      </w:r>
      <w:r>
        <w:br/>
      </w:r>
    </w:p>
    <w:p w14:paraId="29A1E6C5" w14:textId="77777777" w:rsidR="00F05634" w:rsidRDefault="00000000">
      <w:r>
        <w:t xml:space="preserve">What I use when I do my personal appliance, I want to do it this way. She's laying down. Can you guys see? Is that a good view? yeah. Ok, so the last thing I'm going to add is some hair bling. Ok, This is very easy to do. It comes in a package like this. And this is little things you guys can charge for or even if the customer doesn't like bows, you guys can use one of these. It's really cute, very simple. Each one has a little tool and what we do is that you have 1-2-3-4-5 and it's like a little needle. </w:t>
      </w:r>
      <w:r>
        <w:br/>
      </w:r>
    </w:p>
    <w:p w14:paraId="431EE2FE" w14:textId="77777777" w:rsidR="00F05634" w:rsidRDefault="00000000">
      <w:r>
        <w:t xml:space="preserve">So what we do is that we're going to grab the hair. We're going to grab the hair. Well, unfortunately I have to uncurl what I curl. We're going to grab the hair I'm going to put. The hair through the needle, OK And then I'm going to slide the little flower and bring the hair out. How's that? And then what you guys can do, you can take by the curler and you can curl the hair again. Look at that, guys. </w:t>
      </w:r>
      <w:r>
        <w:br/>
      </w:r>
    </w:p>
    <w:p w14:paraId="12F6F26F" w14:textId="77777777" w:rsidR="00F05634" w:rsidRDefault="00000000">
      <w:r>
        <w:t xml:space="preserve">Isn't that pretty? And believe me, I get so excited with stuff like this. So let's do another one because I like to do usually 2 by the side And this one, if you want it, I want to show you this when you put it through again. But let's say you're done and you want to take it out, you can pull it back off and then you guys can reuse it again because you that little rubber band, you </w:t>
      </w:r>
      <w:r>
        <w:lastRenderedPageBreak/>
        <w:t xml:space="preserve">can put it back. </w:t>
      </w:r>
      <w:r>
        <w:br/>
      </w:r>
    </w:p>
    <w:p w14:paraId="26BF3CBB" w14:textId="77777777" w:rsidR="00F05634" w:rsidRDefault="00000000">
      <w:r>
        <w:t xml:space="preserve">So just keep that in mind as well. So this is a cool little fun product you can add to your rooms even if you don't have color. Look at this. Look at that pretty that is. Come on guys. If you guys don't do any color, any curling, at least do the bling because that's going to be so pretty for your clients. Don't you think? So another one right here. And the more hair you grab, the better it's going to stay there because remember it is rubber band. </w:t>
      </w:r>
      <w:r>
        <w:br/>
      </w:r>
    </w:p>
    <w:p w14:paraId="11899273" w14:textId="77777777" w:rsidR="00F05634" w:rsidRDefault="00000000">
      <w:r>
        <w:t xml:space="preserve">So if you want it to be a little bit tighter, you can just put more hair for this sake of the of the training I'm doing like this. So you guys see what the process is of putting it on. But if I was doing it to a client, I would probably be grabbing a little bit more hair. So when they shake, it doesn't come off. </w:t>
      </w:r>
      <w:r>
        <w:br/>
      </w:r>
    </w:p>
    <w:p w14:paraId="65C40850" w14:textId="77777777" w:rsidR="00F05634" w:rsidRDefault="00000000">
      <w:r>
        <w:t xml:space="preserve">Because if I leave it like this, with not much in it might come off. And if you do have thicker hair, it's going to be a little bit harder to get it through. Not impossible, but what we need to do, we need to be patient, put it through, See, it's not going to come out this way. So you just grab the bunch of hair with your fingers. Look at that guys. You tell me she's not fresh. You tell me. This is not QQ as a button. Look at this. How cute. And we have one more. Where can we put the other one? We'll put it right here. </w:t>
      </w:r>
      <w:r>
        <w:br/>
      </w:r>
    </w:p>
    <w:p w14:paraId="2C7FCA4B" w14:textId="77777777" w:rsidR="00F05634" w:rsidRDefault="00000000">
      <w:r>
        <w:t xml:space="preserve">Or maybe we'll put it down. Super, super cute. Same thing if it doesn't come from the needle, just put it through and voila. How do you guys like this one? And just to go back because we need to take a picture of her take to make sure all the curls are happening. All the curls are here. Everything looks pretty. We can just go back and curl a little bit more. And I have a question. How long do the curls last? Ok, like I said, it all depends on the activity of the dog. </w:t>
      </w:r>
      <w:r>
        <w:br/>
      </w:r>
    </w:p>
    <w:p w14:paraId="3D8061EF" w14:textId="77777777" w:rsidR="00F05634" w:rsidRDefault="00000000">
      <w:r>
        <w:t xml:space="preserve">For her, this will probably last. I will say until the end of the night. It's going to be more WAVY as they come off. It's going to look like this is a good picture. It might look like this. You see how it's not curl, but it's like WAVY, So it might look like that. And this is also Fanny without the ancient fusion snout or mouth. This is her. But it would look like that curl instead of, I mean WAVY instead of curl. But it's definitely not going to last a day or anything like that because it's just curling the hair and putting a little Hairspray. </w:t>
      </w:r>
      <w:r>
        <w:br/>
      </w:r>
    </w:p>
    <w:p w14:paraId="0139DAA1" w14:textId="77777777" w:rsidR="00F05634" w:rsidRDefault="00000000">
      <w:r>
        <w:t xml:space="preserve">And dogs do move and you know, they shake. And all of that. That's why it's good to have a little bit of hairspraying here. So when you do it and it gets to the customer, at least it doesn't have the curls at least it has waves, good curl. Let me put this up a little bit like this. And I guess I just go over the ones that came off or the ones that you think that you don't like the way they came out, you can always go back and look at that. </w:t>
      </w:r>
      <w:r>
        <w:br/>
      </w:r>
    </w:p>
    <w:p w14:paraId="23850CEF" w14:textId="77777777" w:rsidR="00F05634" w:rsidRDefault="00000000">
      <w:r>
        <w:lastRenderedPageBreak/>
        <w:t xml:space="preserve">So is this something simple enough, easy enough you guys can think you can do it? You guys want to get yourself a Fantasia and I have a lot of fun with it, just to send something definitely that is very simple. Like I said, look at the gems. I think she looks adorable through all these gems. And also, I always say this, you know, and not because I sell bows or anything like that, but I always say I said no matter how pretty the groom, you always have to have a pretty accessory that will complete your grooms and that will make you stand out from everybody else. </w:t>
      </w:r>
      <w:r>
        <w:br/>
      </w:r>
    </w:p>
    <w:p w14:paraId="424DFA60" w14:textId="77777777" w:rsidR="00F05634" w:rsidRDefault="00000000">
      <w:r>
        <w:t xml:space="preserve">Definitely makes me stand out. So I think that's the whole my whole training motivation and my whole training mantra. I think that. If you do stand up from the crowd, people will notice you because you're different. If you want to do the same thing that all the shops around you or all the mobiles around you are doing, they're not going to. Nobody's going to see a difference in your services. So if you do something different, people will notice. And that's what make you know, stand apart. I'm your Fanny. </w:t>
      </w:r>
      <w:r>
        <w:br/>
      </w:r>
    </w:p>
    <w:p w14:paraId="448B1A24" w14:textId="77777777" w:rsidR="00F05634" w:rsidRDefault="00000000">
      <w:r>
        <w:t xml:space="preserve">She's like mom, I'm done. No more curls. I know, now comes the fun part. Now comes the pictures. All right, anymore questions, guys? No, we're just almost that time. Anyway, we'll just, I'll just wait a minute. But anyway, the first the first recording is already up on the website, so I am going to stop this recording. I I. </w:t>
      </w:r>
      <w:r>
        <w:br/>
      </w:r>
    </w:p>
    <w:sectPr w:rsidR="00F05634"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63D6D" w14:textId="77777777" w:rsidR="00966400" w:rsidRDefault="00966400">
      <w:pPr>
        <w:spacing w:after="0" w:line="240" w:lineRule="auto"/>
      </w:pPr>
      <w:r>
        <w:separator/>
      </w:r>
    </w:p>
  </w:endnote>
  <w:endnote w:type="continuationSeparator" w:id="0">
    <w:p w14:paraId="359C32F3" w14:textId="77777777" w:rsidR="00966400" w:rsidRDefault="00966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F1545" w14:textId="77777777" w:rsidR="00F05634" w:rsidRDefault="00000000">
    <w:pPr>
      <w:pStyle w:val="Footer"/>
      <w:jc w:val="center"/>
    </w:pPr>
    <w:r>
      <w:t xml:space="preserve">Page </w:t>
    </w:r>
    <w:r>
      <w:fldChar w:fldCharType="begin"/>
    </w:r>
    <w:r>
      <w:instrText>PAGE</w:instrText>
    </w:r>
    <w:r w:rsidR="00C92FFA">
      <w:fldChar w:fldCharType="separate"/>
    </w:r>
    <w:r w:rsidR="00C92FFA">
      <w:rPr>
        <w:noProof/>
      </w:rPr>
      <w:t>1</w:t>
    </w:r>
    <w:r>
      <w:fldChar w:fldCharType="end"/>
    </w:r>
    <w:r>
      <w:t>/</w:t>
    </w:r>
    <w:r>
      <w:fldChar w:fldCharType="begin"/>
    </w:r>
    <w:r>
      <w:instrText>NUMPAGES</w:instrText>
    </w:r>
    <w:r w:rsidR="00C92FFA">
      <w:fldChar w:fldCharType="separate"/>
    </w:r>
    <w:r w:rsidR="00C92F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39C7A" w14:textId="77777777" w:rsidR="00966400" w:rsidRDefault="00966400">
      <w:pPr>
        <w:spacing w:after="0" w:line="240" w:lineRule="auto"/>
      </w:pPr>
      <w:r>
        <w:separator/>
      </w:r>
    </w:p>
  </w:footnote>
  <w:footnote w:type="continuationSeparator" w:id="0">
    <w:p w14:paraId="5EA7D4D7" w14:textId="77777777" w:rsidR="00966400" w:rsidRDefault="009664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41572642">
    <w:abstractNumId w:val="8"/>
  </w:num>
  <w:num w:numId="2" w16cid:durableId="1189299839">
    <w:abstractNumId w:val="6"/>
  </w:num>
  <w:num w:numId="3" w16cid:durableId="1726947594">
    <w:abstractNumId w:val="5"/>
  </w:num>
  <w:num w:numId="4" w16cid:durableId="1158889029">
    <w:abstractNumId w:val="4"/>
  </w:num>
  <w:num w:numId="5" w16cid:durableId="920018292">
    <w:abstractNumId w:val="7"/>
  </w:num>
  <w:num w:numId="6" w16cid:durableId="858592454">
    <w:abstractNumId w:val="3"/>
  </w:num>
  <w:num w:numId="7" w16cid:durableId="970524832">
    <w:abstractNumId w:val="2"/>
  </w:num>
  <w:num w:numId="8" w16cid:durableId="1763145763">
    <w:abstractNumId w:val="1"/>
  </w:num>
  <w:num w:numId="9" w16cid:durableId="546376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4062"/>
    <w:rsid w:val="0029639D"/>
    <w:rsid w:val="00326F90"/>
    <w:rsid w:val="00966400"/>
    <w:rsid w:val="00AA1D8D"/>
    <w:rsid w:val="00B47730"/>
    <w:rsid w:val="00C92FFA"/>
    <w:rsid w:val="00CB0664"/>
    <w:rsid w:val="00F056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83F17C"/>
  <w14:defaultImageDpi w14:val="300"/>
  <w15:docId w15:val="{F201D812-7BF7-F549-85E5-26E323E1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5762</Words>
  <Characters>32845</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38530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2023-04-16T19:07:00Z</dcterms:created>
  <dcterms:modified xsi:type="dcterms:W3CDTF">2023-04-16T19:07:00Z</dcterms:modified>
  <cp:category/>
</cp:coreProperties>
</file>