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1EF3B" w14:textId="77777777" w:rsidR="00922284" w:rsidRDefault="00000000">
      <w:pPr>
        <w:pStyle w:val="Title"/>
      </w:pPr>
      <w:r>
        <w:t>Misty Gieczys</w:t>
      </w:r>
    </w:p>
    <w:p w14:paraId="43336387" w14:textId="77777777" w:rsidR="00922284" w:rsidRDefault="00000000">
      <w:r>
        <w:t xml:space="preserve">Good morning, everybody. Welcome to day two of the Creative Grooming Summit. We're going to start off today with Misty gets his Get just Oh, you're pretty. That was pretty close yeah good job, Pat. Myself on the back whenever. There you go, round of applause, there we go. So we're going to start off first though with Crazy Liberty and then. Right after that we'll get started with Misty, but a little bit of housekeeping really quickly. All of yesterday's workshops and transcripts are already up on the website, right? If anybody has any problem accessing any of the material, either let me or Erin know so we can take care of that. </w:t>
      </w:r>
      <w:r>
        <w:br/>
      </w:r>
    </w:p>
    <w:p w14:paraId="257E1B9E" w14:textId="77777777" w:rsidR="00922284" w:rsidRDefault="00000000">
      <w:r>
        <w:t xml:space="preserve">Show me Akshay song. Okay Misty, it's all yours. All righty. So let's go ahead and grab this. All right, so finishing touches by Misty Getches Master certified groomer. I am actually in Ohio. You can contact me at Misty at designer Pasalon. You can also find me on Facebook. That is the name you're going to be looking for. The picture right there will be my. Profile picture so easy to find me. I'm a master certified groomer with IGA I'm also a pet tech instructor, the CEO and owner of designer Pasalan, which we have two locations. </w:t>
      </w:r>
      <w:r>
        <w:br/>
      </w:r>
    </w:p>
    <w:p w14:paraId="71F6539D" w14:textId="77777777" w:rsidR="00922284" w:rsidRDefault="00000000">
      <w:r>
        <w:t xml:space="preserve">I've been competing since 2009 with many creative wins. Best in show. I was also Creative Groomer of the Year for I J. In 2019 I was nominated for the Barclay the same year I was just recently nominated for. Ryan's best of the best for best educator, best class groomer that inspires you and best mentor. I've gone to Taiwan and took the gold with the model dogs and one of my creative took best in show back in 2018 I show Kerry Blue Terriers. I just finished my boy so he's a finished champion. Got a whole bunch of titles on them, so we do a whole bunch of dog sports. </w:t>
      </w:r>
      <w:r>
        <w:br/>
      </w:r>
    </w:p>
    <w:p w14:paraId="11F2985D" w14:textId="77777777" w:rsidR="00922284" w:rsidRDefault="00000000">
      <w:r>
        <w:t xml:space="preserve">I am no longer competing. I'm now an educator and I'm a grooming. Judge, I am actually the cocaptain of the Whitman's pro team. So we're going to talk about today the different things that you can do to get your clients excited about creative without a massive commitment. So it's going to be things that you can do say it at an adoption event at maybe your grand opening or maybe someone else's grand opening, maybe there's like a vet clinic that's opening like we had someone that. </w:t>
      </w:r>
      <w:r>
        <w:br/>
      </w:r>
    </w:p>
    <w:p w14:paraId="22CBD1AC" w14:textId="77777777" w:rsidR="00922284" w:rsidRDefault="00000000">
      <w:r>
        <w:t xml:space="preserve">Contacted us and was like, hey, we're opening our new vet clinic. We're not too far away from you. Would you like to come and open a booth and kind of talk to our clients because we don't offer grooming. We'd love to be able to, you know, send clients there or maybe mutually have clients shared between the two. That's great marketing when it comes to being able to market more of these things to other businesses like vet clinics or. Pet supplies, places or you know doggy daycare or something like that or maybe they don't </w:t>
      </w:r>
      <w:r>
        <w:lastRenderedPageBreak/>
        <w:t xml:space="preserve">compete with you with grooming. So doing that you can either do these for free, you can charge. </w:t>
      </w:r>
      <w:r>
        <w:br/>
      </w:r>
    </w:p>
    <w:p w14:paraId="00377B92" w14:textId="77777777" w:rsidR="00922284" w:rsidRDefault="00000000">
      <w:r>
        <w:t xml:space="preserve">We used to do charge, we would go to events, put our pop up tent and then do these really cute stamps. So a lot of times you would see us at pet events we would have for Friday which is. Something that's unique to our community where every fourth Friday of the month we would be able to put popups in the downtown Westerville area and it would be a plethora of different companies out there. So they're we are one of the only people that did pet stuff and you would come in and you can do toenail trims there. </w:t>
      </w:r>
      <w:r>
        <w:br/>
      </w:r>
    </w:p>
    <w:p w14:paraId="6B8C3979" w14:textId="77777777" w:rsidR="00922284" w:rsidRDefault="00000000">
      <w:r>
        <w:t xml:space="preserve">We can do these fun stamps. They're of course non-toxic The one that we're going to be using today is going to be OPAWS and it's just a color paste. This is just a foam stamp. You can make your own. You can buy a whole bunch of different ones. We have them where we have letters, we can spell stuff out. We've had marriage proposals with this, We've had gender reveal stuff and it's non commitment. So you would bring it in, have that stuff done and then it washes right out. So we're going to go ahead and show you how this works. </w:t>
      </w:r>
      <w:r>
        <w:br/>
      </w:r>
    </w:p>
    <w:p w14:paraId="7D85C1F4" w14:textId="77777777" w:rsidR="00922284" w:rsidRDefault="00000000">
      <w:r>
        <w:t xml:space="preserve">So it's just a hair paste. I also use a Manic Panic one too, that have different colors, just a nice thick foam. The key is to put enough on there that I actually will stamp and have the shape, but not enough where it's going to dilute the shape and kind of go everywhere. So I usually put a little bit on there and then I'll spread it with my fingers and that makes sure that it is covered everywhere. </w:t>
      </w:r>
      <w:r>
        <w:br/>
      </w:r>
    </w:p>
    <w:p w14:paraId="0F6EA48E" w14:textId="77777777" w:rsidR="00922284" w:rsidRDefault="00000000">
      <w:r>
        <w:t xml:space="preserve">And then you would stamp it and I kind of wiggle it and make sure that it gets a nice adhere to it and then pull it off and that's what you see on the dog. It works great for shorthaired dogs, some dogs if they have a little bit of coat on them. So again, going back to the adoption event, we have the lettering and it says adopts me. That in itself brings a lot of attention to a dog that needs to be adopted because they're like, Oh my gosh, this is so cute. And then the dog gets a whole bunch of attention because it's colored and it's got something on it. </w:t>
      </w:r>
      <w:r>
        <w:br/>
      </w:r>
    </w:p>
    <w:p w14:paraId="22AB9941" w14:textId="77777777" w:rsidR="00922284" w:rsidRDefault="00000000">
      <w:r>
        <w:t xml:space="preserve">And adoption agencies love us because they're like, please put this on all of our dogs because anyone that we put this on usually gets adopted at the event. Because you're bringing so many more people over. And then the dog gets excited because, Oh my gosh, someone else is coming over and I can't believe you're going to touch me. And then the person gets to see the actual personality of that dog. Of course, you want to make sure you're doing it on a confident dog and not one that's really terrified, because then that could put them in more of a fearful state. </w:t>
      </w:r>
      <w:r>
        <w:br/>
      </w:r>
    </w:p>
    <w:p w14:paraId="2C2318E6" w14:textId="77777777" w:rsidR="00922284" w:rsidRDefault="00000000">
      <w:r>
        <w:lastRenderedPageBreak/>
        <w:t xml:space="preserve">The next one here in the middle, that one was airbrushed on. So it's kind of the same kind of concept where you're going to take a stencil and then put the stencil on there. You can use foam that has sticky or just a stencil that you've either found or made and then use a blow pen and blow that in. We're pretty known for the photo in the right hand side. It's made its rounds in our community in Columbus, ohio it, was on t v for promoting a local pet Expo. </w:t>
      </w:r>
      <w:r>
        <w:br/>
      </w:r>
    </w:p>
    <w:p w14:paraId="597EF191" w14:textId="77777777" w:rsidR="00922284" w:rsidRDefault="00000000">
      <w:r>
        <w:t xml:space="preserve">I brought him on for I believe is a ABC6 and so I had done him up to bring awareness to the Expo that was coming in and we were doing creative and stuff there. We had a booth and then we also had grooming competition. So we were promoting not only the creative that we had there, the booth that we had, but also the fact that grooming competitions were going to be for the first time that year added to their lineup. Of the PADD Expo. So simple things like this can just bring more attention to the industry, to your to your salon. </w:t>
      </w:r>
      <w:r>
        <w:br/>
      </w:r>
    </w:p>
    <w:p w14:paraId="7606227C" w14:textId="77777777" w:rsidR="00922284" w:rsidRDefault="00000000">
      <w:r>
        <w:t xml:space="preserve">What you do. Make sure if you do this, that you're taking your brochures with you, that you're handing out your business cards. When I hand out business cards to people, I give them three. And the reason for that is I want you to keep one and I want you to give two more out to other people, because I don't know how many times I love my videographer. That did my wedding. And when people are like, hey, do you know someone? I would have it in my wallet and I was like, well, I have other things I need him to video. I don't want to give you my only card. </w:t>
      </w:r>
      <w:r>
        <w:br/>
      </w:r>
    </w:p>
    <w:p w14:paraId="6465F4F1" w14:textId="77777777" w:rsidR="00922284" w:rsidRDefault="00000000">
      <w:r>
        <w:t xml:space="preserve">And that's kind of what happens. So making sure that you're giving out multiples people kind of get the idea to get those out. Spray color is another one. And this can be your blow pen, which is again the one on the right is actually at. A pet event This is again in our tent. We would charge anywhere from 5 to 15$ putting on what we were doing if it was like ears and tail and a stamp or something like this. So this would be more for your longer coated dogs. The same me on the left hand side that was for pride. This is one of my groomers that did it. </w:t>
      </w:r>
      <w:r>
        <w:br/>
      </w:r>
    </w:p>
    <w:p w14:paraId="3672B22B" w14:textId="77777777" w:rsidR="00922284" w:rsidRDefault="00000000">
      <w:r>
        <w:t xml:space="preserve">We did it for pride month and that was all done with pet paint so it washes right out. We don't have any commitment because if you've ever. Colored a double coated dog, it stays in there for like a year or two because they really have to shut it out. It's not something you cut out, so just being careful with. If you want to play with color and have something fun for an event or something using the proper products that will come out. </w:t>
      </w:r>
      <w:r>
        <w:br/>
      </w:r>
    </w:p>
    <w:p w14:paraId="6929F5AF" w14:textId="77777777" w:rsidR="00922284" w:rsidRDefault="00000000">
      <w:r>
        <w:t xml:space="preserve">The blow pen is going to stay a little bit longer, but you can wash that out. Some colors are going to stay a little bit more. Kind of like your pink and your yellow. Yellow is. A difficult one. Sometimes that it doesn't fade within like two or three washes. It might take a couple more or using a little elbow grease with degreaser or clarifying to get it out. Pet paint, love that stuff. I use it in the grooming creative ring all the time when I need a pop of something </w:t>
      </w:r>
      <w:r>
        <w:lastRenderedPageBreak/>
        <w:t xml:space="preserve">or I've got a stencil that I want a stencil on versus like freehand it with the airbrush just makes it a little bit easier. </w:t>
      </w:r>
      <w:r>
        <w:br/>
      </w:r>
    </w:p>
    <w:p w14:paraId="09C32128" w14:textId="77777777" w:rsidR="00922284" w:rsidRDefault="00000000">
      <w:r>
        <w:t xml:space="preserve">So like baby shark was done with pet paint. And a stencil because I wanted nice flat looking fish in the background because that's what the baby shark song and stuff has, is they're really flat in the background, so I kind of wanted that. They also have ones that have spray on glitter, so it's still messy, but it's less messy than actually trying to sprinkle on your glitter on your creatives on stage. So I always have that in my arsenal as well because I don't have to put the Hairspray on top of it to stay because it already has a little Hairspray in it. So that's a little tip for people that want to do creative in the ring. </w:t>
      </w:r>
      <w:r>
        <w:br/>
      </w:r>
    </w:p>
    <w:p w14:paraId="1DDBA232" w14:textId="77777777" w:rsidR="00922284" w:rsidRDefault="00000000">
      <w:r>
        <w:t xml:space="preserve">But yeah, using these and both in the ring and at your shop is very beneficial and easy to use. But it was a lot of fun doing this Pride tail and of course they went to a pride parade and it they it was the talk of the town type thing. So doing that and taking it somewhere, make sure you have a whole bunch of your business cards because you're going to get a lot of people that want to have that done to their dogs. </w:t>
      </w:r>
      <w:r>
        <w:br/>
      </w:r>
    </w:p>
    <w:p w14:paraId="0DEA2784" w14:textId="77777777" w:rsidR="00922284" w:rsidRDefault="00000000">
      <w:r>
        <w:t xml:space="preserve">And of course making sure that you are pricing that accordingly as well because that takes some time and product to do that. If you want to do it for free just to get some advertisement, you can do that. Just make sure you're charging enough for it. So this is another one I like to play around with, especially around the holidays. So the two snowflakes you see are actually glitter gem kind of stickers that you can put on and then the actual lines on this is Elmer's glue mixed with glitter and it's just painted on. And then we are matching what's in the actual snowflakes and using single gems that came with those to kind of match that. </w:t>
      </w:r>
      <w:r>
        <w:br/>
      </w:r>
    </w:p>
    <w:p w14:paraId="6AFAB423" w14:textId="77777777" w:rsidR="00922284" w:rsidRDefault="00000000">
      <w:r>
        <w:t xml:space="preserve">And this was for a Christmas party for Schnauzer, White Schnauzer. She would always come in for holidays and I would do something fun and new to her. The stickers themselves, you can either leave them on the way they are, they will kind of fall off, or you can peel them off, or you can put a little bit of tacky glue. To make them stay a little bit longer, but it should be something that's easy to rinse off and wash off. </w:t>
      </w:r>
      <w:r>
        <w:br/>
      </w:r>
    </w:p>
    <w:p w14:paraId="2EDDA3F8" w14:textId="77777777" w:rsidR="00922284" w:rsidRDefault="00000000">
      <w:r>
        <w:t xml:space="preserve">So you want to make sure that you're using a water soluble blue glue. So tacky or an Elmer's glue question. Yeah, I have a client that likes to change the color of the ears every month. What type of dye would you recommend? She's a multi poo with straight white hair on her ears so you could do more of like the blow pen. Type so you can change it all the time, but if you dye them, you have to figure out, so if I want, say I have pink ears and I want blue ears, the next time you're going to turn out with purple ears. So you need to make sure that you figure out if you put that color on the ear, what that's going to look like. </w:t>
      </w:r>
      <w:r>
        <w:br/>
      </w:r>
    </w:p>
    <w:p w14:paraId="07E82150" w14:textId="77777777" w:rsidR="00922284" w:rsidRDefault="00000000">
      <w:r>
        <w:lastRenderedPageBreak/>
        <w:t xml:space="preserve">Now sometimes you can get a really pretty hombre. So we kind of have that conversation. So I love Avatar. Avatar is my absolute favorite to use because it's very vibrant. It's thin. I don't like the huge thick pace. I don't feel that they are able to cover as much and they stay better, yes. But I also feel that they run. So I do love Opa's because they do have vibrant colors. But the one thing I don't like about Oppa's is it bleeds like crazy. Oppa's is not going to be something that you can rinse out. </w:t>
      </w:r>
      <w:r>
        <w:br/>
      </w:r>
    </w:p>
    <w:p w14:paraId="6F52A0B9" w14:textId="77777777" w:rsidR="00922284" w:rsidRDefault="00000000">
      <w:r>
        <w:t xml:space="preserve">It really needs to be cut out. So if you want something you're going to change all the time. Colored chalk and then putting like a sealant on either Hairspray. A light Hairspray, not something crazy. Pet paint also has a. Spray that you can put on, that helps to lock that in. You can use that coloring paste that we saw earlier. You can do that to put on the ears. But if you're coloring anything and you want to like take it out, you can't use a semi permanent to permanent dye. </w:t>
      </w:r>
      <w:r>
        <w:br/>
      </w:r>
    </w:p>
    <w:p w14:paraId="4FECCEEB" w14:textId="77777777" w:rsidR="00922284" w:rsidRDefault="00000000">
      <w:r>
        <w:t xml:space="preserve">You're just going to have to be figuring out what color if you put on it, what color is going to make. After you put it on so you can go to color wheels on Google and then say, Okay, I want to make this and this is what I have. What color do I need to add, which I saw that coloring wheel at the very beginning with Crazy Liberty. I kind of like that because I think it tells you how to achieve that certain color shade with each one. </w:t>
      </w:r>
      <w:r>
        <w:br/>
      </w:r>
    </w:p>
    <w:p w14:paraId="4ACAF4FF" w14:textId="77777777" w:rsidR="00922284" w:rsidRDefault="00000000">
      <w:r>
        <w:t xml:space="preserve">So that's kind of what you're looking for. But yes, no, semi permanent to permanence because they're you're not going to be able to wash it out. You need something that's more temporary. It will come out faster. Chalk is going to come out pretty quickly, but it's a nice way of being able to have the color in there without the commitment. Does that answer the question? Ok moving on. So this golden retriever here is a service dog. She just wanted her to look kind of, you know, cute and blingy. </w:t>
      </w:r>
      <w:r>
        <w:br/>
      </w:r>
    </w:p>
    <w:p w14:paraId="6725BC7E" w14:textId="77777777" w:rsidR="00922284" w:rsidRDefault="00000000">
      <w:r>
        <w:t xml:space="preserve">So we put this on the ear. Anytime you're putting any kind of glued, gemmed type things, you don't want to put it on a dog that's going to go home where they can go and like chew at it. So you want to put it where somewhere on the back where they can't really get to it that much or make sure that you're watching them. So anytime I would do creative for runway, pretty much the next day I'm taking that glue in the gems and stuff off. </w:t>
      </w:r>
      <w:r>
        <w:br/>
      </w:r>
    </w:p>
    <w:p w14:paraId="2DBD1028" w14:textId="77777777" w:rsidR="00922284" w:rsidRDefault="00000000">
      <w:r>
        <w:t xml:space="preserve">Or they will remove it for me type thing. So these are more reserved for events in my shop. So if you've got a party coming up, you're going to come in and have me put these on, You can bring it back in and I'll go ahead and remove it, give them a good bath, rub it off. But I'm not an advocate to leave this on long term. This is really for walking about, getting some attention for your dog and then removing it. So something that you can leave in a little bit more is these iron on crystals. </w:t>
      </w:r>
      <w:r>
        <w:br/>
      </w:r>
    </w:p>
    <w:p w14:paraId="492194F7" w14:textId="77777777" w:rsidR="00922284" w:rsidRDefault="00000000">
      <w:r>
        <w:lastRenderedPageBreak/>
        <w:t xml:space="preserve">I really like these. It brings a little bit more bling to any kind of ear or tail or something you just want to have some fun with. They're easy. You can just pluck them right out And then we're also going to be showing in this video how to put on the beads and. Angela company with creative collections has both of these that she sells and I really like using these if I need to bring a dog up but I don't want the commitment where they have to come in and I have to rewash them. </w:t>
      </w:r>
      <w:r>
        <w:br/>
      </w:r>
    </w:p>
    <w:p w14:paraId="285C97AE" w14:textId="77777777" w:rsidR="00922284" w:rsidRDefault="00000000">
      <w:r>
        <w:t xml:space="preserve">I just can tell the owners you can just pluck these off, you can pull this through and it's removed off of the dog. So this dog already has light chalking it. I just wanted a hint of color at the bottom with hair chalk. She has pink. So you just cut them out and then you're going to use a flat iron. I used one of those really tiny ones. You're going to take the white backing off and you're just going to have the plastic. So what it's hearing to is the little black stuff on the back. </w:t>
      </w:r>
      <w:r>
        <w:br/>
      </w:r>
    </w:p>
    <w:p w14:paraId="0333C0C9" w14:textId="77777777" w:rsidR="00922284" w:rsidRDefault="00000000">
      <w:r>
        <w:t xml:space="preserve">You place it where you want it. Put that on for 10 to 30 seconds. Make sure you keep it away from the ear leather itself. You don't want to burn them. And then you're just going to pull it off and then it stays there. So you've got one there now you can do it individually. I have a couple of them on there and I'm just, I'm putting the hide iron on one gem and then removing it and then using it again and putting it somewhere else. </w:t>
      </w:r>
      <w:r>
        <w:br/>
      </w:r>
    </w:p>
    <w:p w14:paraId="737798F0" w14:textId="77777777" w:rsidR="00922284" w:rsidRDefault="00000000">
      <w:r>
        <w:t xml:space="preserve">So again, it's just a little bit of like icing, just something fun. Not anything crazy where you know you're going to see it from across the street, but maybe you're going to go to a meet and greet with other dog owners at like a pub or something because they have those now during summer where you can have the open patio for dogs and you want more people to say hi to your dog. </w:t>
      </w:r>
      <w:r>
        <w:br/>
      </w:r>
    </w:p>
    <w:p w14:paraId="4E3318B0" w14:textId="77777777" w:rsidR="00922284" w:rsidRDefault="00000000">
      <w:r>
        <w:t xml:space="preserve">This is going to be the beads. It's already on the threader. So that's what's great about this one is and you can reuse the thread or two if you find other beads that you want to put it on. So this has like a silicon. Band on it so it helps to stay on. So you're going to feed it through the fish hook there and you're going to put the bead on and then you're just going to pull it through and then there it stays. </w:t>
      </w:r>
      <w:r>
        <w:br/>
      </w:r>
    </w:p>
    <w:p w14:paraId="1946FF44" w14:textId="77777777" w:rsidR="00922284" w:rsidRDefault="00000000">
      <w:r>
        <w:t xml:space="preserve">You want to take it off, you slide it off and then you can you could put it back on the fish and then put it back on the dog. They're very much reusable. You could do this just for photos. And then take them off and use them on something else. You can also put these on top knots or tie ups. You could use the same thing for a bigger one as well, like a bigger bead or a bow. If you have struggle using like hemostats to put bows on, you can use reuse that tool that they have there and as you can see she's got a little bit of chalk on the bottom. </w:t>
      </w:r>
      <w:r>
        <w:br/>
      </w:r>
    </w:p>
    <w:p w14:paraId="53BB99AF" w14:textId="77777777" w:rsidR="00922284" w:rsidRDefault="00000000">
      <w:r>
        <w:lastRenderedPageBreak/>
        <w:t xml:space="preserve">Just to make those hots, pink crystals kind of pop a little bit more. And you can do these things on black dogs so I don't have to bleach it. I don't have to like process anything. It's just a quick creative on this dog so you don't have to have a white dog in order to do, you know, some fun things. This one is everyone pretty much knows how to cut bandanas. </w:t>
      </w:r>
      <w:r>
        <w:br/>
      </w:r>
    </w:p>
    <w:p w14:paraId="5F03C170" w14:textId="77777777" w:rsidR="00922284" w:rsidRDefault="00000000">
      <w:r>
        <w:t xml:space="preserve">So say you have some fancy function that someone's coming and they want something different, but you have this really cute bandana fabric. I can whip these out in like 10 seconds. I tried really hard to slow this down because I'm so used to making them. You can make it with a large bandana cut or those strips that you're left over after you cut them and you wanted to use it for a larger dog instead of cutting it down the middle. </w:t>
      </w:r>
      <w:r>
        <w:br/>
      </w:r>
    </w:p>
    <w:p w14:paraId="2E20D0FC" w14:textId="77777777" w:rsidR="00922284" w:rsidRDefault="00000000">
      <w:r>
        <w:t xml:space="preserve">When you get the fabric from Joann's you would use the whole strip. You need one bandana or one strip of fabric, two rubber bands, and if you want to put a centerpiece in it, you can have a hot glue gun and do that. But I do it where it's like I'm throwing this on and I'm sending the dog right out the door and they just want something a little different other than it being Vienna. So I use just the regular topnot rubber bands. So you can do it from this end or the other end starting it really depends on, you know how you want it done, if you want to finished edge or not. </w:t>
      </w:r>
      <w:r>
        <w:br/>
      </w:r>
    </w:p>
    <w:p w14:paraId="3BFE3195" w14:textId="77777777" w:rsidR="00922284" w:rsidRDefault="00000000">
      <w:r>
        <w:t xml:space="preserve">I'm making the thickness of what I want the bow to be. Going to fold it in half, you're going to take your rubber band and usually what I do is I'll measure to make sure I put it around the dog's neck. The other part that's not. Going through the rubber band to make sure I can tie it and I'll adjust the bow tie depending on what size dogs the large bandana will go. </w:t>
      </w:r>
      <w:r>
        <w:br/>
      </w:r>
    </w:p>
    <w:p w14:paraId="21C0F966" w14:textId="77777777" w:rsidR="00922284" w:rsidRDefault="00000000">
      <w:r>
        <w:t xml:space="preserve">On a medium dog you're then going to split these the tails and you're going to find the middle of that and that's going to be the middle of your bow tie. Take another rubber band and if it's a thicker fabric or. You want you could put two rubber bands. I've done that before. If it's just a thicker and it's like a big dog and it just has more fabric that I need to go through that, I might put two there, but a lot of times one is pretty good. </w:t>
      </w:r>
      <w:r>
        <w:br/>
      </w:r>
    </w:p>
    <w:p w14:paraId="032C707C" w14:textId="77777777" w:rsidR="00922284" w:rsidRDefault="00000000">
      <w:r>
        <w:t xml:space="preserve">And then if you wanted to put the centerpiece in there, you would just put a little dab of glue and then put whatever you want. Fluff it out. There's your bow tie and then you would put this on the same way you would put a bandana. So there's mister anubis. And I just tied on and boom, super cute. You already have the bandanas. And like I said, a lot of times these come out during like holidays and we'll like bling it up in the middle, bling collars so you can do these. You can find these on our Instagram designer Pastelon and it elevates your photos. Quite a bit. So the standard poodle on the right hand side, we did some creative on it has a little bit of air blow pen on the ears and then we did a little bit of dying on the back and then it has a little bit of the glue mixed with the glitter to make the giraffe print on the back. </w:t>
      </w:r>
      <w:r>
        <w:br/>
      </w:r>
    </w:p>
    <w:p w14:paraId="5AE401E3" w14:textId="77777777" w:rsidR="00922284" w:rsidRDefault="00000000">
      <w:r>
        <w:lastRenderedPageBreak/>
        <w:t xml:space="preserve">And then we just finished it off with that necklace and I think that just sets that. Groom apart. So when you see that it's just like wow and then you just keep looking at the rest of it and you start seeing everything else that's in that. The doodle on the other side. They like the Super shaggy look. This is the dog like walking out. We wanted to do a nice picture for this owner because it was the dog's birthday. These necklaces work really well. If you are doing freestyle or Asian, make sure that the show will allow you to use this. You may need to remove it for the judge to look to say, see, make sure it's not hiding anything. </w:t>
      </w:r>
      <w:r>
        <w:br/>
      </w:r>
    </w:p>
    <w:p w14:paraId="78294E2F" w14:textId="77777777" w:rsidR="00922284" w:rsidRDefault="00000000">
      <w:r>
        <w:t xml:space="preserve">But again, this is another piece for you know, your creative part or even like runway. You could do this for one, right? I've done that as well. And it again, is it just an extra element that kind of sets your groom apart from the groomer down the street or the, you know, the groomer, the next competitor behind you or in front of you can also sell these as well. </w:t>
      </w:r>
      <w:r>
        <w:br/>
      </w:r>
    </w:p>
    <w:p w14:paraId="63A9676B" w14:textId="77777777" w:rsidR="00922284" w:rsidRDefault="00000000">
      <w:r>
        <w:t xml:space="preserve">So we have, there's like we have like 15 of them. They're different styles. They have some have feathers, some of them have lots of bling, some have a little bit of bling. The one on the left I believe is from Jolene and the one on the right is from Melena. So there's a couple different vendors that have these and they're usually not too expensive. I think Melena's, it's much smaller and I think it was. I think under 25 maybe. </w:t>
      </w:r>
      <w:r>
        <w:br/>
      </w:r>
    </w:p>
    <w:p w14:paraId="74F167EF" w14:textId="77777777" w:rsidR="00922284" w:rsidRDefault="00000000">
      <w:r>
        <w:t xml:space="preserve">And then the one on the left, it's pretty big. That one ran like 40 I think or 50. So it's not something I would give to a client, but I could sell it to a client. So maybe they've got some fancy wedding that they want the dog to be the ring bearer for or you know some event that they want elegant and they want their dog. You could sell them this. Or just elevate your Instagram photos or even your Facebook photos. You know, maybe you want to make an ad for the paper. A dog wearing this, people are going to notice. </w:t>
      </w:r>
      <w:r>
        <w:br/>
      </w:r>
    </w:p>
    <w:p w14:paraId="6C2D2386" w14:textId="77777777" w:rsidR="00922284" w:rsidRDefault="00000000">
      <w:r>
        <w:t xml:space="preserve">Oh wow, that's really cute, you know, oh, look at the rest of the groom. Oh, look at the rest of the ad type thing. So this is definitely a marketing ploy for you. Pretty much all of the creative that I use is marketing just to get people to come over and see my work and talk to me right kelsey raised her hand. Kelsey, type your question into the chat. I'll wait for her to type it in. You want me to wait until she types it or just keep going? Ok, perfect. </w:t>
      </w:r>
      <w:r>
        <w:br/>
      </w:r>
    </w:p>
    <w:p w14:paraId="1AB8B482" w14:textId="77777777" w:rsidR="00922284" w:rsidRDefault="00000000">
      <w:r>
        <w:t xml:space="preserve">So this is a super cute bow. It's super easy to make clients go nuts for him. Other groomers go nuts for him. So these are my butterfly bows. So this is going to show you how to make them. This is the I've had a lot of people asking how to make my so we're going to make them real quick. First opportunity is pair of scissors. These you can get at Michael's or Joanne's, the in the wedding section or in the cake section shared for making flowers for us. </w:t>
      </w:r>
      <w:r>
        <w:br/>
      </w:r>
    </w:p>
    <w:p w14:paraId="3AF19733" w14:textId="77777777" w:rsidR="00922284" w:rsidRDefault="00000000">
      <w:r>
        <w:lastRenderedPageBreak/>
        <w:t xml:space="preserve">They don't have any wires and see. It's just rolled up paper with glitter at the end, that's all that is. You're going to need rubber bands, whatever choice ribbon you want, and I usually use phema stats to make my bows. So in order to make these, I take whatever length I want each wing to be and I cut it and then cut it in half. And then so this is going to be wing on one and this is going to be a wing on another bow usually like to couple it with another pompton three color. </w:t>
      </w:r>
      <w:r>
        <w:br/>
      </w:r>
    </w:p>
    <w:p w14:paraId="61424D4D" w14:textId="77777777" w:rsidR="00922284" w:rsidRDefault="00000000">
      <w:r>
        <w:t xml:space="preserve">So I'll take this and this and that will be the butterfly. So what you want to do is you want to fold the way that you want it to show. You want to fold it on top of itself like that you want to take. The next color and do the same thing. So you're going to fold it on top of itself. So you're going to have just like that. Then you want to take your antennas and put those on top. Take your rubber bands, usually fold it in half, flip this on the other side, take the hematax. Pull that this is when you want to kind of play with your butterfly to get it hooked up the way you want it through and then cut these what kind of look like wings? There's your butterfly globe and you just stick that in a dog's hair. </w:t>
      </w:r>
      <w:r>
        <w:br/>
      </w:r>
    </w:p>
    <w:p w14:paraId="479C71A4" w14:textId="77777777" w:rsidR="00922284" w:rsidRDefault="00000000">
      <w:r>
        <w:t xml:space="preserve">And here is the finished product. You have any questions, you can contact me? So these are masked ones made here. They're super cute. I usually pull them out for like summer. Easy to make you. I make them with glitter. It's just something that's different that most clients haven't seen. And I we always try to like come up with different ways of making things. Sometimes we put like little hats on them. Anything that's going to get attention to your to your groom. So you want to do that. My name is Missy Gattis. </w:t>
      </w:r>
      <w:r>
        <w:br/>
      </w:r>
    </w:p>
    <w:p w14:paraId="57C08548" w14:textId="77777777" w:rsidR="00922284" w:rsidRDefault="00000000">
      <w:r>
        <w:t xml:space="preserve">You can contact me Missy at designerpacellon.com You can find me on Facebook. I do consulting private and group classes. Pets at classes too I. Do selling business paperwork and then you can find all my information on our Square site. Do we have any other questions? We'll give it a minute for people to put any questions into the chat. Do we have the one that she. Oh, yeah, no, she just hit the wrong button. Ok. So again, it just it comes down to little things that you can do to kind of tease them into. </w:t>
      </w:r>
      <w:r>
        <w:br/>
      </w:r>
    </w:p>
    <w:p w14:paraId="0FC5F9CB" w14:textId="77777777" w:rsidR="00922284" w:rsidRDefault="00000000">
      <w:r>
        <w:t xml:space="preserve">Wanting to do creative and if you chalk ears and you change it every time they come in, they might be more willing to do full colored ears or full colored tail and that's kind of your gateway of getting in there. Or maybe you can talk them into doing something for a major holiday or a wedding proposal. We've like I said, we've done that. We've also done. Generally, reveal could happen, Gender reveal ones. I've done a Westie for a sixties, party so we had like a whole bunch of 60 stuff on the dog and they just wanted the dog to be the center of the tension and so we just put a whole bunch of 60 stuff on there and the clients loved it. </w:t>
      </w:r>
      <w:r>
        <w:br/>
      </w:r>
    </w:p>
    <w:p w14:paraId="390CA408" w14:textId="77777777" w:rsidR="00922284" w:rsidRDefault="00000000">
      <w:r>
        <w:lastRenderedPageBreak/>
        <w:t xml:space="preserve">So getting your stuff out there, even if it's just marketing to get people to notice you as a groomer or you're starting your own business. Doing that and handing out i think I went. We started marketing three months before I opened and I bought 500 business cards. Before I opened I had to buy two more boxes of 500 because i did so much of these, so. Even if you're not going to go full head on into creative, it's definitely a marketing thing that you can use yeah i'm also going to make mention I have two dogs that look very they're well, they're literal mates. They look very much alike, 1 gets insulin, 1 does not. </w:t>
      </w:r>
      <w:r>
        <w:br/>
      </w:r>
    </w:p>
    <w:p w14:paraId="34FDA518" w14:textId="77777777" w:rsidR="00922284" w:rsidRDefault="00000000">
      <w:r>
        <w:t xml:space="preserve">So when they're being boarded, have to differentiate one dog from another because, you know, they take color. Well, yeah. Well, actually on Cecil, we're painting in script, his name Cecil on his side nice there you go creative it's, it works. It works. So I mean, I have some that I have a person that has two eatons, one's a boy, one's a girl, and we do, they look identical. And the difference that you look at is the boy has a blue Mohawk and the girl has the pink Mohawk. </w:t>
      </w:r>
      <w:r>
        <w:br/>
      </w:r>
    </w:p>
    <w:p w14:paraId="01B34990" w14:textId="77777777" w:rsidR="00922284" w:rsidRDefault="00000000">
      <w:r>
        <w:t xml:space="preserve">So you can easily figure out who's being naughty across the, you know, across the way by seeing what color is on the top of the head right so Aaron's question is with the Avatar, when you use that on clients, do you let them know that it is it a pet product or do you use waivers that state this So we let them know that it is vegan and that I have used it on my own dogs. But yes, we do have waivers, but that's my that's my color of choice is Avatar. I use it. </w:t>
      </w:r>
      <w:r>
        <w:br/>
      </w:r>
    </w:p>
    <w:p w14:paraId="5619C37F" w14:textId="77777777" w:rsidR="00922284" w:rsidRDefault="00000000">
      <w:r>
        <w:t xml:space="preserve">I used to use that on my own hair, so. Ok All right. So I don't see any more questions. We will be back. Ok So it is a little after nine thirty here. The next session starts at ten thirty, so a little less than an hour. So we'll see everybody then. Alright, perfect. It's, it's. </w:t>
      </w:r>
      <w:r>
        <w:br/>
      </w:r>
    </w:p>
    <w:sectPr w:rsidR="00922284"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5FCFF" w14:textId="77777777" w:rsidR="00D55FEE" w:rsidRDefault="00D55FEE">
      <w:pPr>
        <w:spacing w:after="0" w:line="240" w:lineRule="auto"/>
      </w:pPr>
      <w:r>
        <w:separator/>
      </w:r>
    </w:p>
  </w:endnote>
  <w:endnote w:type="continuationSeparator" w:id="0">
    <w:p w14:paraId="6278F3AF" w14:textId="77777777" w:rsidR="00D55FEE" w:rsidRDefault="00D5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97C1" w14:textId="77777777" w:rsidR="00922284" w:rsidRDefault="00000000">
    <w:pPr>
      <w:pStyle w:val="Footer"/>
      <w:jc w:val="center"/>
    </w:pPr>
    <w:r>
      <w:t xml:space="preserve">Page </w:t>
    </w:r>
    <w:r>
      <w:fldChar w:fldCharType="begin"/>
    </w:r>
    <w:r>
      <w:instrText>PAGE</w:instrText>
    </w:r>
    <w:r w:rsidR="00D009B8">
      <w:fldChar w:fldCharType="separate"/>
    </w:r>
    <w:r w:rsidR="00D009B8">
      <w:rPr>
        <w:noProof/>
      </w:rPr>
      <w:t>1</w:t>
    </w:r>
    <w:r>
      <w:fldChar w:fldCharType="end"/>
    </w:r>
    <w:r>
      <w:t>/</w:t>
    </w:r>
    <w:r>
      <w:fldChar w:fldCharType="begin"/>
    </w:r>
    <w:r>
      <w:instrText>NUMPAGES</w:instrText>
    </w:r>
    <w:r w:rsidR="00D009B8">
      <w:fldChar w:fldCharType="separate"/>
    </w:r>
    <w:r w:rsidR="00D009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3EB3" w14:textId="77777777" w:rsidR="00D55FEE" w:rsidRDefault="00D55FEE">
      <w:pPr>
        <w:spacing w:after="0" w:line="240" w:lineRule="auto"/>
      </w:pPr>
      <w:r>
        <w:separator/>
      </w:r>
    </w:p>
  </w:footnote>
  <w:footnote w:type="continuationSeparator" w:id="0">
    <w:p w14:paraId="3CBD2DE7" w14:textId="77777777" w:rsidR="00D55FEE" w:rsidRDefault="00D55F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9681509">
    <w:abstractNumId w:val="8"/>
  </w:num>
  <w:num w:numId="2" w16cid:durableId="1919092961">
    <w:abstractNumId w:val="6"/>
  </w:num>
  <w:num w:numId="3" w16cid:durableId="33431594">
    <w:abstractNumId w:val="5"/>
  </w:num>
  <w:num w:numId="4" w16cid:durableId="920720548">
    <w:abstractNumId w:val="4"/>
  </w:num>
  <w:num w:numId="5" w16cid:durableId="133766511">
    <w:abstractNumId w:val="7"/>
  </w:num>
  <w:num w:numId="6" w16cid:durableId="675234931">
    <w:abstractNumId w:val="3"/>
  </w:num>
  <w:num w:numId="7" w16cid:durableId="1094133938">
    <w:abstractNumId w:val="2"/>
  </w:num>
  <w:num w:numId="8" w16cid:durableId="891885364">
    <w:abstractNumId w:val="1"/>
  </w:num>
  <w:num w:numId="9" w16cid:durableId="795370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22284"/>
    <w:rsid w:val="00AA1D8D"/>
    <w:rsid w:val="00B47730"/>
    <w:rsid w:val="00CB0664"/>
    <w:rsid w:val="00D009B8"/>
    <w:rsid w:val="00D55F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CC741C"/>
  <w14:defaultImageDpi w14:val="300"/>
  <w15:docId w15:val="{D5FB8ADF-C8F4-AE4C-8BD7-A7BDD89A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4123</Words>
  <Characters>23506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2023-04-17T17:16:00Z</dcterms:created>
  <dcterms:modified xsi:type="dcterms:W3CDTF">2023-04-17T17:16:00Z</dcterms:modified>
  <cp:category/>
</cp:coreProperties>
</file>