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EB186" w14:textId="77777777" w:rsidR="003035E3" w:rsidRDefault="00000000">
      <w:pPr>
        <w:pStyle w:val="Title"/>
      </w:pPr>
      <w:r>
        <w:t>Nicole Beckman</w:t>
      </w:r>
    </w:p>
    <w:p w14:paraId="7F9D2303" w14:textId="77777777" w:rsidR="003035E3" w:rsidRDefault="00000000">
      <w:r>
        <w:t xml:space="preserve">Ay The Walking Dead. Workshop is with the Batman started here from. Los panthers. O k nicole type? That will the bien. Exacto, perfecto. Perfecto, Haider al Batman and Today I am going to you wish to work on dog care with out cutting and without dying. So I'm doing a Threat Signal in the Design that. I'm doing The day show. Pues muy Apple. Oohh Park Zoo TYCOON Technics Today on how to create different affects on here without actually think about running is the dog is a dog that i am currently using for a free Style competition. </w:t>
      </w:r>
      <w:r>
        <w:br/>
      </w:r>
    </w:p>
    <w:p w14:paraId="4A553947" w14:textId="77777777" w:rsidR="003035E3" w:rsidRDefault="00000000">
      <w:r>
        <w:t xml:space="preserve">Solo I don't wanna Miss a better call sául. En North Stream Whatsoever. So first of I'm going to start with some different ways to create some weeks so up here I have a PDF some a little twist in their southern that you here. I have some water and going to Miss down a little big show here. En Rush through. And thank you for this is that little Robert Beans. And I'm going to take a little longer. And twisted. En su oh. I don't know, it's probably. Es una música. Respuesta, en pulse over en high Lynn. Sensing for over here. En ese way to create some natural looking for natural looking Messi y carls. </w:t>
      </w:r>
      <w:r>
        <w:br/>
      </w:r>
    </w:p>
    <w:p w14:paraId="42833721" w14:textId="77777777" w:rsidR="003035E3" w:rsidRDefault="00000000">
      <w:r>
        <w:t xml:space="preserve">About these Old people here is well, so think like a really here that. Y vídeos de súper Nice. Control hair, but that Messi crear looks really good for that, but is also good for creating a far away a trilogy that the go head and save a little dream. I don't want anything to Crazy, like a prayer and Miss you roberto. Elegían su Gabriel. Al menos que la orienta. Show you here. Son el juego smath dead. ¿Si usted? Más aire. That I want. Ya después, spray the biggest with you. </w:t>
      </w:r>
      <w:r>
        <w:br/>
      </w:r>
    </w:p>
    <w:p w14:paraId="3EE6BAC4" w14:textId="77777777" w:rsidR="003035E3" w:rsidRDefault="00000000">
      <w:r>
        <w:t xml:space="preserve">La Rush es Picasso. Es bright want to air brush over regular. Que es Dry clean here you wanna have something to hold the Russian. ¿Right in the Apple more? We want. Entonces no hay suerte, cree messi. Here LIFE look. Annan something very similar to that siders follow. Se vuelve thats okay. ¿Si, they are little carols? En filmaffinity longer, the creed, the wild. They were looking at three. Pues aunque sea with branches the block. Down here. Hagan show you a very simple versión of this, where all gonna do is good es. </w:t>
      </w:r>
      <w:r>
        <w:br/>
      </w:r>
    </w:p>
    <w:p w14:paraId="3497B983" w14:textId="77777777" w:rsidR="003035E3" w:rsidRDefault="00000000">
      <w:r>
        <w:t xml:space="preserve">Spritz over with some water. ¿Com Threw? Andrés, conmigo through and scratch my Hand. En el script. The simple versión I Don't cree, es match texture only co. Vaya another way. A Heather, Spike inglés OA Spike Angel o Higgins House, hasta Water and Glow Q a vuelve a simular but I don't smath grandes. ¿Es que nada come three little? Bueno, te curas, speaking. Water and spray. But the you, say the same thing. River the Dogs. Luego de esas. ¿But where? The Twist you be able to door with lyrics http ángel lang. Se work through my fingers that call. Yo nunca, no que voy a hacer en. Empezó a GO imágenes sigue. </w:t>
      </w:r>
      <w:r>
        <w:br/>
      </w:r>
    </w:p>
    <w:p w14:paraId="3BB494EE" w14:textId="77777777" w:rsidR="003035E3" w:rsidRDefault="00000000">
      <w:r>
        <w:lastRenderedPageBreak/>
        <w:t xml:space="preserve">Escrito por Texture for the Water. 24, smath sociedad. Product that will be. But want to talk for events, de súbito option A. And then another thing. We can do is just go ahead and. ¿Draw on? With the way that will that is wasted the coast is. But because we have so much here. What I wanna do is i wanna be a gollum sobre I am not relying on a very a tako a ver, spray over. Very quickly. Songs of this, here is the technique very similar to Spring up for a top songs. Under spray here. En la come down. Anna POP ¿Agoda? Spray little. Come down with the roots, not top. </w:t>
      </w:r>
      <w:r>
        <w:br/>
      </w:r>
    </w:p>
    <w:p w14:paraId="19C24D19" w14:textId="77777777" w:rsidR="003035E3" w:rsidRDefault="00000000">
      <w:r>
        <w:t xml:space="preserve">Hairspray, come down. En la que eran One more time, hairspray, come down, so now, i can go ahead, and hashtag. Por no super close to close new. I don't. And you to match that now up here. Ah. Pues AU next, and gonna show you a very. Simple way to do actual lives on the dog. A des is the most wanted that I'm gonna do it. Ajá, aunque here com crear next creation shakespeare. Ángel Rivas Google. Speaker of Blue Style, athens. Hashtag food better Than all. Racing Santander Watch Dogs are not something you want keeping more than thirty two, but. </w:t>
      </w:r>
      <w:r>
        <w:br/>
      </w:r>
    </w:p>
    <w:p w14:paraId="4E147B5E" w14:textId="77777777" w:rsidR="003035E3" w:rsidRDefault="00000000">
      <w:r>
        <w:t xml:space="preserve">Subir a Great Option. ¿Stay o Colorful? Samsung Sabritas. Aunque Air ¿Twist? Good distinction hot and turull. Ya fue. Ready to becoming y vender compared to the littlest laptop. F You. Puedes dos really lives that you doing this will be really good for. Queens a our. Al sur. 15 en 14 don't have to believe there is a really good for spikes on your Dragon, something like that skills really good option really easy way to create the mansión with out. </w:t>
      </w:r>
      <w:r>
        <w:br/>
      </w:r>
    </w:p>
    <w:p w14:paraId="02CDA356" w14:textId="77777777" w:rsidR="003035E3" w:rsidRDefault="00000000">
      <w:r>
        <w:t xml:space="preserve">Having to korean lot of girls take the time cihat. Right now, They don't look súper you can't super well that we do with the more you. Happy wheels for him later on gran. Bueno, pues nada we have the One we wanna go to es spray shakespeare. Morehead, señor Abraham. A so angry get the twin this. El tweet go back zapata go now. Up here. Start with vy. Bien, vamos a hacer mixture apple creo. O sea. Son antiguos. 100 Piece of here. No este que es de. Lynch entre rounds, we wanna have mynx Long for the feather. But very cine manager. Dawn of war nen. </w:t>
      </w:r>
      <w:r>
        <w:br/>
      </w:r>
    </w:p>
    <w:p w14:paraId="25FFDA15" w14:textId="77777777" w:rsidR="003035E3" w:rsidRDefault="00000000">
      <w:r>
        <w:t xml:space="preserve">Joder, Baker's. Hashtag Everything on Earth Day on the sides. Así que vuelve with my hands newline. ¿O el Metal gear? andén. Han abrir the Second language here. Gan hairspray. Al ship little. And Now. Ahora te suscribe por Second ago head and tagged with my Fair, you want me will be. Fue AR is. Ah Esther, spray es dredd you and where spray wild sticking to this and that stage and the message. Bye edge. En a Creative really Nice. Wolfpack to air brush over. </w:t>
      </w:r>
      <w:r>
        <w:br/>
      </w:r>
    </w:p>
    <w:p w14:paraId="635E282D" w14:textId="77777777" w:rsidR="003035E3" w:rsidRDefault="00000000">
      <w:r>
        <w:t xml:space="preserve">Pero los feels like. Just spray. ¿Sugiere o hiere? Escapó hoy anne. Explicó sáenz. He wanted wilmore. Cita isla with White. Newline gratis. Best for the dog that your working on this not every dog is gonna have the same here. Specially when you not trying to change. De Heart </w:t>
      </w:r>
      <w:r>
        <w:lastRenderedPageBreak/>
        <w:t xml:space="preserve">that match federer. Soa I want make sure that not. Creating to match web. Ar Ciudad. Se fijen si. A Freddys. ¿Cómo se? ¿Skills coming out little more skill in the news? sí apple. Sugieran Juan. Ahora que voy a leer en Https. Largo es el texto. Es muy triste que les because we are creating really flat hard Surface that almost like blood hmhd detail in this leads. </w:t>
      </w:r>
      <w:r>
        <w:br/>
      </w:r>
    </w:p>
    <w:p w14:paraId="2E38414E" w14:textId="77777777" w:rsidR="003035E3" w:rsidRDefault="00000000">
      <w:r>
        <w:t xml:space="preserve">The really ideal for plants, our flower patterns where. Y eso freeform. Soy una máquina que te. Soy una genia. Cuando usas 10. La tuve tiempo de escoger en taxis very light the edge. Mercado, sí. Pues el que me siga. A ver nada ¿We don't some that go head and work on this as an Apple? Con el bloque 3 obedece ¿Rehacer? Adrián Hearts more hair spray es always better when your browser. </w:t>
      </w:r>
      <w:r>
        <w:br/>
      </w:r>
    </w:p>
    <w:p w14:paraId="3F2E29F3" w14:textId="77777777" w:rsidR="003035E3" w:rsidRDefault="00000000">
      <w:r>
        <w:t xml:space="preserve">Angry going back en Russian Air Spring Everything again and again. Show you the SHAPE of a Circle in the Middle Ear. So what I want to do is i want create lodgy here. And you some Apples. Estoy mal, metes a little different the rest. En three, but well. Seguramente this is going to create little lider. Eso no acuesto ya. ¿Van a you big Love you? Ondas and going to them. En am going to just West. </w:t>
      </w:r>
      <w:r>
        <w:br/>
      </w:r>
    </w:p>
    <w:p w14:paraId="690C163B" w14:textId="77777777" w:rsidR="003035E3" w:rsidRDefault="00000000">
      <w:r>
        <w:t xml:space="preserve">And Now You can see that is really kind of Long. And Baby, I don't want. A bueno de motivos. La sociedad Long Live. ¿Or you feel like you too much are? Wiggle es. Crack down again. Hardwood Down. ¿And Twist? And I don't want that Long do is going to get over and self. Can't for this two three en. Yo soy tal. En efecto, together Super Bowl. Por ejemplo, es noooo. Sí a the faster. O ascender with getting really Ross. Sol more product means. More time by watching so. ¿Es you going but you free Rain on the dog? Trío, whatever you want to Watch Dogs. Go for it uses match protect. </w:t>
      </w:r>
      <w:r>
        <w:br/>
      </w:r>
    </w:p>
    <w:p w14:paraId="0FBDD62A" w14:textId="77777777" w:rsidR="003035E3" w:rsidRDefault="00000000">
      <w:r>
        <w:t xml:space="preserve">Es indignante, all. Una vez que Weber. Sudden and the mean for the Apple and the same thing es the flat portion of the three What i wanna do i wanna let it up. De Apple and Separated. Pero volver Lange her spray there. Come down. Com up for hairspray. Solo venero. ¿And One more time? hairspray. And come down. Now, you can SEE. ¿De esos Kings right Now? Which is totally Fine. Because for organic DO. Es we are going to go ahead and hairspray, o on the edges apple. </w:t>
      </w:r>
      <w:r>
        <w:br/>
      </w:r>
    </w:p>
    <w:p w14:paraId="00CDBEFC" w14:textId="77777777" w:rsidR="003035E3" w:rsidRDefault="00000000">
      <w:r>
        <w:t xml:space="preserve">And the down el es. Jesús, vamos trying to blue down there. Newline between the Apple and the Tree. Ah, ciudad sí. Ahora es un you es I can go ahead and. Hashtag over the Heart wants to go down. So, I don't really need to worry about the top of this, we consider son really messy. Cross edges of the Apple so what i can do. ¿Qué es mejor a cambio? después. Now, I'm going to take my flash again. </w:t>
      </w:r>
      <w:r>
        <w:br/>
      </w:r>
    </w:p>
    <w:p w14:paraId="70248616" w14:textId="77777777" w:rsidR="003035E3" w:rsidRDefault="00000000">
      <w:r>
        <w:lastRenderedPageBreak/>
        <w:t xml:space="preserve">And coming to talk in his edges because we have Love her spray we can do. Y Kentucky thunder touch. Increible noise Sharp. Cloud edge the Apple. ¿Y si now? thunder. Taquero, Ander. Newline yo creo no. Hay personas. Saquen a ellos. Define edge stefansson obviously. Se dan a Kingdom Hearts and Spirits over. Eso everything again. And Taxes Apple. Entonces TEN to. Club hasta un little better when. Está aquí. Vaya again. ¿I don't wanna wait? newline ergo. Sergio, voy a hablar. Nice, PDF. Puedan Harden. And here we can actually. Little Heart. </w:t>
      </w:r>
      <w:r>
        <w:br/>
      </w:r>
    </w:p>
    <w:p w14:paraId="4438F134" w14:textId="77777777" w:rsidR="003035E3" w:rsidRDefault="00000000">
      <w:r>
        <w:t xml:space="preserve">Estar a full ship. ¿Nacho, We want? Sí, sí está flynn ergo. Now, we re gonna go ahead and start working on his Works. Me jode, no te igual buena. Never hurts. ah now little breakup and. Beatle HALO. Three for my little Owl. Sorry here and you Re Great Horn. Sobre want you es. Separated into the world go head en duda. Sin Methods here horns estás fatal. Mercedes really good for the horns and spikes anna. Back down here. Es obispa. Hashtag behind. And tried to talk in place obispa. And tagged. Una africana gems. And more work with the more than place all that helps to start now. En naufrago. Sobre estas áreas spray husmean. </w:t>
      </w:r>
      <w:r>
        <w:br/>
      </w:r>
    </w:p>
    <w:p w14:paraId="578A3CF8" w14:textId="77777777" w:rsidR="003035E3" w:rsidRDefault="00000000">
      <w:r>
        <w:t xml:space="preserve">Now, una shit out the outfits en el sur. Y Android to com. Orado por algo. A ver, soy de esos weatherford. A little tiny. ¿A Office, es we going to head end? Ponía 3 por viajes. Great Line. En esperanza. Kirk and working mess no. Es este web. Centers using my Hands. Little boy. Katy more that i want ¿Yo? nmms. Diana Cohen, recoger. Taking sides. Un poder innato, founder and over because. </w:t>
      </w:r>
      <w:r>
        <w:br/>
      </w:r>
    </w:p>
    <w:p w14:paraId="6D51D134" w14:textId="77777777" w:rsidR="003035E3" w:rsidRDefault="00000000">
      <w:r>
        <w:t xml:space="preserve">Está guay. ¿You create more sharply where you not having the skin heads on the outside of your design? The underneath and hidden underneath. Me cago. Mira Recover cable times that. Ansiedad tengo algo de aire pero. ¿A qué? Caribe, mix, clickeable, Motion, salsa y benefits. No, que no cumpliste. Ar now halo. Hago es en. I want to do is free. Lo vi a the top. ¿Esas already ¿Really? Art Second place beasley that helps help me out. Enano, que voy a hacer en hollywood underneath. And create a little. I want around the Soul ¿Jeans? prendas. ¿No, that you the three show what you wanna do is it? newline. </w:t>
      </w:r>
      <w:r>
        <w:br/>
      </w:r>
    </w:p>
    <w:p w14:paraId="76D3B34B" w14:textId="77777777" w:rsidR="003035E3" w:rsidRDefault="00000000">
      <w:r>
        <w:t xml:space="preserve">A regular edges, thats what I am gonna go, deadpool, this and here, it a little big little bit Spike, the Battle. Con la overlay show. Por ejemplo, que voy a dejar en. Muchos pearly. No puedo vargo. No es really nothing. ¿Serán Spain? Nothing there, but whatever here you have to work with. Sudan, Appeared baccin the show. On the bus. A wiki The One Thing that we can do is just do something league matches well we can. ¿Como está en 11? Soy 11, we can do es iban. </w:t>
      </w:r>
      <w:r>
        <w:br/>
      </w:r>
    </w:p>
    <w:p w14:paraId="32924ABE" w14:textId="77777777" w:rsidR="003035E3" w:rsidRDefault="00000000">
      <w:r>
        <w:t xml:space="preserve">¿Anahi spray? Andan buscando ft. Comiendo, muero. Hughes Angels. Hashtag to yeah. More find. Sparks, keily Property and the Heart speaks, the father and his blue eyes that maybe not súper http refund. The crane de crear really nice texture and like a. With Cream that i </w:t>
      </w:r>
      <w:r>
        <w:lastRenderedPageBreak/>
        <w:t xml:space="preserve">used only. Noche que fitzmyer Creative broma. De todas las noches, Kyle. ¿Skills like this? ¿Tú crees? Good you ubicar. ¿Tan down here, what does like a big or three things, you had that Barclays? A su. Que adlington dio, realizamos repetir. Sí está en flags first. Spray besides. Soy tal en shape with my Hands. Bueno, yo en Haven Speed Battle. Si hay get. </w:t>
      </w:r>
      <w:r>
        <w:br/>
      </w:r>
    </w:p>
    <w:p w14:paraId="314A36A9" w14:textId="77777777" w:rsidR="003035E3" w:rsidRDefault="00000000">
      <w:r>
        <w:t xml:space="preserve">So I find that super helpful to me that. Tenga usted Cleanup. ¿Ah, sabes que te? Ya windex o alcohol also really great Breaking down the fray and. Rush and so does a Great spray and aquí espe. Now the phone y awards. En Ares. ¿En out where three? Little Falls. ¿Cree Lin? Suena bien seeds Listening Street and Down instead of creating our line like a tree with you. No estudian here gannon. ¿Why why? ayudas marchen. So now. Hairspray everything really well again, including here. Newline Thing Backup. And you in One Section and another and going back to another great way ¿Resaca? Kenneth Branagh. </w:t>
      </w:r>
      <w:r>
        <w:br/>
      </w:r>
    </w:p>
    <w:p w14:paraId="071FD0DB" w14:textId="77777777" w:rsidR="003035E3" w:rsidRDefault="00000000">
      <w:r>
        <w:t xml:space="preserve">A haber sonado antes una Copa kc and touch of this all. ¿De que? Stay here para. No, bueno. Era como. ¿El software? sangre. A la Quot holds witches do better with her spray than just trying to hold the dark the snake check ¿Alright? Software, pretty good there. Jeans and juego. Su Today I will be using a estoy all Bombay. Ph Mart en Bombay Inc. There are also. Air Brush angstrom hashtag. Little more translucent. A and Crazy. Another way here. Qué bonito. ¿Estás viva, ambigua? brush. Oh thats really. Nice with the battle alcohol. 15 how I can four. Alcohol ingerido alcohol es well, whatever Shur Friends but I do find this spray windex is really nice. </w:t>
      </w:r>
      <w:r>
        <w:br/>
      </w:r>
    </w:p>
    <w:p w14:paraId="6A9C24C4" w14:textId="77777777" w:rsidR="003035E3" w:rsidRDefault="00000000">
      <w:r>
        <w:t xml:space="preserve">¿Is you like to go between colores, pretty often and spain? evans. Little, strategic with you start with. Di es un green porque estará with three olives that really big area, the biggest área overall. En really nice place called Draper. En un área importante en yo estuve, Robert, me quedo yo. Aránguiz, Ray and there bayona andén. Escuchamos 3. Abre ayuda. Hard to keep on headshot everywhere. </w:t>
      </w:r>
      <w:r>
        <w:br/>
      </w:r>
    </w:p>
    <w:p w14:paraId="033B70C9" w14:textId="77777777" w:rsidR="003035E3" w:rsidRDefault="00000000">
      <w:r>
        <w:t xml:space="preserve">Que es de thrall yaa. Ay menos have but. No, chavo chao ángel. Bing Perfect, make sure that Spring everywhere doing really Crazy. The Apple Green. ¿Apple and you? Really nice coverage with Young hee with having everything is super could, but. Thats what happens. Sí, we had hola. Ay, no. He estado marcado. O sea, eres tú. ¿Que tenga chicas, clientes? no. Andrés con. Play with Love. Pues también miró. Entonces sí parece un detalle. Son las 10:00 tuve chao love. Oh, pero no es easy to work with you. Crazy Liberty. Ya sabes ya. Insta a marzo. De Hundred Percent pure World but in working with. The Walking Dead. </w:t>
      </w:r>
      <w:r>
        <w:br/>
      </w:r>
    </w:p>
    <w:p w14:paraId="1A6292FB" w14:textId="77777777" w:rsidR="003035E3" w:rsidRDefault="00000000">
      <w:r>
        <w:t xml:space="preserve">O sea, no están aquí going over. ¿O vas a entrar? Thunder that for you really want to the most popular es rounds everything. ¿And I don't wanna say? Spain to death in create Breaking down zoo. ¿Sí, verdad? Access Point you can also this little. O better. Sí, wants to be full cover, los machos ergo. Now that does i had some of over so I am foremost. Quieren </w:t>
      </w:r>
      <w:r>
        <w:lastRenderedPageBreak/>
        <w:t xml:space="preserve">obredo because I'm going with dark green, soy don't need to worry about getting everything all i just wanna get more than that dark knight señorita. </w:t>
      </w:r>
      <w:r>
        <w:br/>
      </w:r>
    </w:p>
    <w:p w14:paraId="52AD775C" w14:textId="77777777" w:rsidR="003035E3" w:rsidRDefault="00000000">
      <w:r>
        <w:t xml:space="preserve">Castellano del chavo. Soon here this is where he had this little west suez. Pues solo después are. Ah wait. ¿What's going on? Anand on. The string in what i can do it. Es cuando free yoss. Anand and this One. Sigan though. Steam definition and. Shadows Bags. Night beats streaming. Don't have to be with you, but that this leaves i can be super details like to do is for my Hand. I wanna newline embajada cero. </w:t>
      </w:r>
      <w:r>
        <w:br/>
      </w:r>
    </w:p>
    <w:p w14:paraId="63C8DC89" w14:textId="77777777" w:rsidR="003035E3" w:rsidRDefault="00000000">
      <w:r>
        <w:t xml:space="preserve">Se analiza box. Neces, güey pues. Tiendas de verga. El anís, análisis. No habría nada. Son recoger en too this livecd ¿Anaya? Go back over with dark bring tha mix with light green and silk and Start Green Bay Don't want to be super dark Style and my y venga acá. Enea no spain. Oliver running and I don't have. En la Net. Yo estuve en Texas Now on the apple angie. En Israel Apple. Hashtag michaud newline. I wanna be a little more. Hice algo veces. Manager en you want over. Andan Jacob Baggins. No tenga ergo. </w:t>
      </w:r>
      <w:r>
        <w:br/>
      </w:r>
    </w:p>
    <w:p w14:paraId="2BC164FD" w14:textId="77777777" w:rsidR="003035E3" w:rsidRDefault="00000000">
      <w:r>
        <w:t xml:space="preserve">Naron ir. Pretty good. ¿Y con quién? ¿Watch en? Everything that Move on to. Argumento de diferente color tweet. Según San Pedro, yellow spot ups ergo vhs sapo. Programme outside abrigado ¿Now that i have the Orange County yellow color and go down to my all, i know he has Orange is this little? I don't be so Perfect with this because most of the round her go to be dark. Google Now, I Wanna Do. Hwang ahora. </w:t>
      </w:r>
      <w:r>
        <w:br/>
      </w:r>
    </w:p>
    <w:p w14:paraId="354C02FF" w14:textId="77777777" w:rsidR="003035E3" w:rsidRDefault="00000000">
      <w:r>
        <w:t xml:space="preserve">Brown, su amigo I have a Brown. Here en bien. Brown, Wesson, dark Orange. Red Brown en no directly and the Beast. Han alcanzado y alcanzado noise, red Red Brown. And shield. Gaby Cao. No, you want some way. And make sure to not coolidge go. Desde Bombay. Ay dos need to be. Actually I you find IT Does your own you doing. Very large áreas like this with the Bombay Inc. </w:t>
      </w:r>
      <w:r>
        <w:br/>
      </w:r>
    </w:p>
    <w:p w14:paraId="401BB63F" w14:textId="77777777" w:rsidR="003035E3" w:rsidRDefault="00000000">
      <w:r>
        <w:t xml:space="preserve">All the fight the champs bars for some reason the work extremely extremely well and getting out the. Crear brush en Hairspray, sounds the World super Bowl and getting out loud mouth of. En hairspray. So Anna go head because i do I don't want to be the red color, but i want most of the street to be Brown so algo headshot a Bear. Of Brown go over everything. On the Beach Three. Ya nos voy a ir en dos, voy. I don't want. Chucky calle. En teoría, haber se merece. Chao over entró. Running out show analizases go on to my Black. En because I'm using Brown and Black Kids Everything I'm not gonna worry about renting out my Gun again if you do right go. </w:t>
      </w:r>
      <w:r>
        <w:br/>
      </w:r>
    </w:p>
    <w:p w14:paraId="022B5EEA" w14:textId="77777777" w:rsidR="003035E3" w:rsidRDefault="00000000">
      <w:r>
        <w:t xml:space="preserve">Very Long stretch without actually cleaning out your gongs. Bueno, so now I'm a Dog. And make sure that now i need a really Fine, So I wanna make sure that i can create that but i </w:t>
      </w:r>
      <w:r>
        <w:lastRenderedPageBreak/>
        <w:t xml:space="preserve">can't right now because my little kotts no. ¿Tags Down que tal vez me hace unidad? Wow Air that noise really nice sound ay. Grandes aves. En los peoples and you little bit for the Middle that looks like it looking at you. Quítenmelo detalles. We are Direction. Now I can do indemnizan dark little. Me fueron jo augsburger. Tengo found meditó mercado jugar. Es tener nano wang ¿Jeans? Go way and just a very light spray arush of the Black. </w:t>
      </w:r>
      <w:r>
        <w:br/>
      </w:r>
    </w:p>
    <w:p w14:paraId="54E4EA2F" w14:textId="77777777" w:rsidR="003035E3" w:rsidRDefault="00000000">
      <w:r>
        <w:t xml:space="preserve">En between this sparks. Yo, que no soy un mix de Black Snake bye you can also the very light spray shadow. And around this little big little. Y que no. Ya well. Working with Black Sabbath, part of her go back. Thats the funds. Y es que no veis más sobre todo. So now that here we wanted, we also go back up and ads. Black Hills of here. Obvio with striking my little round, here like it around the Apple berry me. </w:t>
      </w:r>
      <w:r>
        <w:br/>
      </w:r>
    </w:p>
    <w:p w14:paraId="6CF8E93C" w14:textId="77777777" w:rsidR="003035E3" w:rsidRDefault="00000000">
      <w:r>
        <w:t xml:space="preserve">The Tribune. Me encantas. Making hashtag show. Oh Twitter, Carriego ya. Su deseo es nada en single Camera and The Walking súper. Tags, I am going to not fly bridge out the Black from my Heart Rush ¿Eh? And go back in with dark green power contigo no. Duerme a ver. En los que no mixsu around here. ¿Lacerado enseñada cristianizar prin? Jugar contigo little. Ya me dolía microsoft. There will be a good touch. Hashtag more muere morhange. Verga, sí. </w:t>
      </w:r>
      <w:r>
        <w:br/>
      </w:r>
    </w:p>
    <w:p w14:paraId="2418A3AD" w14:textId="77777777" w:rsidR="003035E3" w:rsidRDefault="00000000">
      <w:r>
        <w:t xml:space="preserve">Es en su mayoría. Bien now es. Mordred with top. Just about it, so, thank you so much for. Yo en Megaupload you and that. Ay, estoy cuestion. Tan variados, pues, the Flight of the Mage dogs. Ahora el Party. No si se está crack. ¿Yeah thats, correct? ¿I know some of the Travel sd's are what is good? Más es my favorite One, but the same time is really good for this little small things so you can work best for you, but that just like a small, travellers One and One. </w:t>
      </w:r>
      <w:r>
        <w:br/>
      </w:r>
    </w:p>
    <w:p w14:paraId="604BE782" w14:textId="77777777" w:rsidR="003035E3" w:rsidRDefault="00000000">
      <w:r>
        <w:t xml:space="preserve">En particular, Curling, Functions, Kahle and fire. Ok Show. A Anonymous Questions. Perfect will be back in a hour with a lisa and so far, the first three workshops en transcript all of the website. Ah ¿Alright? A ver thank you. </w:t>
      </w:r>
      <w:r>
        <w:br/>
      </w:r>
    </w:p>
    <w:sectPr w:rsidR="003035E3"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11A2" w14:textId="77777777" w:rsidR="00A62671" w:rsidRDefault="00A62671">
      <w:pPr>
        <w:spacing w:after="0" w:line="240" w:lineRule="auto"/>
      </w:pPr>
      <w:r>
        <w:separator/>
      </w:r>
    </w:p>
  </w:endnote>
  <w:endnote w:type="continuationSeparator" w:id="0">
    <w:p w14:paraId="7CD2F3D1" w14:textId="77777777" w:rsidR="00A62671" w:rsidRDefault="00A62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46F8" w14:textId="77777777" w:rsidR="003035E3" w:rsidRDefault="00000000">
    <w:pPr>
      <w:pStyle w:val="Footer"/>
      <w:jc w:val="center"/>
    </w:pPr>
    <w:r>
      <w:t xml:space="preserve">Page </w:t>
    </w:r>
    <w:r>
      <w:fldChar w:fldCharType="begin"/>
    </w:r>
    <w:r>
      <w:instrText>PAGE</w:instrText>
    </w:r>
    <w:r w:rsidR="004E7264">
      <w:fldChar w:fldCharType="separate"/>
    </w:r>
    <w:r w:rsidR="004E7264">
      <w:rPr>
        <w:noProof/>
      </w:rPr>
      <w:t>1</w:t>
    </w:r>
    <w:r>
      <w:fldChar w:fldCharType="end"/>
    </w:r>
    <w:r>
      <w:t>/</w:t>
    </w:r>
    <w:r>
      <w:fldChar w:fldCharType="begin"/>
    </w:r>
    <w:r>
      <w:instrText>NUMPAGES</w:instrText>
    </w:r>
    <w:r w:rsidR="004E7264">
      <w:fldChar w:fldCharType="separate"/>
    </w:r>
    <w:r w:rsidR="004E72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3A5D3" w14:textId="77777777" w:rsidR="00A62671" w:rsidRDefault="00A62671">
      <w:pPr>
        <w:spacing w:after="0" w:line="240" w:lineRule="auto"/>
      </w:pPr>
      <w:r>
        <w:separator/>
      </w:r>
    </w:p>
  </w:footnote>
  <w:footnote w:type="continuationSeparator" w:id="0">
    <w:p w14:paraId="57C99333" w14:textId="77777777" w:rsidR="00A62671" w:rsidRDefault="00A62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0919034">
    <w:abstractNumId w:val="8"/>
  </w:num>
  <w:num w:numId="2" w16cid:durableId="1107189880">
    <w:abstractNumId w:val="6"/>
  </w:num>
  <w:num w:numId="3" w16cid:durableId="1804812431">
    <w:abstractNumId w:val="5"/>
  </w:num>
  <w:num w:numId="4" w16cid:durableId="240674557">
    <w:abstractNumId w:val="4"/>
  </w:num>
  <w:num w:numId="5" w16cid:durableId="1088619472">
    <w:abstractNumId w:val="7"/>
  </w:num>
  <w:num w:numId="6" w16cid:durableId="1594246642">
    <w:abstractNumId w:val="3"/>
  </w:num>
  <w:num w:numId="7" w16cid:durableId="363678721">
    <w:abstractNumId w:val="2"/>
  </w:num>
  <w:num w:numId="8" w16cid:durableId="1834832086">
    <w:abstractNumId w:val="1"/>
  </w:num>
  <w:num w:numId="9" w16cid:durableId="2069264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035E3"/>
    <w:rsid w:val="00326F90"/>
    <w:rsid w:val="004E7264"/>
    <w:rsid w:val="00A6267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3C77BC"/>
  <w14:defaultImageDpi w14:val="300"/>
  <w15:docId w15:val="{F201D812-7BF7-F549-85E5-26E323E1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2815</Words>
  <Characters>16047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2023-04-16T22:38:00Z</dcterms:created>
  <dcterms:modified xsi:type="dcterms:W3CDTF">2023-04-16T22:38:00Z</dcterms:modified>
  <cp:category/>
</cp:coreProperties>
</file>