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2F4D5" w14:textId="77777777" w:rsidR="00480DC7" w:rsidRDefault="00000000">
      <w:pPr>
        <w:pStyle w:val="Title"/>
      </w:pPr>
      <w:r>
        <w:t>Nicole Beckman</w:t>
      </w:r>
    </w:p>
    <w:p w14:paraId="020764A7" w14:textId="77777777" w:rsidR="00480DC7" w:rsidRDefault="00000000">
      <w:r>
        <w:t xml:space="preserve">Progress. All right, so welcome to the fourth Workshop today for the Creative Grooming Summit. This workshop is with Nicole Beckman. But before we get started, we're going to hear from the cold sponsor here. Ok, Nicole, I'm going to, we're going to ask everyone to type questions into the chat and we will answer them at the towards the end of the program. Exactly perfect. Hi there. I'm Nicole Beckman. And today I am going to show you guys ways to work on dog hair without cutting it and without dying it. </w:t>
      </w:r>
      <w:r>
        <w:br/>
      </w:r>
    </w:p>
    <w:p w14:paraId="70AD02E7" w14:textId="77777777" w:rsidR="00480DC7" w:rsidRDefault="00000000">
      <w:r>
        <w:t xml:space="preserve">So I am doing a tree design. I already did up half of him into the design that I'm doing today. So you can see here's a tree with leaves and apple, and then down here we have. A little owl and some bark. So I'm going to show you some techniques today on how to create different effects on hair without actually cutting it or running it because he is. This dog is a dog that I am currently using for a freestyle competition so I do not want to mess up his haircut at all. So this is going to all wash out and not affect his trim whatsoever. </w:t>
      </w:r>
      <w:r>
        <w:br/>
      </w:r>
    </w:p>
    <w:p w14:paraId="38554684" w14:textId="77777777" w:rsidR="00480DC7" w:rsidRDefault="00000000">
      <w:r>
        <w:t xml:space="preserve">So First off I'm going to start out with some different ways to create some leaves. So up here i have a pre pre did some little twists in his hair. So what I did for that I'm going to show you here is I have some misting water. I'm going to miss down a little bit of his coat here. And brush through. And then all I'm going to do for this is I'm going to take little rubber bands. And I'm going to take a little chunk of hair. And I'm going to twist it. And to i don't know. It's probably it's less than one by one inch of hair. </w:t>
      </w:r>
      <w:r>
        <w:br/>
      </w:r>
    </w:p>
    <w:p w14:paraId="3A7F0467" w14:textId="77777777" w:rsidR="00480DC7" w:rsidRDefault="00000000">
      <w:r>
        <w:t xml:space="preserve">That's what I'm using. But you can do whatever you'd like. But I'm going to twist it until it folds over and then I'm going to put a hair, a little tie in. Same thing for over here. And this is a way to create some natural looking, more natural looking messy curls. I've used this on people's hair as well. So think of like a someone with really curly hair that. Maybe doesn't have Nice. Super nice. Controlled hair, but there, that messy curly haired look, it's really good for that, but it's also good for creating a kind of far away tree look. So here's that. Then I'm going to go ahead and I just have like a little hair dryer here. </w:t>
      </w:r>
      <w:r>
        <w:br/>
      </w:r>
    </w:p>
    <w:p w14:paraId="35D8C414" w14:textId="77777777" w:rsidR="00480DC7" w:rsidRDefault="00000000">
      <w:r>
        <w:t xml:space="preserve">You don't want anything too crazy like a velocity dryer on these, but what you can do is just go over them a little bit till they dry and use your hands to rub it in. And we're just going to leave that for a minute. But I can show you here, I undid a couple of these. So they can kind of create some little twists. So I'm going to pull out some of these hair ties that I already did. So you see, it kind of creates this wild little mess of hair. </w:t>
      </w:r>
      <w:r>
        <w:br/>
      </w:r>
    </w:p>
    <w:p w14:paraId="57E6F2E1" w14:textId="77777777" w:rsidR="00480DC7" w:rsidRDefault="00000000">
      <w:r>
        <w:lastRenderedPageBreak/>
        <w:t xml:space="preserve">And you can separate them or keep them together however much you want. But then what I want to do is go ahead and set this with some Hairspray. The biggest thing with using airbrush is because that's what we're going to do today to color is you do not want to airbrush over regular. Just dry clean hair. You want to have something to hold that air brushing. Here we go and we can go ahead and twist these up a little bit more. We want. But this is a nice way to create a messy hair leaf look. And then something very similar to that. </w:t>
      </w:r>
      <w:r>
        <w:br/>
      </w:r>
    </w:p>
    <w:p w14:paraId="520083BE" w14:textId="77777777" w:rsidR="00480DC7" w:rsidRDefault="00000000">
      <w:r>
        <w:t xml:space="preserve">You can see there's. Pull these out now. Still little bit damp, but that's OK. See here they are little curls. And if we left them in longer, they could, they would create a little bit more of a curl. Longer hair will also create a little bit of a nicer curl. But if you were looking at a tree from a distance, you'd see all those hunks of leaves branches. That's the look that I'm trying to create here. Down here. I'm going to show you a very simplified version of this where all I'm going to do is, well, I'll show you two ways to do this. </w:t>
      </w:r>
      <w:r>
        <w:br/>
      </w:r>
    </w:p>
    <w:p w14:paraId="78CB0056" w14:textId="77777777" w:rsidR="00480DC7" w:rsidRDefault="00000000">
      <w:r>
        <w:t xml:space="preserve">One is I'm going to go ahead and just spritz over with some water. And come through. And then I'm just going to go through and scrunch with my hand. And this creates. Just a very simplified version, it doesn't create as much texture on the coat. But it's one way to do it. Another way that you can do it is with either spiking glue or a spiking gel. Or you can also use just like water and glue would also be good even like Elmers glue. Would be a good option, but this is going to create something similar but I don't have to use as much hair spray on this. </w:t>
      </w:r>
      <w:r>
        <w:br/>
      </w:r>
    </w:p>
    <w:p w14:paraId="1ED8EE29" w14:textId="77777777" w:rsidR="00480DC7" w:rsidRDefault="00000000">
      <w:r>
        <w:t xml:space="preserve">I'm just going to come through a little bit. But the glue or spiking gel is going to create a little bit more texture than just water and hairspray. But they do essentially the same thing, but it's all just very whatever the dogs coat can handle. So this is a good option for curly coated breeds, but where? The twists you would probably you would be able to do a dog with maybe not as curly the coat and still get a little bit of curl. </w:t>
      </w:r>
      <w:r>
        <w:br/>
      </w:r>
    </w:p>
    <w:p w14:paraId="03356BBF" w14:textId="77777777" w:rsidR="00480DC7" w:rsidRDefault="00000000">
      <w:r>
        <w:t xml:space="preserve">And create that on your own, where this is only going to work with the dog's natural texture. I'm going to go ahead and hair spray a little bit over that. Just work it through with my fingers create some of that curl. And I'm going to go ahead and. Use my hair. Air Dryer again. They go. This is my fingers. So you can see here. This created a lot more texture where just the water. Didn't do quite as much. So if you had a client that didn't want as much product on the dog's hair, that would be. </w:t>
      </w:r>
      <w:r>
        <w:br/>
      </w:r>
    </w:p>
    <w:p w14:paraId="3373317D" w14:textId="77777777" w:rsidR="00480DC7" w:rsidRDefault="00000000">
      <w:r>
        <w:t xml:space="preserve">But wanted a dog meet up for an event, this would be a good option. And then another thing that we can do is just go ahead and. Draw on leaves so the way that we would prep for that is we want to basically leave the Co as is. But because we have so much hair here. What I want to do is I want to build up volume so that I am not just relying on a very a top coat of Hairspray over. A lot of hair, because that's just going to fall apart very quickly. So I'm going </w:t>
      </w:r>
      <w:r>
        <w:lastRenderedPageBreak/>
        <w:t xml:space="preserve">to lift up this hair. This is a technique very similar to spraying up for a poodle top knot. </w:t>
      </w:r>
      <w:r>
        <w:br/>
      </w:r>
    </w:p>
    <w:p w14:paraId="653E5D9B" w14:textId="77777777" w:rsidR="00480DC7" w:rsidRDefault="00000000">
      <w:r>
        <w:t xml:space="preserve">So I'm going to. Under spray here. I'm going to calm down. I'm going to pull up, not go down as far as hair spray a little bit. Come down. We're trying to go for the roots, not the top. Hairspray, calm down. And again, one more time hair spray come down. So now I can go ahead and I'm going to try to be leaving an apple here. So I don't want to do that. So I'm going to cover it with my hand. And I'm going to Hairspray over that. Just the light layer. For not super close, he goes too close. And you. I don't. And you do too much. It can create beading which doesn't look as good. </w:t>
      </w:r>
      <w:r>
        <w:br/>
      </w:r>
    </w:p>
    <w:p w14:paraId="2499E1F2" w14:textId="77777777" w:rsidR="00480DC7" w:rsidRDefault="00000000">
      <w:r>
        <w:t xml:space="preserve">So we're trying to avoid that now up here. We're actually, we're going to work right here real quick. Next I'm going to show you a very. Simple way to do actual leaves on the dog. This is the most simple way to do this. So what I'm going to do is I'm just going to grab. A hunka hair here. I can use my comb to create next create a nice little separation. So I feel a little hunk of hair. I'm going to do a little bead of glue. </w:t>
      </w:r>
      <w:r>
        <w:br/>
      </w:r>
    </w:p>
    <w:p w14:paraId="3E7DC433" w14:textId="77777777" w:rsidR="00480DC7" w:rsidRDefault="00000000">
      <w:r>
        <w:t xml:space="preserve">It's just Eileen Tacky glue at the end. This stuff holds a little bit better than Elmers glue, which is why I use it. Definitely not something that you want to keep in the dog's hair. None of this is something that you want to keep in for more than a day or two, but for a fun event this would be a great option if you don't want a dog to stay all colorful. Same thing, separate this. Longer hair twist. And I can pull these apart and separate them, make sure I have good distinction. Pull up and twirl. Definitely aren't the fanciest little leaves, but you can see how much more of. 3d These are becoming even that compared to the little twists up top. </w:t>
      </w:r>
      <w:r>
        <w:br/>
      </w:r>
    </w:p>
    <w:p w14:paraId="79DCB6B6" w14:textId="77777777" w:rsidR="00480DC7" w:rsidRDefault="00000000">
      <w:r>
        <w:t xml:space="preserve">And you can do a little bit more detail on these so if you. For this doesn't really have super distinct leaves. This does, so it depends on what you're doing. These would be really good for plants or. All sorts of different little things that you can think of doesn't have to be leaves it can be other. You can make it into other things too. I've these are really good for spikes on you're doing like a dinosaur dragon something like that. </w:t>
      </w:r>
      <w:r>
        <w:br/>
      </w:r>
    </w:p>
    <w:p w14:paraId="235A4A52" w14:textId="77777777" w:rsidR="00480DC7" w:rsidRDefault="00000000">
      <w:r>
        <w:t xml:space="preserve">These scales these would be a really good option. A really easy way to create lots of dimension without. Having to cut in lots of scales take up a lot of time. And see how that's. Right now it they don't look super, you can't see them super well, but the more that we do with them like airbrush, the more that you're going to see them. We're just kind of prepping ourselves for airbrushing later on again. Little twist. Now that we have those on, what we want to go do is Hairspray. Already have this hair sprayed? I'm going to go ahead and do another layer of Hairspray because more Hairspray never hurts when you're airbrushing. </w:t>
      </w:r>
      <w:r>
        <w:br/>
      </w:r>
    </w:p>
    <w:p w14:paraId="59E1FC56" w14:textId="77777777" w:rsidR="00480DC7" w:rsidRDefault="00000000">
      <w:r>
        <w:lastRenderedPageBreak/>
        <w:t xml:space="preserve">So I'm going to try to get between these. Little twist. I want to go back and separate them, twist a little bit more. There we go now. We're going to do a little bit more complicated leaves. So up here. We're going to start with. A very thin. I'm just going to make sure I have my apple go. Let's start from here. So I'm going to take a thin piece of hair. Not as thick as these. You can do kind of like a. Little over an inch by inch or around an inch for these. We want to have maybe an inch long for the amount of hair he has here. </w:t>
      </w:r>
      <w:r>
        <w:br/>
      </w:r>
    </w:p>
    <w:p w14:paraId="4D9A5332" w14:textId="77777777" w:rsidR="00480DC7" w:rsidRDefault="00000000">
      <w:r>
        <w:t xml:space="preserve">But very thin amount of hair. So then what I'm going to do is I'm going to hold this out and I'm going to flatten it. And then? I'll hold the hair back here because I don't want to. Hairspray everything. We're going to Hairspray on both sides. I shake it a little bit with my hands. And even do a little bit of a. Pull in the middle here. And then? I'm going to leave that for a second and I'm going to do it again right here. </w:t>
      </w:r>
      <w:r>
        <w:br/>
      </w:r>
    </w:p>
    <w:p w14:paraId="34768AD8" w14:textId="77777777" w:rsidR="00480DC7" w:rsidRDefault="00000000">
      <w:r>
        <w:t xml:space="preserve">Again, hairspray. And shape a little bit. And now? Now that this is dried for a second, I'm going to go ahead and just touch the edge of it with my flat iron. You want to make weight until the. Flat iron is. Until the Hairspray is dried a little bit. So if you go on wet hair spray it will just start sticking to this and create a sticky flat iron and create a whole mess. So you definitely don't want to do that. But it creates this nice little edge. And it creates a really nice. </w:t>
      </w:r>
      <w:r>
        <w:br/>
      </w:r>
    </w:p>
    <w:p w14:paraId="42B9469A" w14:textId="77777777" w:rsidR="00480DC7" w:rsidRDefault="00000000">
      <w:r>
        <w:t xml:space="preserve">Little spot to airbrush over creates a kind of glues it into place. It almost feels like I actually put glue on this instead of just Hairspray. So then I'm going to do it again here behind here. Work my out, way out. You're a good boy. Flat iron. Spray both sides. If you wanted, you could even twist it at the end. A little bit more create something a little bit more similar to the these leaves, but without quite as harsh of an end. And you can create these kind of this thin or as thick as you want. </w:t>
      </w:r>
      <w:r>
        <w:br/>
      </w:r>
    </w:p>
    <w:p w14:paraId="58D65C62" w14:textId="77777777" w:rsidR="00480DC7" w:rsidRDefault="00000000">
      <w:r>
        <w:t xml:space="preserve">I'm just trying to make these a little bit uniform, whatever you think looks best for the dog that you're working on. Because not every dog is going to have the same hair, especially when you're not trying to change the haircut that much right there, it just stuck a little bit. So I want to make sure that I'm not. Creating too much. Doing too much while it's still wet. It also looks a little bit more funny when you do that. So if you can see. Up here these. Almost a little bit more. </w:t>
      </w:r>
      <w:r>
        <w:br/>
      </w:r>
    </w:p>
    <w:p w14:paraId="32A2FEA8" w14:textId="77777777" w:rsidR="00480DC7" w:rsidRDefault="00000000">
      <w:r>
        <w:t xml:space="preserve">Like skills coming out a little bit more skill like than these ones even these are more spiky. Let's do. Couple more here. So again, flat iron. And I'm going to go ahead and Hairspray. And then I'm going to go ahead and go right next to it. And with these type of leaves, because we're creating this really flat hard surface that's almost like glued, it means that we can go ahead and airbrush a lot more detail into these leaves. So these would be really ideal for </w:t>
      </w:r>
      <w:r>
        <w:lastRenderedPageBreak/>
        <w:t xml:space="preserve">plants or flower petals where? These other ones are a little bit more free form. </w:t>
      </w:r>
      <w:r>
        <w:br/>
      </w:r>
    </w:p>
    <w:p w14:paraId="321051D1" w14:textId="77777777" w:rsidR="00480DC7" w:rsidRDefault="00000000">
      <w:r>
        <w:t xml:space="preserve">So you're not going to get the same. You're not going to be able to get the same amount of detail on those as these. You know, it's a little bit damp. I can, I can just go ahead and touch these very lightly at the edge. I am mostly concerned about the edges more than the whole thing, just to make it stay together. All right. </w:t>
      </w:r>
      <w:r>
        <w:br/>
      </w:r>
    </w:p>
    <w:p w14:paraId="371F9026" w14:textId="77777777" w:rsidR="00480DC7" w:rsidRDefault="00000000">
      <w:r>
        <w:t xml:space="preserve">So now that we've done some of that, I'm going to go ahead and work on. I'm going to leave this as an apple. Actually I'm going to real quick just. Hairspray over this. Create another layer. Again, here's more Hairspray is always better when you're airbrushing, so. I'm going to be going back and airbrushing and hairspraying everything again and again. So you can kind of see this shape of a circle in the middle here. So what I want to do is I want to create a little bit of a divot right here. And do some apple leaves. We want to make this a little bit different from the rest of it. </w:t>
      </w:r>
      <w:r>
        <w:br/>
      </w:r>
    </w:p>
    <w:p w14:paraId="50E9D7BF" w14:textId="77777777" w:rsidR="00480DC7" w:rsidRDefault="00000000">
      <w:r>
        <w:t xml:space="preserve">I know it's in the middle of the tree, but might as well. So what I'm going to do for these is I'm going to create little. Leaves, or maybe they'll even be stems, I'm not quite sure yet. But I'm going to do a big BLOB of glue. On this. And then i'm going to two of them. And I'm going to just twist. And now you can see that this is really kind of long. And maybe I don't want it that long. </w:t>
      </w:r>
      <w:r>
        <w:br/>
      </w:r>
    </w:p>
    <w:p w14:paraId="3606A157" w14:textId="77777777" w:rsidR="00480DC7" w:rsidRDefault="00000000">
      <w:r>
        <w:t xml:space="preserve">One of them I'll do long like this, we'll do the first one like that. So if you want it long then you can leave it. Or if you feel like you have too much hair. What you can do is. Grab that again. Can I do a big glob of glue all the way down? And twist. And I don't want it that long. What I'm going to do is I'm going to twist it over onto itself. </w:t>
      </w:r>
      <w:r>
        <w:br/>
      </w:r>
    </w:p>
    <w:p w14:paraId="3768501C" w14:textId="77777777" w:rsidR="00480DC7" w:rsidRDefault="00000000">
      <w:r>
        <w:t xml:space="preserve">Kind of like what I do for these twists here. And create a little stub. Just like that. And if it doesn't stick together super well. What I can do is just add a little bit more glue. The more glue. So you add the faster you kind of need to. Wash things out without them getting really gross. So more product means. More timely washing, so kind of keep that in mind as you're going. </w:t>
      </w:r>
      <w:r>
        <w:br/>
      </w:r>
    </w:p>
    <w:p w14:paraId="37D62348" w14:textId="77777777" w:rsidR="00480DC7" w:rsidRDefault="00000000">
      <w:r>
        <w:t xml:space="preserve">But if you have free rein on a dog and. To do whatever you want, as long as it's washed off, then go for it. Use as much product as you need and then all of this is going to wash out. None of it is going to affect his hair whatsoever. So then on the main part of the apple, I'm going to do the same thing as the flat portion of the tree. So what I'm going to do is I'm going to lift this up. I want to create this edge of the apple and I'm going to separate it. </w:t>
      </w:r>
      <w:r>
        <w:br/>
      </w:r>
    </w:p>
    <w:p w14:paraId="2D144438" w14:textId="77777777" w:rsidR="00480DC7" w:rsidRDefault="00000000">
      <w:r>
        <w:lastRenderedPageBreak/>
        <w:t xml:space="preserve">Right, a little divot and I'm going to Hairspray the base of the hair. Come down. Come up above where I did before hairspray. Just a little bit in the middle. And one more time hairspray. And come down. Now you can see this is kind of an ugly mess right now of an apple which is totally fine. Because what we're going to do. Is we are going to go ahead and Hairspray along the edges. Of the apple. And we're going to push this down. This is the part where if you have a little bit of beading, as long as it's underneath this, it's not as big of a deal because we almost are trying to glue down this hair, use a lot of product because we're trying to create a really distinct line between the apple and the rest of the tree. </w:t>
      </w:r>
      <w:r>
        <w:br/>
      </w:r>
    </w:p>
    <w:p w14:paraId="7D89E19F" w14:textId="77777777" w:rsidR="00480DC7" w:rsidRDefault="00000000">
      <w:r>
        <w:t xml:space="preserve">All right. So that's sticking out a little bit more. So now what I can do is I can go ahead and. Hair spray over the hair just kind of wants to go down. So I don't really need to worry about the top of this, but you can see there's some really messy. Gross edges on this apple. So what I can do? Is real quick. I'm just going to speed things up. I'm just going to. </w:t>
      </w:r>
      <w:r>
        <w:br/>
      </w:r>
    </w:p>
    <w:p w14:paraId="2DA18354" w14:textId="77777777" w:rsidR="00480DC7" w:rsidRDefault="00000000">
      <w:r>
        <w:t xml:space="preserve">Hair dry? A little bit. Now I'm going to take my flat iron again. And I'm going to tuck in these edges because we have a lot of Hairspray. What we can do is on these edges you can tuck it under. And touch. And touch and create a nice sharp. Glued edge to this apple. You see how nice and sharp that's looking now? Talk this under. Tuck it under. And if you wanted you could also do these on the leaves as well. Like this one I could go ahead and. Tucking the edges create a little bit more of a defined edge. Just depends on. </w:t>
      </w:r>
      <w:r>
        <w:br/>
      </w:r>
    </w:p>
    <w:p w14:paraId="2837FD04" w14:textId="77777777" w:rsidR="00480DC7" w:rsidRDefault="00000000">
      <w:r>
        <w:t xml:space="preserve">How much effort you want to put? How many leaves you're doing? Obviously 1 apple is going to be a lot easier than lots of leaves. So then I can go ahead and Hairspray this over. Hairspray everything again. And I'm going to go ahead and type these up a little bit. It does tend to. Glue just a little bit better when it is slightly slightly tacky. But again, you don't want it wet, otherwise it's just going to stick to the iron, which it is doing just to touch. </w:t>
      </w:r>
      <w:r>
        <w:br/>
      </w:r>
    </w:p>
    <w:p w14:paraId="06F25195" w14:textId="77777777" w:rsidR="00480DC7" w:rsidRDefault="00000000">
      <w:r>
        <w:t xml:space="preserve">There we go we have that. Nice crisp edge. Without cutting around the edge. And here we can actually we can also do a little divot in the middle here to create it Nice. That apple shape. There we go. That's what we want. So you can kind of shape it with a flat iron. Here we go. Now we're going to go ahead and start working on his lower half. Now that I'll do one more Hairspray, why not? Never hurts. All right now. We're going to do a little owl. So got a little Hairspray down here, so I'm going to brush through that. Break it up just a touch. </w:t>
      </w:r>
      <w:r>
        <w:br/>
      </w:r>
    </w:p>
    <w:p w14:paraId="19306D6A" w14:textId="77777777" w:rsidR="00480DC7" w:rsidRDefault="00000000">
      <w:r>
        <w:t xml:space="preserve">And kind of create a shape here, so I'm going to be creating a little hollow. In this tree for my little owl. So right about here, I'm going to do a great Horned Owl. So what I want to do is. Separate into the little horns. I'm going to go ahead and do. The same method as these little leaves here. And create horns. That's what that method is really good for, is little horns and spikes. </w:t>
      </w:r>
      <w:r>
        <w:br/>
      </w:r>
    </w:p>
    <w:p w14:paraId="71E23C65" w14:textId="77777777" w:rsidR="00480DC7" w:rsidRDefault="00000000">
      <w:r>
        <w:lastRenderedPageBreak/>
        <w:t xml:space="preserve">And I want to try to pull these up as much as possible because they are going to want to fall back down. But what I can do here? Is pull these back. Hairspray behind it. And tried to tack it in place. Pull this back hair spray behind it. And tack it in place. I'm going to have to kind of go back and redo that a couple of times. And it'll the more I work with it, the more it's going to stay in place, but I'll put that helps to start for now. And then I'm going to go also and separate this, add a little Hairspray, use my hands to kind of shape it a little bit. </w:t>
      </w:r>
      <w:r>
        <w:br/>
      </w:r>
    </w:p>
    <w:p w14:paraId="0F33D413" w14:textId="77777777" w:rsidR="00480DC7" w:rsidRDefault="00000000">
      <w:r>
        <w:t xml:space="preserve">Now I'm going to shape out the owl face, and this is we're going to do the exact same thing that we did on the Apple. And we're going to. Pull out some hair. Use a comb. Pull it out, pull it out. Obviously this is way too much hair for. A little tiny. Owl face. But what we're going to do is we're going to go ahead and. Pull on the edges. Pull the edges, they're straight underneath. </w:t>
      </w:r>
      <w:r>
        <w:br/>
      </w:r>
    </w:p>
    <w:p w14:paraId="525B873C" w14:textId="77777777" w:rsidR="00480DC7" w:rsidRDefault="00000000">
      <w:r>
        <w:t xml:space="preserve">Create that line. And Hairspray on top. Keep kind of working this now. This is still wet. Since there's so much hair, I can start using my hands. Little bit and pulling this under. Creating more of the shape that I want. There we go and. Go ahead and reflect the Heat. And I'm going to go ahead and. Tack and the sides. And pull it under. And you want to pull it under and not over, because that way you're creating more of a sharp line where you're not having those scraggly hairs on the outside of your design, but they're going to be underneath and hidden underneath all that hair. </w:t>
      </w:r>
      <w:r>
        <w:br/>
      </w:r>
    </w:p>
    <w:p w14:paraId="1C5FFAB1" w14:textId="77777777" w:rsidR="00480DC7" w:rsidRDefault="00000000">
      <w:r>
        <w:t xml:space="preserve">Here we go. Do a little bit more Hairspray. Might have to go over a couple of times. To get the right effect. See that and go on. Go there. That pulled it apart instead of like that. Kind of doing these quick little motions also helps that even if it is a little bit damp, it's not going to completely stick. All right, now I'm going to go ahead and start working on the little hollow that the that the owl is in. </w:t>
      </w:r>
      <w:r>
        <w:br/>
      </w:r>
    </w:p>
    <w:p w14:paraId="29210F60" w14:textId="77777777" w:rsidR="00480DC7" w:rsidRDefault="00000000">
      <w:r>
        <w:t xml:space="preserve">I can also use the flat iron on these little horns, So what I want to do is create a. Little V at the top. I'll go ahead and. This has a little bit of hair sprayed on it already, so it wants to go ahead and stick really easily. Or stick in place really easily so that helps me out. And then I'm going to go ahead and pull this hair out underneath. And create a little. Outline around this owl. Go ahead and I'm going to go ahead and flat iron this. </w:t>
      </w:r>
      <w:r>
        <w:br/>
      </w:r>
    </w:p>
    <w:p w14:paraId="74579CC1" w14:textId="77777777" w:rsidR="00480DC7" w:rsidRDefault="00000000">
      <w:r>
        <w:t xml:space="preserve">Now this is a little. This would be a little bit up to you if this is a tree. So what you want to do is. It doesn't need to be quite as firm of a line if it has a little bit of. A regular edges. That's what trees kind of do. I'm going to go ahead and pull this end bit here into a little bit of AV into a little bit of a spike here at the bottom. </w:t>
      </w:r>
      <w:r>
        <w:br/>
      </w:r>
    </w:p>
    <w:p w14:paraId="602591DF" w14:textId="77777777" w:rsidR="00480DC7" w:rsidRDefault="00000000">
      <w:r>
        <w:lastRenderedPageBreak/>
        <w:t xml:space="preserve">But not overly so because that would be a little bit odd, but I'm going to go ahead and. Just barely. You're a boy, Clyde. You're a boy. Just barely touch on these. There we go. This is really not wanting to stick here, so I'm going to go ahead and spray it again. There we go. I had a little, he is kind of thin hair, so if I had a little bit more hair to work with that would be good. Or I pulled a little bit more here. But his hair is pretty thin, so I'm not getting a ton of thick hair, but it's whatever hair that you have to work with. </w:t>
      </w:r>
      <w:r>
        <w:br/>
      </w:r>
    </w:p>
    <w:p w14:paraId="1C59F84C" w14:textId="77777777" w:rsidR="00480DC7" w:rsidRDefault="00000000">
      <w:r>
        <w:t xml:space="preserve">So then up here behind this owl, what I'm going to do is I'm going to work on the bar. We can create some textures there. One thing that we can do is just do some of these leaf methods as well we can. Go like that and one thing. Actually, one thing that we can do is even. And a Hairspray. And then just kind of about touching him, just kind of do these random little. </w:t>
      </w:r>
      <w:r>
        <w:br/>
      </w:r>
    </w:p>
    <w:p w14:paraId="42973EBF" w14:textId="77777777" w:rsidR="00480DC7" w:rsidRDefault="00000000">
      <w:r>
        <w:t xml:space="preserve">Touches on his hair. Kind of similar to almost like up to here or this one, but a little bit more defined. Spark has that kind of scaly property and the Hairspray kind of with the with the flat iron kind of creates these blue areas that maybe are not super refined but they create, they create a really nice texture, kind of like a. Whipped cream. That's actually what I used on my. Milkshake, if you've seen my current creative groom. With a little milkshake, I have a little the whipped cream I kind of did this on. </w:t>
      </w:r>
      <w:r>
        <w:br/>
      </w:r>
    </w:p>
    <w:p w14:paraId="3F4EF5A3" w14:textId="77777777" w:rsidR="00480DC7" w:rsidRDefault="00000000">
      <w:r>
        <w:t xml:space="preserve">But you can also do scales like this. You can do this probably won't be quite as good. You can also do this really curly texture would be good. But then down here, what we're going to do is like on a big old dead tree, think of, if you had think of the bark where it really separates. So what we're going to do is we're going to create a big line down his leg and do a really thin strip of hair. </w:t>
      </w:r>
      <w:r>
        <w:br/>
      </w:r>
    </w:p>
    <w:p w14:paraId="5332364C" w14:textId="77777777" w:rsidR="00480DC7" w:rsidRDefault="00000000">
      <w:r>
        <w:t xml:space="preserve">Just like that. I'm going to go ahead and flat iron it first. Just to get it separated out. Separate the hair. Go ahead and air spray Hairspray both sides. Just like that and shape it with my hands just a bit. When you're doing this kind of thing, having a spritzer bottle and a towel on hand is not a bad idea. I always like to just get super hands on with everything, get super messy, so I find that is super helpful for me to have. Things to clean up just on hand, and it's always good to have towels. </w:t>
      </w:r>
      <w:r>
        <w:br/>
      </w:r>
    </w:p>
    <w:p w14:paraId="4859D168" w14:textId="77777777" w:rsidR="00480DC7" w:rsidRDefault="00000000">
      <w:r>
        <w:t xml:space="preserve">And if you if you're in a pinch actually, Windex or alcohol are also really great at breaking down some of the hairspray and. Airbrush ink, so those are great to spray on your hands if you're in a pinch. Should need things off of your hand but can't leave your table. All right. Again, I'm going to separate this hairspray. Now this one you can see. Hopefully you can see here that this is kind of sticking outwards. </w:t>
      </w:r>
      <w:r>
        <w:br/>
      </w:r>
    </w:p>
    <w:p w14:paraId="38C36DC8" w14:textId="77777777" w:rsidR="00480DC7" w:rsidRDefault="00000000">
      <w:r>
        <w:lastRenderedPageBreak/>
        <w:t xml:space="preserve">It kind of goes in at his foot currently and then goes out where a tree kind of does the opposite thing. So what I'm going to go ahead and do is create one of our little folds and create a line. So now you can see that is at least standing straight up and down instead of creating an outward line like a tree would not do. And we can do that again here. And again on this one. And you can get really fancy and great. Why isn't the Why isn't it and connect them? But today we're just going to do this to save a little bit of time so we can get on to airbrushing. </w:t>
      </w:r>
      <w:r>
        <w:br/>
      </w:r>
    </w:p>
    <w:p w14:paraId="3C5753D2" w14:textId="77777777" w:rsidR="00480DC7" w:rsidRDefault="00000000">
      <w:r>
        <w:t xml:space="preserve">So now I'm going to go ahead and Hairspray everything really well again, including up here. Letting it sit for a second, going back up top. Doing one section and then another and then going back and doing another is always a great way to let things sit for a second. Again, never enough Hairspray. All right, so now I'm just going to go back and touch up this owl. Try to get. Was to stay here, try to use that to glue up. Not want to cooperate. You're a good boy, Clyde. I know. There's sharper line here. </w:t>
      </w:r>
      <w:r>
        <w:br/>
      </w:r>
    </w:p>
    <w:p w14:paraId="7D3761AC" w14:textId="77777777" w:rsidR="00480DC7" w:rsidRDefault="00000000">
      <w:r>
        <w:t xml:space="preserve">For some reason, I do find that these kind of quick holds, quick little touches do better with the Hairspray than just trying to hold it there so that the Hairspray does not. Stick to the flat iron alright. So I think we're pretty good there. So I'm going to go ahead and unplug my. There we go. It's plugged in my airbrush, so today I will be using. Basically all Bombay. H Martin Bombay, Inc. There are also. Airbrush inks from Opas. These are. A little bit more translucent. And Crazy Liberty also makes Temporary Airbrush, Inc. I know the weight here. You have to seek really hard. But it doesn't clog up the airbrush where like the Bombay White. </w:t>
      </w:r>
      <w:r>
        <w:br/>
      </w:r>
    </w:p>
    <w:p w14:paraId="50AB0123" w14:textId="77777777" w:rsidR="00480DC7" w:rsidRDefault="00000000">
      <w:r>
        <w:t xml:space="preserve">It likes to clog up the airbrush, but it. Also, it does a really nice white, but you have to dilute it in the bottle. I like to pour out some and pour in some alcohol and dilute it, and even then it can be a pain. So you kind of need to try things out before you're doing it for an event or a creative competition or anything like that. And then for airbrushing, I would like to have Windex on hand. I do also have alcohol. You can use alcohol as well, whatever suits your fancy. But I do find that the spray Windex is really nice. </w:t>
      </w:r>
      <w:r>
        <w:br/>
      </w:r>
    </w:p>
    <w:p w14:paraId="4B578D15" w14:textId="77777777" w:rsidR="00480DC7" w:rsidRDefault="00000000">
      <w:r>
        <w:t xml:space="preserve">Just for ease, I do like to go between colors pretty often and I just spray it in and pour it out. You'll see me do that a bunch. But I'm also going to try to be a little strategic with it. So what I'm going to do is I'm going to start with the. Just some green. We're going to start out with the tree, the leaves, because that's a really big area. That's our biggest area overall. And we're just going to create a really nice base color. So I was dropping it in or if you're doing a really large area you can pour it in. </w:t>
      </w:r>
      <w:r>
        <w:br/>
      </w:r>
    </w:p>
    <w:p w14:paraId="78CC31A5" w14:textId="77777777" w:rsidR="00480DC7" w:rsidRDefault="00000000">
      <w:r>
        <w:t xml:space="preserve">And then I am going to actually dilute it just a little bit to make it go just a bit further. And I'm going to just do that right into here. By doing that. And then always lose the tops to </w:t>
      </w:r>
      <w:r>
        <w:lastRenderedPageBreak/>
        <w:t xml:space="preserve">these. But they're always really good to have. How did I do that? There it is. These are so hard to keep on hand, but if you don't, these tend to spill everywhere. So try to keep them on hand because it's really awful hello. I am in the habit of just spraying onto my hand the text tellers, but what you should do is do it. </w:t>
      </w:r>
      <w:r>
        <w:br/>
      </w:r>
    </w:p>
    <w:p w14:paraId="4C999109" w14:textId="77777777" w:rsidR="00480DC7" w:rsidRDefault="00000000">
      <w:r>
        <w:t xml:space="preserve">Do it on a towel. So I'm going to just test the color here it's green perfect. Make sure it's not spraying everywhere, doing anything really crazy. So what I'm going to do is I'm going to do this at kind of a distance. I'm going to use my hand to kind of cover the apple because I don't want to do the apple green. I'm going to do a nice red apple, but I'm going to do it on the loop, these little leaves. I'm doing that kind of a distance. I'm going all the way down, not doing anything intricate, so I'm just pressing all the way down. </w:t>
      </w:r>
      <w:r>
        <w:br/>
      </w:r>
    </w:p>
    <w:p w14:paraId="3A5DD71E" w14:textId="77777777" w:rsidR="00480DC7" w:rsidRDefault="00000000">
      <w:r>
        <w:t xml:space="preserve">And I'm just doing a light layer. We're going to be layering to create really nice coverage. With airbrushing, you are going to run into issues with having everything be super covered, but. That's one of the drawbacks of having. Using airbrush instead of dying dying, you can get all the way down to the skin. See we had. All that airbrush income there and no there's a lot more. That just doesn't want to go. So it is sticking a little bit. So what I'm going to do is I'm going to take off the end of this. There's a lot of times I'll just keep the end off. </w:t>
      </w:r>
      <w:r>
        <w:br/>
      </w:r>
    </w:p>
    <w:p w14:paraId="3D12735D" w14:textId="77777777" w:rsidR="00480DC7" w:rsidRDefault="00000000">
      <w:r>
        <w:t xml:space="preserve">I'm just going to go ahead and play with this little bit, this, with the needle. And just see if I can get that going better. Here we go. Sometimes all you have to do is pull that back and forth a little bit so. Some of the dyes, especially the Bombay inks, they do tend to. Clogged up. A little bit more than some of the other ends, so they're not as easy to work with, but they do create a little bit more coverage than the other than some of the other ones, I think. Crazy liberty. Does have that, but I haven't actually worked with their. </w:t>
      </w:r>
      <w:r>
        <w:br/>
      </w:r>
    </w:p>
    <w:p w14:paraId="07E08BFB" w14:textId="77777777" w:rsidR="00480DC7" w:rsidRDefault="00000000">
      <w:r>
        <w:t xml:space="preserve">Inks that are much so I can't really say 100 %, but from what I've heard they kind of are best of both worlds. But I've been working with Bombay for so long, that's what I have, so that's what I'm working with today. So I'm going to kind of keep going over and I'm the edges of things I'm going to pull back and try to get under because that's where you really want to do the most. </w:t>
      </w:r>
      <w:r>
        <w:br/>
      </w:r>
    </w:p>
    <w:p w14:paraId="4C66E3D1" w14:textId="77777777" w:rsidR="00480DC7" w:rsidRDefault="00000000">
      <w:r>
        <w:t xml:space="preserve">Color is around the edges, between everything. And you don't want to stand in one spot too long, otherwise it's going to beat up and create wetness and it's going to start breaking down some of that Hairspray that you work so hard to put on so many layers of it. So I definitely don't want to do that. Let's see where I'm at here. Still have to clear out. At this point you can also separate these a little bit so you can get in a little bit better. You want this to be fully covered as much as possible. There we go. Now what we're going to do is I had some leftover, so I am. </w:t>
      </w:r>
      <w:r>
        <w:br/>
      </w:r>
    </w:p>
    <w:p w14:paraId="223E9548" w14:textId="77777777" w:rsidR="00480DC7" w:rsidRDefault="00000000">
      <w:r>
        <w:lastRenderedPageBreak/>
        <w:t xml:space="preserve">Pouring most of it out. I'm not going to worry about getting all of it out because I'm actually going to be going in with a darker green, so I don't need to worry about getting everything out. I just want to get most of it out so I can still get that dark green color put the cap back on. There we go. Tested it on the towel, now I'm going to go around the edges. </w:t>
      </w:r>
      <w:r>
        <w:br/>
      </w:r>
    </w:p>
    <w:p w14:paraId="55F1A227" w14:textId="77777777" w:rsidR="00480DC7" w:rsidRDefault="00000000">
      <w:r>
        <w:t xml:space="preserve">So on here, this is where I had those little twists. I'm going to go ahead and try to separate the twists and get behind the twist so that the ends of the twists are. Of light colored and behind them is darker, so it creates a little bit more texture. You can see how that pops out a little bit more. And then on this part I'm going to kind of do that. </w:t>
      </w:r>
      <w:r>
        <w:br/>
      </w:r>
    </w:p>
    <w:p w14:paraId="31E69872" w14:textId="77777777" w:rsidR="00480DC7" w:rsidRDefault="00000000">
      <w:r>
        <w:t xml:space="preserve">This is just the twirly part or the natural curl. So I'm going for that. I'm actually just going to do kind of random bits of color, but there's no real way to discern what's going on. And then on. The part that I'm just drawing in what I can do is kind of create. You can draw on however you want, but I'm just going to go ahead and do basically little scales just to kind of simulate leaves. </w:t>
      </w:r>
      <w:r>
        <w:br/>
      </w:r>
    </w:p>
    <w:p w14:paraId="767324ED" w14:textId="77777777" w:rsidR="00480DC7" w:rsidRDefault="00000000">
      <w:r>
        <w:t xml:space="preserve">Just your 15 minute heads up perfect. And then on these ones, I'm going to go ahead and separate these again. I'm going to try to get down. Between them to again create definition and. Shadows behind the leaves. You can do be as. Surrounding or not as you want and how much you're doing. Again, these aren't super detailed so I don't have to be super detailed with them. But then on these leaves I can I can be super detailed. So what I like to do is put my hand behind it. </w:t>
      </w:r>
      <w:r>
        <w:br/>
      </w:r>
    </w:p>
    <w:p w14:paraId="3A5C9E4B" w14:textId="77777777" w:rsidR="00480DC7" w:rsidRDefault="00000000">
      <w:r>
        <w:t xml:space="preserve">And outline it and then I can do a center straight to the leaf. And behind it. Senator Straight to the lead. See how nice that looks? And this is what you want to do for like, actual flowers. And the behind it. There we go. And then on these I'm going to do these. I ran out of dye of a ink, so I'm going to go ahead and do. </w:t>
      </w:r>
      <w:r>
        <w:br/>
      </w:r>
    </w:p>
    <w:p w14:paraId="0E318960" w14:textId="77777777" w:rsidR="00480DC7" w:rsidRDefault="00000000">
      <w:r>
        <w:t xml:space="preserve">Just a touch more green. Make sure I get these. Little leaves good. And then I just dumped out what I had in there and I'm just going to go back over with that dark green because that's going to mix with the light green and still create a nice dark green. But I don't actually want it to be super dark. Tested on my, on my and. There we go. And then what we're going to do is we're going to actually fully rinse out this so I'm going to spray it with that, spray it, spray it again, and then. And I'll leave it running and pour it until I don't have anything left. </w:t>
      </w:r>
      <w:r>
        <w:br/>
      </w:r>
    </w:p>
    <w:p w14:paraId="1D6FF175" w14:textId="77777777" w:rsidR="00480DC7" w:rsidRDefault="00000000">
      <w:r>
        <w:t xml:space="preserve">And then it's run it through with just the Windex, and now we're going to move on to the Apple. I'm going to do a little bit of red or nice red apple. That's on my towel. You can use my hand to shield the nice green because that's going to create a weird brown color. I want </w:t>
      </w:r>
      <w:r>
        <w:lastRenderedPageBreak/>
        <w:t xml:space="preserve">to be a little bit more. Detailed with this. And I'm going to go ahead and do a once over. </w:t>
      </w:r>
      <w:r>
        <w:br/>
      </w:r>
    </w:p>
    <w:p w14:paraId="6A8ED737" w14:textId="77777777" w:rsidR="00480DC7" w:rsidRDefault="00000000">
      <w:r>
        <w:t xml:space="preserve">And then kind of go back and keep going again. Building up that color. There we go. And I don't need. That's pretty good. You can keep building up color if you want and kind of keep double checking everything, but I'm going to move on to. Adding a little bit different color to it. Because I want some little yellow orange spots oops. There we go. </w:t>
      </w:r>
      <w:r>
        <w:br/>
      </w:r>
    </w:p>
    <w:p w14:paraId="04E33E4A" w14:textId="77777777" w:rsidR="00480DC7" w:rsidRDefault="00000000">
      <w:r>
        <w:t xml:space="preserve">All right. Just a little bit of extra dimension to that apple. Go around the outside. There we go. Now since I have this kind of orange color orange yellow color, I'm going to go ahead and go down to my owl because I know he has orange eyes. So what I'm going to do is I'm going to do just little eyeballs here. I don't need to be sued for particular with this because most of the colors around him are going to be dark. </w:t>
      </w:r>
      <w:r>
        <w:br/>
      </w:r>
    </w:p>
    <w:p w14:paraId="1CD9402D" w14:textId="77777777" w:rsidR="00480DC7" w:rsidRDefault="00000000">
      <w:r>
        <w:t xml:space="preserve">There we go. Now I want to do. I'm going to keep going on the owl and I want him to be kind of a red, brown color, so I'm going to do I have a brown color? Here and I'm actually going to add in. Brown with some dark orange. And kind of create a nice red brown color. And I'm going to go ahead and pull it on. I'm just going to mix it directly in the airbrush gun. I'm going to test that out. Yeah, that comes out a nice red or red brown color. And I'm going to shield those nice eyes that I just did. Here we go. </w:t>
      </w:r>
      <w:r>
        <w:br/>
      </w:r>
    </w:p>
    <w:p w14:paraId="557FC707" w14:textId="77777777" w:rsidR="00480DC7" w:rsidRDefault="00000000">
      <w:r>
        <w:t xml:space="preserve">Now I do want some white around the edges of the owl, so I'm going to make sure to not. Go all the way to the edge. There we go. Alright, so we have a question. Does the Bombay ink rinse out or need to be shampooed out? It does need to be shampooed out. Actually, I do find it does just shampoo out. However, when you're doing very large areas like this with the Bombay Ink, the if you've ever heard of the Chubbs Bars for some reason, those work extremely, extremely well at getting out the airbrush, ink and Hairspray. </w:t>
      </w:r>
      <w:r>
        <w:br/>
      </w:r>
    </w:p>
    <w:p w14:paraId="220338BA" w14:textId="77777777" w:rsidR="00480DC7" w:rsidRDefault="00000000">
      <w:r>
        <w:t xml:space="preserve">So if you're doing large amounts, those were super well at getting out large amounts of ink and Hairspray. So I'm going to go ahead. I just added some more brown to this because I do. I don't want it to be this red color, but I want most of this tree to be brown, so I'm going to go ahead and just do a base layer. Of brown and go over everything. Kind of like we did on the leaves of the tree. Again, avoiding those white areas on the owl. If I don't have to use white, I don't want to. </w:t>
      </w:r>
      <w:r>
        <w:br/>
      </w:r>
    </w:p>
    <w:p w14:paraId="70A40199" w14:textId="77777777" w:rsidR="00480DC7" w:rsidRDefault="00000000">
      <w:r>
        <w:t xml:space="preserve">It is a tricky color to work with. And I already have it, so I might as well use it. There we go, kind of going over. There we go. Running out. So now I'm going to leave that as is and I'm going to go on to my black. And because I was using brown and black kind of cancels everything, I'm not going to worry about rinsing out my gun again. If you do it right, </w:t>
      </w:r>
      <w:r>
        <w:lastRenderedPageBreak/>
        <w:t xml:space="preserve">sometimes you can go very long stretches without actually cleaning out your. </w:t>
      </w:r>
      <w:r>
        <w:br/>
      </w:r>
    </w:p>
    <w:p w14:paraId="5EDE361A" w14:textId="77777777" w:rsidR="00480DC7" w:rsidRDefault="00000000">
      <w:r>
        <w:t xml:space="preserve">Gun, but it just depends on your design. It depends on what you're doing. So now I do need to still test it and make sure that now I need a really fine line. So I want to make sure that I can create that where I can't right now because my needle poked out because it's not tightened down because I was messing with it. But now there we go. So now I can create a really nice fine line. So now I can outline. There we go. Now I can outline this owl. </w:t>
      </w:r>
      <w:r>
        <w:br/>
      </w:r>
    </w:p>
    <w:p w14:paraId="0DCE7677" w14:textId="77777777" w:rsidR="00480DC7" w:rsidRDefault="00000000">
      <w:r>
        <w:t xml:space="preserve">Go around his eyes. And the pupils, I'm going to do a little bit towards the middle so that it looks like he's looking at you did them a little bit off. You did them in the middle of his eyes, then they might look like they're looking off it a little bit. Weird direction. Now I can do behind him. I want to go nice and dark in that little. The Little hole. Around the outside I'm going to go nice and dark. Camping for round. Around his little crevice. There we go. Here we go. Pull that up, make sure I'm getting nice in there. And then? What I'm going to do is I'm going to go ahead and. </w:t>
      </w:r>
      <w:r>
        <w:br/>
      </w:r>
    </w:p>
    <w:p w14:paraId="44A35FBD" w14:textId="77777777" w:rsidR="00480DC7" w:rsidRDefault="00000000">
      <w:r>
        <w:t xml:space="preserve">Go kind of far away and do just a very light hair spray or airbrush of the black. In between these parks. You can also mix in some brown with the black so it's not quite as dark. But you can also do this just by doing a very light Hairspray. You see all those crates that shadow. And then around these little bits we can kind of create little. You can also do just little spritzers of black dots if you want it as well. Working with black like this is kind of the most nerve wracking part of airbrushing, because once you do it, you can't go back but. </w:t>
      </w:r>
      <w:r>
        <w:br/>
      </w:r>
    </w:p>
    <w:p w14:paraId="4A9CAB74" w14:textId="77777777" w:rsidR="00480DC7" w:rsidRDefault="00000000">
      <w:r>
        <w:t xml:space="preserve">That's part of the fun of it. But you can always wash it off, so that's also part of the fun of it. So now that I'm here, if we wanted we could also go back up and add in some black details up here. It would be a little bit striking, maybe a little bit around here like we did around the apple. It's very lightly. It would make it pop out. Kind of like we did down on the. On the tree bark. I think I'm just making these black stems now. Alex A little bit better, there we go, yeah. </w:t>
      </w:r>
      <w:r>
        <w:br/>
      </w:r>
    </w:p>
    <w:p w14:paraId="776A5A27" w14:textId="77777777" w:rsidR="00480DC7" w:rsidRDefault="00000000">
      <w:r>
        <w:t xml:space="preserve">So this is now that I'm seeing on camera. I know that these leaves weren't looking super great so what I'm going to do is I am going to not fully rinse out the black from my airbrush, but I'm going to burn out most of it. And go back in with that dark green color. And do a fair amount of it. Well, maybe not ton, but a good amount of it. And I'm just going to mix it around in here. Test it out and see how that creates a nice dark green. A darker green. So then if we wanted we can go back and do that and I can. </w:t>
      </w:r>
      <w:r>
        <w:br/>
      </w:r>
    </w:p>
    <w:p w14:paraId="46118247" w14:textId="77777777" w:rsidR="00480DC7" w:rsidRDefault="00000000">
      <w:r>
        <w:t xml:space="preserve">Go back and do. A little. Them in the middle of the leaf I wanted. You could also go and add some extra yellow into here would be a good touch. Just kind of create more dimension by </w:t>
      </w:r>
      <w:r>
        <w:lastRenderedPageBreak/>
        <w:t xml:space="preserve">adding a little bit more color. More colors, the more dimension you're going to get. There we go and see how that but since we already did that one layer of dark green, now it's been, it's a lot more vibrant with that extra layer on top. </w:t>
      </w:r>
      <w:r>
        <w:br/>
      </w:r>
    </w:p>
    <w:p w14:paraId="28BFBE3A" w14:textId="77777777" w:rsidR="00480DC7" w:rsidRDefault="00000000">
      <w:r>
        <w:t xml:space="preserve">All right. Well, I think that's just about it. So thank you so much for. Joining me, I hope that you learned a lot. All right. The only question that was already answered by somebody else was the Flatiron. Do they make flat irons for dogs? It looks like yours a smallish and Patty did answer that there are travel sizes that correct. Yes, that's correct. I know some of the travel size ones are aren't quite as good as the full size 1 like the one I have isn't my favorite, one but the same time it's really good for these little small things. </w:t>
      </w:r>
      <w:r>
        <w:br/>
      </w:r>
    </w:p>
    <w:p w14:paraId="5EF18824" w14:textId="77777777" w:rsidR="00480DC7" w:rsidRDefault="00000000">
      <w:r>
        <w:t xml:space="preserve">So you kind of got to try to test them out. A little bit and see what works best for you. But yeah, it is just like a small travel sized one, and that one in particular also has a curling function so you can also curl hair a little bit and fly on it. Ok. So I don't see any more questions perfect we will be back in a half hour with alyssa alyssa, gazebo and so far the 1st 3 workshops and transcripts are already up on the website. All right. Thanks a lot, Nicole. All right, Thank you. </w:t>
      </w:r>
      <w:r>
        <w:br/>
      </w:r>
    </w:p>
    <w:sectPr w:rsidR="00480DC7"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24697" w14:textId="77777777" w:rsidR="004335A1" w:rsidRDefault="004335A1">
      <w:pPr>
        <w:spacing w:after="0" w:line="240" w:lineRule="auto"/>
      </w:pPr>
      <w:r>
        <w:separator/>
      </w:r>
    </w:p>
  </w:endnote>
  <w:endnote w:type="continuationSeparator" w:id="0">
    <w:p w14:paraId="64B583E5" w14:textId="77777777" w:rsidR="004335A1" w:rsidRDefault="00433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13DBB" w14:textId="77777777" w:rsidR="00480DC7" w:rsidRDefault="00000000">
    <w:pPr>
      <w:pStyle w:val="Footer"/>
      <w:jc w:val="center"/>
    </w:pPr>
    <w:r>
      <w:t xml:space="preserve">Page </w:t>
    </w:r>
    <w:r>
      <w:fldChar w:fldCharType="begin"/>
    </w:r>
    <w:r>
      <w:instrText>PAGE</w:instrText>
    </w:r>
    <w:r w:rsidR="000A6533">
      <w:fldChar w:fldCharType="separate"/>
    </w:r>
    <w:r w:rsidR="000A6533">
      <w:rPr>
        <w:noProof/>
      </w:rPr>
      <w:t>1</w:t>
    </w:r>
    <w:r>
      <w:fldChar w:fldCharType="end"/>
    </w:r>
    <w:r>
      <w:t>/</w:t>
    </w:r>
    <w:r>
      <w:fldChar w:fldCharType="begin"/>
    </w:r>
    <w:r>
      <w:instrText>NUMPAGES</w:instrText>
    </w:r>
    <w:r w:rsidR="000A6533">
      <w:fldChar w:fldCharType="separate"/>
    </w:r>
    <w:r w:rsidR="000A65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433FF" w14:textId="77777777" w:rsidR="004335A1" w:rsidRDefault="004335A1">
      <w:pPr>
        <w:spacing w:after="0" w:line="240" w:lineRule="auto"/>
      </w:pPr>
      <w:r>
        <w:separator/>
      </w:r>
    </w:p>
  </w:footnote>
  <w:footnote w:type="continuationSeparator" w:id="0">
    <w:p w14:paraId="5A031A3D" w14:textId="77777777" w:rsidR="004335A1" w:rsidRDefault="004335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8001233">
    <w:abstractNumId w:val="8"/>
  </w:num>
  <w:num w:numId="2" w16cid:durableId="77875779">
    <w:abstractNumId w:val="6"/>
  </w:num>
  <w:num w:numId="3" w16cid:durableId="723218754">
    <w:abstractNumId w:val="5"/>
  </w:num>
  <w:num w:numId="4" w16cid:durableId="1046416443">
    <w:abstractNumId w:val="4"/>
  </w:num>
  <w:num w:numId="5" w16cid:durableId="76025606">
    <w:abstractNumId w:val="7"/>
  </w:num>
  <w:num w:numId="6" w16cid:durableId="828519957">
    <w:abstractNumId w:val="3"/>
  </w:num>
  <w:num w:numId="7" w16cid:durableId="190149407">
    <w:abstractNumId w:val="2"/>
  </w:num>
  <w:num w:numId="8" w16cid:durableId="138614955">
    <w:abstractNumId w:val="1"/>
  </w:num>
  <w:num w:numId="9" w16cid:durableId="90974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6533"/>
    <w:rsid w:val="0015074B"/>
    <w:rsid w:val="0029639D"/>
    <w:rsid w:val="00326F90"/>
    <w:rsid w:val="004276E6"/>
    <w:rsid w:val="004335A1"/>
    <w:rsid w:val="00480DC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95EA20"/>
  <w14:defaultImageDpi w14:val="300"/>
  <w15:docId w15:val="{F201D812-7BF7-F549-85E5-26E323E17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5698</Words>
  <Characters>32484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2023-04-16T22:07:00Z</dcterms:created>
  <dcterms:modified xsi:type="dcterms:W3CDTF">2023-04-16T22:07:00Z</dcterms:modified>
  <cp:category/>
</cp:coreProperties>
</file>