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91AC1" w14:textId="77777777" w:rsidR="00623D84" w:rsidRDefault="00000000">
      <w:pPr>
        <w:pStyle w:val="Title"/>
      </w:pPr>
      <w:r>
        <w:t>Nikki Smith</w:t>
      </w:r>
    </w:p>
    <w:p w14:paraId="594448A9" w14:textId="77777777" w:rsidR="00623D84" w:rsidRDefault="00000000">
      <w:r>
        <w:t xml:space="preserve">Good Morning, Everyone on the case of night is all England. Se Welcome to the first day of the Creative Group summer and little Kings started. A all the dogs transcript. Allí, en. Apariencia, de ahí vuelve the very Last transcript transcription takes longer than this process recordings and the case. With transcription English, only Spanish OK we wanted to Spanish. Sí, translation es terrible, OK Show English, and English and Spanish en Ah transcript startup with the world for one pinchar. Newline get right in to getting started with Nicky. </w:t>
      </w:r>
      <w:r>
        <w:br/>
      </w:r>
    </w:p>
    <w:p w14:paraId="2BA46C03" w14:textId="77777777" w:rsidR="00623D84" w:rsidRDefault="00000000">
      <w:r>
        <w:t xml:space="preserve">Everyone Welcome to german. We have the sunflower, Phoenix, thalia the Black Panther en. Watch later, the summer we will be coming out with a new line with the links to be something very special so. Twenty % of Young Creative Twenty of CRATI tooo F Enjoy the Summer Day. O Nicky, claro, OK how do you want? Ah, ya. Haz que esté camel ags. Hubo una charla hashtag cuestión. Ok Hours. Para ver tranquilo halcón, o sea. Michael Andersson. Billy and sí, Harry Hales, Crested and. Va a venir Santa Fe Sánchez. Ah, hablo chucks Plains and Pings. Soy el capitán. O sea, el. and. ¿Roger se lanza, ajá, y 15 ¿Sabes? Pues, things Pass. </w:t>
      </w:r>
      <w:r>
        <w:br/>
      </w:r>
    </w:p>
    <w:p w14:paraId="5DD08927" w14:textId="77777777" w:rsidR="00623D84" w:rsidRDefault="00000000">
      <w:r>
        <w:t xml:space="preserve">Final, sevilla muchos disfrutes al igual hay post Rock, a Nikki. ¿A mí me dices, yo existo? Ah Sta. ¿Ah, ha? Dibujar al mismo on. No la vean soft. Vince Sport. Las pipas en Desbautizo Styles. Este país prickett soy. 8, decir en incinera. O sea, antes no sé. ¿Suiza va a dejar? auch. ¿Podrá autoshop? Juan Reyes, en el medio del choke, son chocoteja. Ciudad kala ¿Puedo? Y sí. Las joder. Ah, tengan es. ¿Sí son choques, verdad? incida yes. No sé, aquí está. Me cae. Nice night. Tiempo Alberto. Luego que no andubo ahora. O sea, como es más. No dices, fue una crisis. ¿O no? Ah, this is like. </w:t>
      </w:r>
      <w:r>
        <w:br/>
      </w:r>
    </w:p>
    <w:p w14:paraId="242A83BF" w14:textId="77777777" w:rsidR="00623D84" w:rsidRDefault="00000000">
      <w:r>
        <w:t xml:space="preserve">Rojo en el cliente. ¿Andan la vas a ver llorar? Es Melissa. Hay Bélgica y se ha venido barich composicions. Newline y Buda antes no son match. O sea sí. Ciudad Sasuke empaco newline. Desde hoy no. Tan motivados. Ah, de las cosas o ya como siempre hashtag. Venimos allí sin sangre para. Oh trucks, this One. ¿La fianza? Ah, pues ya. Ah. Nunca lo dejen and food maker. De ahí, Ah. ¿La cuestión? Ay, están, somos juan. The spray. Soy voz de Hashem F humano, reproduce the young ximen spray. Udi al corazón, Johnny. Y así quiere volver, Ah ¿Sabes? Y mucho más. A Nadichi. Principles, and the que es bueno. </w:t>
      </w:r>
      <w:r>
        <w:br/>
      </w:r>
    </w:p>
    <w:p w14:paraId="0E0D036B" w14:textId="77777777" w:rsidR="00623D84" w:rsidRDefault="00000000">
      <w:r>
        <w:t xml:space="preserve">Salón, no y no. ¿Ah, hoy es que mejor Paolo no es Bosch? Tuve la húngara. Soy sí. ¿Han, es fea? Pero nada. Platense de espera caray. ¿Hoy sabéis que? paypal en. ¿Y si? Soy can. Que se suele incluir en Feed and 11 dejar. Alex caminaba. Oh, sí hubo. Anakin suroeste. Yo la VI para Irán que animales de la nariz. ¿Es, o sea, igualmente you have the welfare in mind? Se </w:t>
      </w:r>
      <w:r>
        <w:lastRenderedPageBreak/>
        <w:t xml:space="preserve">dice. Mira, en verdad claro hay. Ah no, things berryman reyes ah, horas es. </w:t>
      </w:r>
      <w:r>
        <w:br/>
      </w:r>
    </w:p>
    <w:p w14:paraId="2448C8DC" w14:textId="77777777" w:rsidR="00623D84" w:rsidRDefault="00000000">
      <w:r>
        <w:t xml:space="preserve">Y Simón. And Bear. En Facebook, a and Love books hijas. Sometimes when you oh. ¿Cuando o ahí? Ay stock de Happy Hour Times and this is. No es el Chu Saint Happiness with dogs han. O sea, nothing Ah. No sé, Explorer. Now debate. No, yo está muy bien Habana. ¿Sabes OK Hashtag. O k and seguís? And best Page. Se han. ¿Tener la UE, Eh Hangzhou? Fue muchísimo mejor. Discovery kids de hashtag. He, si ahora voy bueno, me ha. </w:t>
      </w:r>
      <w:r>
        <w:br/>
      </w:r>
    </w:p>
    <w:p w14:paraId="174E611D" w14:textId="77777777" w:rsidR="00623D84" w:rsidRDefault="00000000">
      <w:r>
        <w:t xml:space="preserve">With wix. Y te amo, doc, you Crazy. Acaba de Mudes. ¿Culpa y si voy? ah y soy oye. Ah. Yo estaba en planear. O k? No soy pigmento de snow. Ah, bueno y prospere. El usos. Soy ones for Speed. ¿And so why like eso smath? Disfruta transfers. Es mucho mejor es. Mucho antes. No veo ondear. South cambie zapatos longa puta. A llover. Soy zulma. Anse por example I Had you homs. </w:t>
      </w:r>
      <w:r>
        <w:br/>
      </w:r>
    </w:p>
    <w:p w14:paraId="34F04A10" w14:textId="77777777" w:rsidR="00623D84" w:rsidRDefault="00000000">
      <w:r>
        <w:t xml:space="preserve">Voy a la Michel. Ah, pues Virgen ha suspensión se. ¿Incluir Skype? O sea, no, eso es sliced. Ah, muy denso. Dawson y Country and Look. Su en flags. De hecho, oxide. Soy Astrid, Siemprehay perfecto de salón andan. ¿Ah, y estás seguro? A 11 de miguel newline ¿Poncho? Está en. Andrew osado, Jimmy wants to Wash. You have and words di pens OK they can say, say, say. </w:t>
      </w:r>
      <w:r>
        <w:br/>
      </w:r>
    </w:p>
    <w:p w14:paraId="015607F5" w14:textId="77777777" w:rsidR="00623D84" w:rsidRDefault="00000000">
      <w:r>
        <w:t xml:space="preserve">Ah, bueno. Dame una. En buen iba a. Su desagüe irá así ¿Eso? ¿O disclaimer? están. Is the Black Style. Quién no escales Whatsapp Venture watches again, depending on the couch type and day. Pues a. Abrir monsiváis on call and han de. Muy suicide. Ah, bueno y honesto. Ah House. Frank Zappa se chupe un tranza. ¿Y si a día 12? Newline Next highlight the change and steins anda. </w:t>
      </w:r>
      <w:r>
        <w:br/>
      </w:r>
    </w:p>
    <w:p w14:paraId="5C7BE1B2" w14:textId="77777777" w:rsidR="00623D84" w:rsidRDefault="00000000">
      <w:r>
        <w:t xml:space="preserve">Es de. No, si que va andar jugando a chance. Sí, a ver si Hans salas and the two strings https. O k pegar? ¿Cuestión de wanna Now This product? rain ¿Saben? The Truck de Wesley. Jonathan running in the Rain and specially the noise correctly o factory. Ya me fui para Xavi, sangre para salvarse. ¿De haber subido las críticas and change of the running in the Rain? Yo hago, lo sé, solo es la esclavitud. Han distinguido Isaac. </w:t>
      </w:r>
      <w:r>
        <w:br/>
      </w:r>
    </w:p>
    <w:p w14:paraId="178E6380" w14:textId="77777777" w:rsidR="00623D84" w:rsidRDefault="00000000">
      <w:r>
        <w:t xml:space="preserve">Desfiladero Nazaret. No se. De tiempo uds. Bueno, señor es. ah es. Su acogía. San Juan dice diferentes tours sí. Juanes like. Spike lee. Newline Black Style Tony Hawk. Desde Houston, tx nacionalidad. ¿Entonces vi Souls y Heaven and PULL Bear? Seguir hernán volver arriba gana and beauty en días gay cancelar. Ya looks like. Ah. A ver, ahora no vas a cenar, OK deshagan ¿Sabes? ¿Y cuando estaba? sal sachet. ¿Sabes venir este camino? Saben estar re smule marcada. Small marcar. Enemigo, choni look granja. Slide de vida, ahí va ¿Ven? Se le pide </w:t>
      </w:r>
      <w:r>
        <w:lastRenderedPageBreak/>
        <w:t xml:space="preserve">snow redhead. Grachi the very and that. ¿Para qué sirve? Albergue sensuales. And flash. </w:t>
      </w:r>
      <w:r>
        <w:br/>
      </w:r>
    </w:p>
    <w:p w14:paraId="4C8BF1C7" w14:textId="77777777" w:rsidR="00623D84" w:rsidRDefault="00000000">
      <w:r>
        <w:t xml:space="preserve">O k? Saint todo es now. O k? sida. Que nos llegan. Solo que no. Unlike some cada anoche. Bien, ajá. Slide Beats Free. O sea, reglamento de calle. Observar the beach andan. Camp Beach. ¿Sabe antes? Wish Day es un flash Navidad. Sí, bueno, que les cambie en makati. Splatoon islands, no plan. Maicena mixels snow kilo maisy. Salón de su aniversario. Sangre timex. Oh sí, pues yo. Ya anda. Witcher 3. Es 1, es YY te extra, dicen. ¿A dónde hay que tocar? Nada estoy yo. Ah hashtag, sector del pueblo. ¿Soy algo? Imagina en extensions of things o Diferents xdd and. </w:t>
      </w:r>
      <w:r>
        <w:br/>
      </w:r>
    </w:p>
    <w:p w14:paraId="2FC735B0" w14:textId="77777777" w:rsidR="00623D84" w:rsidRDefault="00000000">
      <w:r>
        <w:t xml:space="preserve">Y hago este Jack Francisco toks OA adherirse soy snowbirds email. A un. ¿Sería justo? hashtag. Ok sí. ¿Dices chingao? bauhaus. Sí, es ilógico. Ah, dejes a Donald ¿Antivirus? quiero. ¿Oye, muchacha, de eso? También está ahí flecha chachi sensu alforja. Es decir, de nada. ¿Horas de hoy, like this? ¿Ah, es? El bus del país. Shakira, soy de rap club. ¿Algún siquiera sabe? Quizá vamos. ¿Claro, y yo a TI? Es Virgen, sí, use. </w:t>
      </w:r>
      <w:r>
        <w:br/>
      </w:r>
    </w:p>
    <w:p w14:paraId="086364FA" w14:textId="77777777" w:rsidR="00623D84" w:rsidRDefault="00000000">
      <w:r>
        <w:t xml:space="preserve">¿Antes has anyone? O sea. Census and this. De aguas su luces, baby handjob. Mi deseo, Silva. Si, viejo está soy sí and. Internauta está en su down. Más sí que no. Se desvive. Al próximo hashtag en salones. Anexo de. O sea. Bueno, Skype. Descanso, Stars. De nada le sirve, para eso se diferencia. And sándwich. ¿Qué le dijo el sexo? Nada es ley, huevo, whatsaap, hughley. Ah, pues yo sé que. No, sí. Yo escribiré si estará en. </w:t>
      </w:r>
      <w:r>
        <w:br/>
      </w:r>
    </w:p>
    <w:p w14:paraId="68257B99" w14:textId="77777777" w:rsidR="00623D84" w:rsidRDefault="00000000">
      <w:r>
        <w:t xml:space="preserve">Newline actualicen sus amover freehand estancado pawan. Cierra tus cosas mezclases like. Es indiferente. Bueno, sí que Justice. Hola satín. Le varias zonas de ya. No tengo llevar tu instinto War. Está en el momento bueno, tocks mi destino. Delineate, maestro dans. Es que el triangle today noche. Los salones. Esta localidad. Momento, su verdad, coja esta vez ese ya fíjese. Es cuando me shake The House. En su base mecida. El sofá. Yo digo. 1 freehand ya no. Dile muchas veces Tánger. Mira Caixa Arnau. Soy bueno en escribir 11. No estoy presente hot. ¿Choosing right? En makaha. ¿Soy movie of the kennedys? La Cruz Roja. ¿Ah, sí? Eso es una excepción que he sido animada emocionado. </w:t>
      </w:r>
      <w:r>
        <w:br/>
      </w:r>
    </w:p>
    <w:p w14:paraId="01037FF1" w14:textId="77777777" w:rsidR="00623D84" w:rsidRDefault="00000000">
      <w:r>
        <w:t xml:space="preserve">En San Sebastián. No dejes monjas. Se dice Smith, de. El SENSUS. Debes de usar another way to expand. ¿Bueso Ah? ¿Like es bueno o? guisando. ¿Si estoy listo? O sea, equis ya. Fuerza en lucha. ¿Pero fiesta, qué es? Ah. Baile, baile. ¿Sabes de sus clases ya? es. ¿Vos otra no? They all like you. ¿Y usted? O Shakin Traoré estás o es. Yo le voy a. Lisa en mi vida. Opcion pie. Ya no es que no. </w:t>
      </w:r>
      <w:r>
        <w:br/>
      </w:r>
    </w:p>
    <w:p w14:paraId="7E4FEE7A" w14:textId="77777777" w:rsidR="00623D84" w:rsidRDefault="00000000">
      <w:r>
        <w:t xml:space="preserve">Luis, no como la cáscara no natasha. Que dicen experience Creative Commons. Bien la supera ¿Vale? Es una velocidad. Me dijeron. Sonido paisa sonaba. No es Lily. ¿Andy has </w:t>
      </w:r>
      <w:r>
        <w:lastRenderedPageBreak/>
        <w:t xml:space="preserve">acercó, te gusta Italia? Soy buenísimo, va a cumplirse. ¿Ah, dice que what? ¿De ahí? wsl. Va, no, su coma. Tu ánimo. Y llegues a San Juan. ah esquilo. Pero sancha. Ah, no, cenicienta mucho athens. ¿Qué dices ¿Jeans? ¿Ve a seguir bajando? Ana nonspeaker Angels. Bueno, no hay oxígeno. And Travel o. </w:t>
      </w:r>
      <w:r>
        <w:br/>
      </w:r>
    </w:p>
    <w:p w14:paraId="5B7CCBC9" w14:textId="77777777" w:rsidR="00623D84" w:rsidRDefault="00000000">
      <w:r>
        <w:t xml:space="preserve">¿Sabes mini tenis? Concurso senti frente. A veces sí en hashtag. Sí ando. Revisa acatisia y esa no anoche felicidad. De aquí. Ya soy nueva wow terminado. Intensidad cero. ¿Sabes si es a ti con tus cosas? Antenor de muerte. Ah. Dislike F dogma is the story. and. Ya soy Charlie. Nueva York skyline es assign. ¿O baides ¿Ayudarían? No baja sí. Pues ellas ya. Soy 100 concept shake. </w:t>
      </w:r>
      <w:r>
        <w:br/>
      </w:r>
    </w:p>
    <w:p w14:paraId="5DA2C100" w14:textId="77777777" w:rsidR="00623D84" w:rsidRDefault="00000000">
      <w:r>
        <w:t xml:space="preserve">Bueno, dale Office One. Más el rey, más cenar moonlight sí mm. Son múltiples chaos ay. Like se adhieran. Años igual 7. Sube y sí da. De Glasgow that the passage of the blues pieza. Sae las. Moodle es así. La perforación anal no es sexo oral. Yo a China, New things o. ¿Ah, no? Debes validar. Juan Singham. Newline York, corazón es. Ah, hora de dicha. Tan de. Estoy audio. Quienes hablarán o al alys the extreme light para. ¿Venite a escribir, me lo ponéis ¿Será? A su discreción. O sea, no es inside. </w:t>
      </w:r>
      <w:r>
        <w:br/>
      </w:r>
    </w:p>
    <w:p w14:paraId="47D2F4D1" w14:textId="77777777" w:rsidR="00623D84" w:rsidRDefault="00000000">
      <w:r>
        <w:t xml:space="preserve">Antes he dicho bebé. Sandro wait Drive. En el lago que el rap. Bing Gears. Angelita Sounder, Dahomey, disciplina. Es, eso sí culos. Ahí va, eso tenés. Show bueno impide número. Ellos son mis shakedown. En nada. ah edge. A ver. O k? quisieran. Te quiero. ¿Se debe dejar? Es un León. ah sí. ¿No escuchas de office? sí. ¿Ahí sabes? Twelve Minutes. Ah caray go for the world. Ahora Ah. A mí six now to give. ¿And out youtubers? Y así inclusive en el salón. ¿Claro, y usted? ¿Vas a instalar? Es que. Se les esclava. Sí es. Signed off tank en tarde. Está igual, máximo allá. Angie sam ay. Sí debo. 5 quiero dale. No, solo dije, Ah va, debes estar en jaja. </w:t>
      </w:r>
      <w:r>
        <w:br/>
      </w:r>
    </w:p>
    <w:p w14:paraId="0306CB46" w14:textId="77777777" w:rsidR="00623D84" w:rsidRDefault="00000000">
      <w:r>
        <w:t xml:space="preserve">And from Hell House roscada. Claro, es que una Ah, ha. ¿Si soy de en el salón de Sydney? ¿Pensé qué? Soy inmosat salón i have been. Aa Rush. Muchísimas personas. ¿Alexis Alfaro es el próximo? and. Es muy grande, muy grande, desde Oh, fútbol 11 with página web. Salón IRIS es más. Desde las 11. Soy wow, wow. Bomba en. Ponme ahí en es. Pues no. Sabe, avisan hardware. ¿Al green? cazaban. Más a. ¿Hay juegos? Ay, pues es verbo ¿Verdad? ¿Estás jugando ahí ¿Michaels? Las lastiman, es burlarse. </w:t>
      </w:r>
      <w:r>
        <w:br/>
      </w:r>
    </w:p>
    <w:p w14:paraId="36B0EBA3" w14:textId="77777777" w:rsidR="00623D84" w:rsidRDefault="00000000">
      <w:r>
        <w:t xml:space="preserve">Es Markets. ¿Sabes a mí? ¿Juan, dijeses? robinhood. Ya voy a Chile en eso lo hice. ¿Ay, sabes? Mucha gente tocks Facebook que impulsen. Se acuesta Cabezón. Anises, humans ponme. Una extensión claro O? K dicen sí hockey, dicen, Ah hashtag, hashtag. Andrés Prats. Mi amor, filha. Soy surf background. Y no, esto no es capital. Ya creo que me hice. Se jugó al taxi. Ahora está el like. Bni Figura like father, like prueben. Pues voy a bajar se millones de euros. Tú dijiste pan fue. And shipping. Príncipe Salam. Claro que mejor. Antes que le quita. Antes </w:t>
      </w:r>
      <w:r>
        <w:lastRenderedPageBreak/>
        <w:t xml:space="preserve">es la higiene. Ahora llueve. </w:t>
      </w:r>
      <w:r>
        <w:br/>
      </w:r>
    </w:p>
    <w:p w14:paraId="3C4C9054" w14:textId="77777777" w:rsidR="00623D84" w:rsidRDefault="00000000">
      <w:r>
        <w:t xml:space="preserve">En Instagram tipo muy, mucho no yeah. ¿Algo que ver el? Piensen ya ¿Soviet? Next workshop will be with melania CAM en it on top the hour right now so. Me gusta ¿Pueden? tsurugi. Ok Ah, just excellent Job Niki and everybody tranquilizarme. </w:t>
      </w:r>
      <w:r>
        <w:br/>
      </w:r>
    </w:p>
    <w:sectPr w:rsidR="00623D84"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F494F" w14:textId="77777777" w:rsidR="00B75657" w:rsidRDefault="00B75657">
      <w:pPr>
        <w:spacing w:after="0" w:line="240" w:lineRule="auto"/>
      </w:pPr>
      <w:r>
        <w:separator/>
      </w:r>
    </w:p>
  </w:endnote>
  <w:endnote w:type="continuationSeparator" w:id="0">
    <w:p w14:paraId="0852FADC" w14:textId="77777777" w:rsidR="00B75657" w:rsidRDefault="00B75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7AB94" w14:textId="77777777" w:rsidR="00623D84" w:rsidRDefault="00000000">
    <w:pPr>
      <w:pStyle w:val="Footer"/>
      <w:jc w:val="center"/>
    </w:pPr>
    <w:r>
      <w:t xml:space="preserve">Page </w:t>
    </w:r>
    <w:r>
      <w:fldChar w:fldCharType="begin"/>
    </w:r>
    <w:r>
      <w:instrText>PAGE</w:instrText>
    </w:r>
    <w:r w:rsidR="00905D16">
      <w:fldChar w:fldCharType="separate"/>
    </w:r>
    <w:r w:rsidR="00905D16">
      <w:rPr>
        <w:noProof/>
      </w:rPr>
      <w:t>1</w:t>
    </w:r>
    <w:r>
      <w:fldChar w:fldCharType="end"/>
    </w:r>
    <w:r>
      <w:t>/</w:t>
    </w:r>
    <w:r>
      <w:fldChar w:fldCharType="begin"/>
    </w:r>
    <w:r>
      <w:instrText>NUMPAGES</w:instrText>
    </w:r>
    <w:r w:rsidR="00905D16">
      <w:fldChar w:fldCharType="separate"/>
    </w:r>
    <w:r w:rsidR="00905D1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E52FE" w14:textId="77777777" w:rsidR="00B75657" w:rsidRDefault="00B75657">
      <w:pPr>
        <w:spacing w:after="0" w:line="240" w:lineRule="auto"/>
      </w:pPr>
      <w:r>
        <w:separator/>
      </w:r>
    </w:p>
  </w:footnote>
  <w:footnote w:type="continuationSeparator" w:id="0">
    <w:p w14:paraId="3D99764C" w14:textId="77777777" w:rsidR="00B75657" w:rsidRDefault="00B756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28014176">
    <w:abstractNumId w:val="8"/>
  </w:num>
  <w:num w:numId="2" w16cid:durableId="627124129">
    <w:abstractNumId w:val="6"/>
  </w:num>
  <w:num w:numId="3" w16cid:durableId="1514420008">
    <w:abstractNumId w:val="5"/>
  </w:num>
  <w:num w:numId="4" w16cid:durableId="558632421">
    <w:abstractNumId w:val="4"/>
  </w:num>
  <w:num w:numId="5" w16cid:durableId="36053070">
    <w:abstractNumId w:val="7"/>
  </w:num>
  <w:num w:numId="6" w16cid:durableId="1627393634">
    <w:abstractNumId w:val="3"/>
  </w:num>
  <w:num w:numId="7" w16cid:durableId="1412585120">
    <w:abstractNumId w:val="2"/>
  </w:num>
  <w:num w:numId="8" w16cid:durableId="1279413928">
    <w:abstractNumId w:val="1"/>
  </w:num>
  <w:num w:numId="9" w16cid:durableId="611517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23D84"/>
    <w:rsid w:val="00905D16"/>
    <w:rsid w:val="00AA1D8D"/>
    <w:rsid w:val="00B47730"/>
    <w:rsid w:val="00B7565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3F0EE5"/>
  <w14:defaultImageDpi w14:val="300"/>
  <w15:docId w15:val="{F201D812-7BF7-F549-85E5-26E323E17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1679</Words>
  <Characters>9575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11232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2023-04-16T18:23:00Z</dcterms:created>
  <dcterms:modified xsi:type="dcterms:W3CDTF">2023-04-16T18:23:00Z</dcterms:modified>
  <cp:category/>
</cp:coreProperties>
</file>