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2A90" w14:textId="77777777" w:rsidR="001D2860" w:rsidRDefault="00000000">
      <w:pPr>
        <w:pStyle w:val="Title"/>
      </w:pPr>
      <w:r>
        <w:t>Nikki Smith</w:t>
      </w:r>
    </w:p>
    <w:p w14:paraId="254AD0BF" w14:textId="77777777" w:rsidR="001D2860" w:rsidRDefault="00000000">
      <w:r>
        <w:t xml:space="preserve">Good morning everyone. Or in the case of Nikki, who is all the way from England, good evening. So welcome to the first day of the Creative Grooming Summit and a little bit of housekeeping before we get started. All the recordings and the transcripts will be up for today, will be up by the end of today. The only thing that may not be up by the end of today will be the very last transcript, because transcription takes longer than to actually process the recordings. And in this case, we're going to have two transcripts, one in English, 1 in Spanish. Ok, we wanted to do some Spanish and closed captioning, but the translation is terrible okay so we're going to have to do English closed captions and then English and Spanish in transcripts. </w:t>
      </w:r>
      <w:r>
        <w:br/>
      </w:r>
    </w:p>
    <w:p w14:paraId="423701BC" w14:textId="77777777" w:rsidR="001D2860" w:rsidRDefault="00000000">
      <w:r>
        <w:t xml:space="preserve">So we're going to start off with a word for one of our sponsors, which is Precision Sharp, and then we'll get right into getting started with Nikki. Hi, everyone, and welcome to Precision Sharp. We're a full service sharpening company and we specialize in shears. We have our own brand of shears called Precise Cut which includes several lines, and those lines are our German, our Patriot which is made in the USA We have the Sunflower, the Phoenix, the Dahlia, the Black Panther, and I should note that the Dahlia comes in purple and blue. Watch for later this summer we will be coming out with a new line, which is called the Links. </w:t>
      </w:r>
      <w:r>
        <w:br/>
      </w:r>
    </w:p>
    <w:p w14:paraId="534A54AD" w14:textId="77777777" w:rsidR="001D2860" w:rsidRDefault="00000000">
      <w:r>
        <w:t xml:space="preserve">It's going to be something very special. That's all I can tell you about it right now. So if you're out and about and you're going to trade shows, stop by. Visit our booth. We do nearly all the trade shows across the country. Watch for our coupon code here. For 20 % off, you will put in Creative 20 off CREATIV e two zero o f f. Enjoy the summit and have a great day. ok nikki hello OK, now, do you want me to interrupt for questions or do you want to wait till the end? Yeah, just fire away and ask us. </w:t>
      </w:r>
      <w:r>
        <w:br/>
      </w:r>
    </w:p>
    <w:p w14:paraId="659F4058" w14:textId="77777777" w:rsidR="001D2860" w:rsidRDefault="00000000">
      <w:r>
        <w:t xml:space="preserve">They come in. All right. So on my screen is going to go dark. When I turn my screen back on, there's a question. Ok, All yours bye bye thank you. And hello everyone. So I'm Nikki Smith. I'm from the UK and this is one of my dogs called Peg p e G and she is a hairy, hairless crested. And what I'm going to be doing is showing you some fabric extensions on her and a couple of chalks, blow pens and paint pens to start with. And then I've got a couple more dogs to show you a couple of different other things as well. Any questions? Obviously just put them in the box and my question is a stupid question. </w:t>
      </w:r>
      <w:r>
        <w:br/>
      </w:r>
    </w:p>
    <w:p w14:paraId="29746575" w14:textId="77777777" w:rsidR="001D2860" w:rsidRDefault="00000000">
      <w:r>
        <w:t xml:space="preserve">We're all good to learn, so I hope you enjoy it. So First things first, I'm going to start really basic, really nice and easy. And we've got a couple of different chalks. These chalks. You've got an Opal chalk and you've got a I can't remember who makes this, who makes these </w:t>
      </w:r>
      <w:r>
        <w:lastRenderedPageBreak/>
        <w:t xml:space="preserve">chalks. It's stuck now I'll come back to this, but a couple of different types of these are on a pad and they pump down the hair and then you pull the hair through and these ones are on a like a pad again. But with these you have the soft part at the top so this is like foam. </w:t>
      </w:r>
      <w:r>
        <w:br/>
      </w:r>
    </w:p>
    <w:p w14:paraId="71650C26" w14:textId="77777777" w:rsidR="001D2860" w:rsidRDefault="00000000">
      <w:r>
        <w:t xml:space="preserve">So it's really easy to squash the hair onto the chalk and get the pigment. And you can also use paint brushes as well with these both different types and personal preference. They're both pretty good. So yeah, it depends on what you want to achieve. And so I'm going to show you how quick and easy they are. So I'm just going to take small piece of ear hair, hold the hair, hold the chalk. What I'm going to do is I'm going to make sure the chalk is on top of the hair, so therefore the color will. </w:t>
      </w:r>
      <w:r>
        <w:br/>
      </w:r>
    </w:p>
    <w:p w14:paraId="4C8FF50E" w14:textId="77777777" w:rsidR="001D2860" w:rsidRDefault="00000000">
      <w:r>
        <w:t xml:space="preserve">Can you see therefore the pigment is being is on top of the hair. Can you see that? Yes, you can also like use your thumb, you're just applying it to the hair. There you go, Nice and easy. Quick and simple. And with chalks I do tend to transfer a little bit more. So what I tend to do is set them with some Hairspray. This is the Hairspray that I love uses for all of my creatives. Got to be glued. I'm not sure if you have it in America, but this is like glued. </w:t>
      </w:r>
      <w:r>
        <w:br/>
      </w:r>
    </w:p>
    <w:p w14:paraId="49B8FF9D" w14:textId="77777777" w:rsidR="001D2860" w:rsidRDefault="00000000">
      <w:r>
        <w:t xml:space="preserve">It's literally like glued so it'll hold anything in place. And then it will help it last a bit longer. It's mainly used in like competitions and things over in the UK So any of our creative competitions, we tend to have it on every table there, but not so much. We don't have that many competitions, should we say? So you can see the subtle pink and purple and that won't last too long. It should wash out within one wash. </w:t>
      </w:r>
      <w:r>
        <w:br/>
      </w:r>
    </w:p>
    <w:p w14:paraId="59330898" w14:textId="77777777" w:rsidR="001D2860" w:rsidRDefault="00000000">
      <w:r>
        <w:t xml:space="preserve">And some coats it will fade quicker than others, so she has a slightly coarse coat. The rule of thumb is when it comes to temporary products, so using it in the salon, and the softer the coat, the longer it lasts. And so if you're putting it on a Maltese or something with a really soft coat, generally speaking it will last longer than of course the sort of Jack Russell coat. And so that's something to definitely bear in mind when you are using temporary products. These talks, these ones here, and the company talks, the lovely Angela. </w:t>
      </w:r>
      <w:r>
        <w:br/>
      </w:r>
    </w:p>
    <w:p w14:paraId="15DD91E7" w14:textId="77777777" w:rsidR="001D2860" w:rsidRDefault="00000000">
      <w:r>
        <w:t xml:space="preserve">But yeah, I knew it would come to me eventually. So on this year, I'm going to show you a blow pen. This is a green professional blow pen. Opals make them as well they are. Very easy to use, but they do have a tendency to stain so they can grow out rather than wash out. Ok, question. All right, someone wants to know, is it a pet or a human product? I think she's referring to the Hairspray. So what was the question? If it's a human or a pet product that you're using? So the Hairspray is human. </w:t>
      </w:r>
      <w:r>
        <w:br/>
      </w:r>
    </w:p>
    <w:p w14:paraId="703306DC" w14:textId="77777777" w:rsidR="001D2860" w:rsidRDefault="00000000">
      <w:r>
        <w:t xml:space="preserve">But because it's a Hairspray, I tend to not worry too much. It's been tried and tested by many groomers, but it is a human product. All the other products I'm showing you are going </w:t>
      </w:r>
      <w:r>
        <w:lastRenderedPageBreak/>
        <w:t xml:space="preserve">to be. I think nearly all of them are designed for pets. So let's just. Going to try and separate, it's a little bit and another tip as well that I think people tend to forget is when you are doing any type of creative. </w:t>
      </w:r>
      <w:r>
        <w:br/>
      </w:r>
    </w:p>
    <w:p w14:paraId="709B0BBF" w14:textId="77777777" w:rsidR="001D2860" w:rsidRDefault="00000000">
      <w:r>
        <w:t xml:space="preserve">For me personally it works better on a clean freshly washed coat. So if you're doing it in a salon or even on your pet dogs at home and I'll always give them a quick bath before and a nice wash and it just helps those products last a little bit longer. So as you can see, you literally blow down here, the pen is here, put it in there, blow into this bit and it the ink comes out. I don't know if it was an interesting or I used to have these as a kid and they used to get stencils with them and do it on paper. </w:t>
      </w:r>
      <w:r>
        <w:br/>
      </w:r>
    </w:p>
    <w:p w14:paraId="071E98E6" w14:textId="77777777" w:rsidR="001D2860" w:rsidRDefault="00000000">
      <w:r>
        <w:t xml:space="preserve">And so these are quite a popular thing that everyone tends to know about. Really easy to use but can say as I said. So again, just literally blowing through the end onto the hair and it's coming up. Obviously, always protecting their eyes and making sure that if they've got Hairspray or any other blowy products, you don't get it anywhere near their eyes or their nose. And obviously dogs are very sensitive, so you want to make sure that you have their welfare in mind at all times so you can see. If you don't do that. </w:t>
      </w:r>
      <w:r>
        <w:br/>
      </w:r>
    </w:p>
    <w:p w14:paraId="3BDC626E" w14:textId="77777777" w:rsidR="001D2860" w:rsidRDefault="00000000">
      <w:r>
        <w:t xml:space="preserve">So can see the color coming through, I can see the color. Another thing to bear in mind when you are using products like this or any products is the type of dogs that you're using them on. So Peg is my personal dog and very much used to being on the table. And I'm not going to say I love the bath, but she loves it as intention when she has. Color in her hair or freshly groomed. So bear in mind that when you are blowing a dog, especially with like an airbrush or a blow pen, you need to be careful that the dog is accepting of you doing that. And so sometimes when you're blowing a coat it can upset the dog and sort of tickle the dog a bit. </w:t>
      </w:r>
      <w:r>
        <w:br/>
      </w:r>
    </w:p>
    <w:p w14:paraId="10B8FC9E" w14:textId="77777777" w:rsidR="001D2860" w:rsidRDefault="00000000">
      <w:r>
        <w:t xml:space="preserve">And so just make sure you either do a test that before you fully commit to anything or. Sort of gradually build up what you are wanting to achieve on that dog. It's really important, as I said before, to make sure that your dog is whatever dog it is on the table with your own dog or a client's dog that they're happy at all times. This isn't added like extra, it's not essential. So happiness with the dog is key. And let's see. </w:t>
      </w:r>
      <w:r>
        <w:br/>
      </w:r>
    </w:p>
    <w:p w14:paraId="23BFE708" w14:textId="77777777" w:rsidR="001D2860" w:rsidRDefault="00000000">
      <w:r>
        <w:t xml:space="preserve">So another thing, another thing, it's low, sorry, paint tens. Now there are a few different brands. I know you're so need to be. I know, I know. And there are a few different brands I don't actually. So OK, Valerie has a question. I'm going to tell you, please type the question in so I can read it. Go ahead. No question, just okay. And so these are paint pens and the best way to describe these are a bit like an lipstick and consistency. So they're like oily and you draw on it and it literally just comes out a bit like a crayon, but a very soft crayon, which is why I refer to it like a lipstick. </w:t>
      </w:r>
      <w:r>
        <w:br/>
      </w:r>
    </w:p>
    <w:p w14:paraId="140EE923" w14:textId="77777777" w:rsidR="001D2860" w:rsidRDefault="00000000">
      <w:r>
        <w:lastRenderedPageBreak/>
        <w:t xml:space="preserve">These are a very good product. They are, I think they're very underrated in the industry, if I'm honest. And they're quick and easy to use. You can do a lot of things with them. You can color long hair or you can draw for stencils. You can create your own shapes and doodles, and they work on long hair as well as short hair, and they also work on darker coats if you. I don't have a white one on me, but so the Opal set comes with a white, so if you were to put a white down on a dark dog, you're creating a lighter base. </w:t>
      </w:r>
      <w:r>
        <w:br/>
      </w:r>
    </w:p>
    <w:p w14:paraId="1B12A548" w14:textId="77777777" w:rsidR="001D2860" w:rsidRDefault="00000000">
      <w:r>
        <w:t xml:space="preserve">Therefore, when you put the color over it, the lighter base will help the color pop and obviously not bleaching the dog or anything like that. But you can apply more of this to get a color to come through. But if you put the white underneath first, you'll get a brighter color, but you can still use it with just using a color. Does that make sense? So with this, what I'm going to do? I'm just going to section off some of this hair here and draw. </w:t>
      </w:r>
      <w:r>
        <w:br/>
      </w:r>
    </w:p>
    <w:p w14:paraId="355B6C29" w14:textId="77777777" w:rsidR="001D2860" w:rsidRDefault="00000000">
      <w:r>
        <w:t xml:space="preserve">So I'm pulling the hair. It's not like too tight, but I'm just holding it still. I'm going to draw down the hair, OK? Let me just leave that alone. So the pigment, the like waxy lipstick pigment is now on the hair and when you brush through it will sort of spread and transfer. More so once when this product is freshly applied and sort of waxy like it sort of smudges a little bit. And this will transfer through the coast. So you can put a small amount on and brush it through and get it to cover a larger area like this like so. And but when this dries it's tougher to come out than generally it's tougher to come out in the chalk and depending on the blow pens and how they are. </w:t>
      </w:r>
      <w:r>
        <w:br/>
      </w:r>
    </w:p>
    <w:p w14:paraId="0F5132CB" w14:textId="77777777" w:rsidR="001D2860" w:rsidRDefault="00000000">
      <w:r>
        <w:t xml:space="preserve">On the hair itself, it can be tougher to come out, so it will last a bit longer and a little bit so small amount. And so for an example, I have used these two color palms before on a Miami trim. Which looked really cute that was and that was just basically applying some of the products and brushing it through. So then it transferred through the code. So I'm not sure if it will pick it up, but it is slightly waxing still so it's slightly stiff and but within sort of. 12 to 24 hours that will dry and it would look more natural and flowing like this, the chalk side. </w:t>
      </w:r>
      <w:r>
        <w:br/>
      </w:r>
    </w:p>
    <w:p w14:paraId="39165DAE" w14:textId="77777777" w:rsidR="001D2860" w:rsidRDefault="00000000">
      <w:r>
        <w:t xml:space="preserve">So that's three different products that are all temporary, perfect and quick for the salon and easily accessible. I'll run through them again just so then. If you've got any questions, it's easier for me to sort of answer it straight up. And so the chalks, these are semi permanent. They need a bit of hair spray to go on top to help them set and stay in the coat and they will wash out generally one to two washes depending on what shampoo you have and what coat you're working with. The blow pens again. They can stain. So they are, I don't know, I wouldn't cast them quite as semi permanent, but be aware that they can stain when you are using them on clients, make sure they sign a waiver. </w:t>
      </w:r>
      <w:r>
        <w:br/>
      </w:r>
    </w:p>
    <w:p w14:paraId="2A149E13" w14:textId="77777777" w:rsidR="001D2860" w:rsidRDefault="00000000">
      <w:r>
        <w:t xml:space="preserve">I think you'd put it a waiver in America I'm sure or a disclaimer. So just be aware that these the blow pens can stain. Generally speaking most colors will wash out within two to three </w:t>
      </w:r>
      <w:r>
        <w:lastRenderedPageBreak/>
        <w:t xml:space="preserve">washes, again depending on. Coat type and what products you're using and then the paint pens. They will wash out probably one to two washes again depending on coat and what products you're using and they are my preference we say and when it comes down to how? How much they transfer. So the talks will transfer easier than the other two. </w:t>
      </w:r>
      <w:r>
        <w:br/>
      </w:r>
    </w:p>
    <w:p w14:paraId="74010BC7" w14:textId="77777777" w:rsidR="001D2860" w:rsidRDefault="00000000">
      <w:r>
        <w:t xml:space="preserve">The blow pens are probably next. Even though they can transfer they can they transfer and they stain. So they're like that middle ground and the paint pens because they are waxing type of consistency they take a little bit more to get wet and therefore when they transfer they take a little bit more so. For me personally, I would say the paint pens transfer less and the chalks transfer the most okay next you got a question. </w:t>
      </w:r>
      <w:r>
        <w:br/>
      </w:r>
    </w:p>
    <w:p w14:paraId="672DB911" w14:textId="77777777" w:rsidR="001D2860" w:rsidRDefault="00000000">
      <w:r>
        <w:t xml:space="preserve">They want to know if these products will run when the dog is outside of the rain, so the chalk they will slightly. In fact, let me say all products can run in the rain and especially if they're not used correctly or prepped correctly. So these are temporary products. So with temporary products I would say there is always like a 50 % chance of them running in the rain. You haven't got a lot of products on this ear. So it's less likely to run, but more the thing with if this got wet this if she laid on that side, it might transfer into her neck or what she's laying on. </w:t>
      </w:r>
      <w:r>
        <w:br/>
      </w:r>
    </w:p>
    <w:p w14:paraId="6021B10B" w14:textId="77777777" w:rsidR="001D2860" w:rsidRDefault="00000000">
      <w:r>
        <w:t xml:space="preserve">So it's not so much it'll run out. What it can transfer if she's laying on it when she's done. Same for all of the products really. They're temporary products. If they get wet they're meant to come out. So that's what you've always got. Bear in mind. But I say that and I colour my dogs on a regular basis with temporary products and my house isn't a rainbow, so it all depends. One last thing I'll do with Peg is. And some further extensions, yes, and So what I've got here. So I've got these two different tools. As you can see, one is like a big loop. </w:t>
      </w:r>
      <w:r>
        <w:br/>
      </w:r>
    </w:p>
    <w:p w14:paraId="0791D41B" w14:textId="77777777" w:rsidR="001D2860" w:rsidRDefault="00000000">
      <w:r>
        <w:t xml:space="preserve">And the other one is like a tiny hook with a little latch on. So these come up and over and both of these tools, you put the hair in and then you pull the bead over. So you'd put the hair in there and pull the bead over. I'm going to just get the camera to be held close up. So hopefully you can understand this and see this better and know how easy it is. Yeah, looks like we lost Nikki. Give her a minute to jump back on or she just turned her camera off. </w:t>
      </w:r>
      <w:r>
        <w:br/>
      </w:r>
    </w:p>
    <w:p w14:paraId="0082D2E0" w14:textId="77777777" w:rsidR="001D2860" w:rsidRDefault="00000000">
      <w:r>
        <w:t xml:space="preserve">Hold on a second, Nikki. Sorry, I don't know what happened there. Okay, let's try that again. So we've got the dog. So that's it. So we're going to use to come way fine. So we're going to separate a small amount of hair, a small amount of hair. And then we've got a tiny little hook. We're going to hook the hair and slide the bead over, OK. So the bead is now spreaded through the hair. We're going to take the feather, the very end of the feather. Plug it through and we're going to get some pliers and flatten it. Ok, so feathers now prumped into the hair. Ok, you see that? I'm going to do it again as well for you. </w:t>
      </w:r>
      <w:r>
        <w:br/>
      </w:r>
    </w:p>
    <w:p w14:paraId="35E07E4B" w14:textId="77777777" w:rsidR="001D2860" w:rsidRDefault="00000000">
      <w:r>
        <w:lastRenderedPageBreak/>
        <w:t xml:space="preserve">So get another tiny bit of hair. You can like sometimes use clips to hold this hair down and but I'm not too worried about that. Again, cook the hair, slide the bead through. So come around. Ok, pop the feather through the bead and then. Clamp the bead okay and to take those feathers out all you need to do is unflatten that bead. So you'd want to clamp it and make it 3D so it's flat and then you clamp it so it's not flat. </w:t>
      </w:r>
      <w:r>
        <w:br/>
      </w:r>
    </w:p>
    <w:p w14:paraId="0059CF74" w14:textId="77777777" w:rsidR="001D2860" w:rsidRDefault="00000000">
      <w:r>
        <w:t xml:space="preserve">I'm hoping that makes sense. So now got a couple of cute little pepper extensions. Nice and easy, but in a salon this should only really take like ten fifteen minutes. Obviously if this is your first time then it's going to take a bit longer, but with a bit of practice it's a nice easy little added extra that you can incorporate into the salon. I'm going to get another dog out now and show you a couple of other things. Actually, I just thought of a good point. So I wouldn't recommend any sort of extensions or fabric extensions or different hair extensions to any dog that would sort of eat it. </w:t>
      </w:r>
      <w:r>
        <w:br/>
      </w:r>
    </w:p>
    <w:p w14:paraId="107849AB" w14:textId="77777777" w:rsidR="001D2860" w:rsidRDefault="00000000">
      <w:r>
        <w:t xml:space="preserve">So again, think about the dog you have and what sort of behavior they have, or if they have brothers and sisters, dogs or other animals that might try and eat it. So it's not always. Good for every dog, but I know I've got a lot of dogs, but she is absolutely fine. And the others they may like chew on it a little bit, but they don't pull it out and try and eat it. So yeah, just bear that in mind. 15 seconds. Just going to grab another dog. Ok, so here, this is Tinkerbell. </w:t>
      </w:r>
      <w:r>
        <w:br/>
      </w:r>
    </w:p>
    <w:p w14:paraId="71AEE542" w14:textId="77777777" w:rsidR="001D2860" w:rsidRDefault="00000000">
      <w:r>
        <w:t xml:space="preserve">She is one of our old girls. She is a Yorkie. And she looks a bit hacked because I done some training with someone and we carved into her coat. That's why she's got this little cutting down her. That googles yeah. I'm going to do it. I'm going to turn her this way and we're going to put a glitter tattoo stencil type on her. So this is another. Products that I like to use but isn't designed for pets. </w:t>
      </w:r>
      <w:r>
        <w:br/>
      </w:r>
    </w:p>
    <w:p w14:paraId="5D9E0FC4" w14:textId="77777777" w:rsidR="001D2860" w:rsidRDefault="00000000">
      <w:r>
        <w:t xml:space="preserve">It is a water based tacky glue. So there are specific pet glues out there but we struggle to get them here in the UK so which is why we tend to use that one. And if you are doing it on clients dogs, I always recommend to use it and use pet specific products. And just as extra precaution, you don't want anyone suing you for products that may have caused the slightest reaction or anything like that. </w:t>
      </w:r>
      <w:r>
        <w:br/>
      </w:r>
    </w:p>
    <w:p w14:paraId="13CFA8C0" w14:textId="77777777" w:rsidR="001D2860" w:rsidRDefault="00000000">
      <w:r>
        <w:t xml:space="preserve">But I've used this product on her before and I've used it on many dogs, and I'm confident in the product choice that I've made, and they're my dogs, so I'm not too worried. So here I have a couple of stencils. And these are like a plastic, so they are washable, which is really handy to have two V3 or two V 12V four just so three. So I've got a bit of my glue and I'm going to hold the stencil down. I'm actually going to apply the pairs very first. So this would be like on a freshly watched dog and salon that's had their groom and it's just something little an extra that you can add to the end of their groom. </w:t>
      </w:r>
      <w:r>
        <w:br/>
      </w:r>
    </w:p>
    <w:p w14:paraId="2089795C" w14:textId="77777777" w:rsidR="001D2860" w:rsidRDefault="00000000">
      <w:r>
        <w:lastRenderedPageBreak/>
        <w:t xml:space="preserve">So I've applied a bit of Hairspray so when I paint the glue through the stencil, it's the hair isn't going to move too much, it's going to hold it but a little bit firmer. But it's also not going to make much difference to the actual design and so I'm literally just going to carefully drag the glue through the stencil. Now this sleeve will wash out. It is a water based bloom, but it does take a little bit of scrummage and obviously dogs do move a bit further in mind. </w:t>
      </w:r>
      <w:r>
        <w:br/>
      </w:r>
    </w:p>
    <w:p w14:paraId="55018D52" w14:textId="77777777" w:rsidR="001D2860" w:rsidRDefault="00000000">
      <w:r>
        <w:t xml:space="preserve">Generally, I don't use stencils. I'm more of a freehand kind of girl. But I wanted to try and show you that it's actually easy in different ways. Yeah, I've just got some mixed skeeters, like there's some different colors in there. I'm actually going to adjust it slightly. One second. I've got my glue out ready and it's one a little bit so. Another thing when you are doing stent or work is bear in mind that when the dogs move, their skin moves, so you need to make sure that it's going to look good from every angle. </w:t>
      </w:r>
      <w:r>
        <w:br/>
      </w:r>
    </w:p>
    <w:p w14:paraId="379766E5" w14:textId="77777777" w:rsidR="001D2860" w:rsidRDefault="00000000">
      <w:r>
        <w:t xml:space="preserve">This is just a little now file that I'm using to no standard. I'm just going to cut it down. I'll make sure that fore heart is covered. Yeah, because there is chunky in this. It's kind of misshape the heart slightly, so I'm just going to push it back into a better shape. Can you see that? It's a little hard. Let's do a bigger one. I'm gonna free hand the bigger one. Need a little bit more Hairspray just down here, which is OK to add now. Or make any difference. So when I'm putting this glue onto her, I'm not actually pressing too hard because I don't want it to sort of sink right down to her skin and make that hair like 1 little hard piece so it will be off the skin when it dries. </w:t>
      </w:r>
      <w:r>
        <w:br/>
      </w:r>
    </w:p>
    <w:p w14:paraId="46532C71" w14:textId="77777777" w:rsidR="001D2860" w:rsidRDefault="00000000">
      <w:r>
        <w:t xml:space="preserve">Therefore it's more comfortable for her, and if you were to notice that she was getting irritated or anything like that, then you can just throw in the bus and wash it out and stand her up again and put another guest on her. So this is one way that we can do glitter stencils, but there is also another way depending on what it's for or like if it's for an event or if it's just for the weekend or whatever it's for, you can use glitter gels as well. </w:t>
      </w:r>
      <w:r>
        <w:br/>
      </w:r>
    </w:p>
    <w:p w14:paraId="7FDCCF4D" w14:textId="77777777" w:rsidR="001D2860" w:rsidRDefault="00000000">
      <w:r>
        <w:t xml:space="preserve">So glitter gels are glitter in the gel, quite obvious I guess and they look like so this is a glitter gel. It is by Opals. I'm not aware of any other brands. But they are like a liquid gel that you can sort of smudge around or shake into a heart or stars, or you can add brush through ears. If you're a little bit worried about using glue and loose glitter then maybe that would be an ideal situation or option for you. </w:t>
      </w:r>
      <w:r>
        <w:br/>
      </w:r>
    </w:p>
    <w:p w14:paraId="5509BE86" w14:textId="77777777" w:rsidR="001D2860" w:rsidRDefault="00000000">
      <w:r>
        <w:t xml:space="preserve">Again, I'm just going to hold on losing that from that house for me. And that adjusts the shape slightly because even experience gets created. Boomers don't get a perfect best one. That should be better. You can try to see that. So I need to play something. So now we have a couple of lots. Okay, nice and needy. And these, as I said before, they will take that little bit of scrubbing to come off. So when she's in the bath, I'll probably just put a conditioning bath </w:t>
      </w:r>
      <w:r>
        <w:lastRenderedPageBreak/>
        <w:t xml:space="preserve">on her like a conditioning treatment and that will soften it up. </w:t>
      </w:r>
      <w:r>
        <w:br/>
      </w:r>
    </w:p>
    <w:p w14:paraId="71DEF6C4" w14:textId="77777777" w:rsidR="001D2860" w:rsidRDefault="00000000">
      <w:r>
        <w:t xml:space="preserve">Then I'll get a little brush through and it will come up nicely. If they get wet, they. Will slightly move, but not sort of come out of such. They're kind of like peel in my experience. Depending on what glue you do use, sometimes it can be trial and error and depends on coat as well. Software coat will hold it slightly more than a silky coat like hers, but yeah, this cute little feels like to add. Another thing we can do, add gems with even like just some craft gems. </w:t>
      </w:r>
      <w:r>
        <w:br/>
      </w:r>
    </w:p>
    <w:p w14:paraId="11ADA01D" w14:textId="77777777" w:rsidR="001D2860" w:rsidRDefault="00000000">
      <w:r>
        <w:t xml:space="preserve">They are sticky, but I'm going to put a tiny bit of glue underneath and then I'm going to stick it down her nose. When I'm like out shopping or traveling or whatever, I'm such a little magpie. I pick up so many things from craft shops and different places that I see and I think, oh, I can add that to a dog. Obviously it depends on the dog. But like these, I've had these for years now and I just haven't really used them yet. Can you see that? Look, Cutey, I think you there. Yes, I think that's just a really sweet little add on. Have another one. You can see that. </w:t>
      </w:r>
      <w:r>
        <w:br/>
      </w:r>
    </w:p>
    <w:p w14:paraId="4CE42305" w14:textId="77777777" w:rsidR="001D2860" w:rsidRDefault="00000000">
      <w:r>
        <w:t xml:space="preserve">So she's had these on before, so I'm not too worried about her being annoyed at them or anything. And again, just be aware what the dog is like, if another dog might eat the accessories that you're putting on. And yeah, just sort of checking with the owner, making sure this claim is assigned or waivers, that's the I'll show you a another heart with the gifted out now. So same concept, give it a shake. I'm going to put a little piece on my cellophone wrapping that I have paintbrush. </w:t>
      </w:r>
      <w:r>
        <w:br/>
      </w:r>
    </w:p>
    <w:p w14:paraId="67205047" w14:textId="77777777" w:rsidR="001D2860" w:rsidRDefault="00000000">
      <w:r>
        <w:t xml:space="preserve">Small amount on the paintbrush. So with the glitzer gels, I like to add more glitzer to them and you'll see you are in a second. So you can see there that the glitter gel just doesn't have the pizzazz of the loose glitter. So that's why I will always add more glitter to the glitter gels. There are good products and they're a nice safe product if. You are trying out new things or you have a new dog, but they're not there is slightly better available. </w:t>
      </w:r>
      <w:r>
        <w:br/>
      </w:r>
    </w:p>
    <w:p w14:paraId="5DB4AF59" w14:textId="77777777" w:rsidR="001D2860" w:rsidRDefault="00000000">
      <w:r>
        <w:t xml:space="preserve">Just going to open some other. One thing to be aware of when you are using new products on the dog is patch testing. Although these are temporary products and nine times out of 10 they can just be washed straight out, you wouldn't want to put anything on a dog that has any skin problems or allergies and things that they're extremely allergic to different products then you definitely wouldn't want to use a dog for creative like that. And so this glitter that I'm using is actually edible glitter. So nice and safe and easy to remove and I'm just going to touch up my shape. So I'm going to wait for that to dry and then I will get a little brush, clean paintbrush and essentially dust around it. </w:t>
      </w:r>
      <w:r>
        <w:br/>
      </w:r>
    </w:p>
    <w:p w14:paraId="77B7D753" w14:textId="77777777" w:rsidR="001D2860" w:rsidRDefault="00000000">
      <w:r>
        <w:lastRenderedPageBreak/>
        <w:t xml:space="preserve">Therefore it will make the shape cleaner. You haven't got to do this, especially if it's a client's dog, because it will fall off over sort of the next 20 minutes, half an hour than like running around and being a normal dog. But it just sort of makes the shape pop a bit more when they see it. Another thing you could do is carve the shape out so if you're using a 40 blade or a pair of scissors, you could edge around there to make it pop that bit more. </w:t>
      </w:r>
      <w:r>
        <w:br/>
      </w:r>
    </w:p>
    <w:p w14:paraId="62CC7DDE" w14:textId="77777777" w:rsidR="001D2860" w:rsidRDefault="00000000">
      <w:r>
        <w:t xml:space="preserve">Ok. Can you do that? Ok. So there we have some little parts. Ok, now put a little face. So I have got another job. How many very how long do you want me to sort of cut off so you've got enough time to show what you need to You still have another like 12 minutes. Yeah, sure. Go ahead. Go for it. Don't worry about being a little over. It's fine. All right. So I'll leave Tinks now to dry and I'll quickly show you a bit of airbrushing, which is really easy and simple to do in a salon. I won't go into it too much, but you'll see how easy it is to price and color. </w:t>
      </w:r>
      <w:r>
        <w:br/>
      </w:r>
    </w:p>
    <w:p w14:paraId="5A058B15" w14:textId="77777777" w:rsidR="001D2860" w:rsidRDefault="00000000">
      <w:r>
        <w:t xml:space="preserve">I'm just going to grab another dog one second. So this is Flower. She is. She's named after the skunk in Bambi. If anyone likes Susan and she is, what are you? She is what? Pub pub. I'm not sure if you can pick it up, but there is a slight tint to her hair from her last airbrush color, so I'm just going to add a quick bit of color to this to show you what you can do in a cellar with an airbrush Super Duper quick. One second. </w:t>
      </w:r>
      <w:r>
        <w:br/>
      </w:r>
    </w:p>
    <w:p w14:paraId="21B591E0" w14:textId="77777777" w:rsidR="001D2860" w:rsidRDefault="00000000">
      <w:r>
        <w:t xml:space="preserve">So in my salon I have a plugin airbrush which is this one. This is an elephant airbrush comes with a gun like this. It plugs into the main electricals and is really handy. You can get the little portable ones which are battery powered, but I find for the salon use it's much easier to have one that can just plug into the electrics. So what I'm using now is a product called Bombay Indian Inc but Bombay Indian Inc. </w:t>
      </w:r>
      <w:r>
        <w:br/>
      </w:r>
    </w:p>
    <w:p w14:paraId="4DAA11C5" w14:textId="77777777" w:rsidR="001D2860" w:rsidRDefault="00000000">
      <w:r>
        <w:t xml:space="preserve">Is a art supply. It's not a pet specific product so I've used this on her before and all of my other dogs. So I trust this product and I'm happy to use this product. But there are other options available and I'm not sure what we have available over there, but we have bark art that is a pet ink groom professional. I don't think you'll have that one. </w:t>
      </w:r>
      <w:r>
        <w:br/>
      </w:r>
    </w:p>
    <w:p w14:paraId="107892C7" w14:textId="77777777" w:rsidR="001D2860" w:rsidRDefault="00000000">
      <w:r>
        <w:t xml:space="preserve">So there's another pet specific airbrush and OPALS. Opals is available pretty much everywhere, but that is that's the one I use on my clients. The OPALS I found it has the best pigment and it's water based, so it's very good. So I'm literally just going to mix this one because there's an art supply, I'm going to mix it with rubbing alcohol and to help it dry quicker. </w:t>
      </w:r>
      <w:r>
        <w:br/>
      </w:r>
    </w:p>
    <w:p w14:paraId="7CA39875" w14:textId="77777777" w:rsidR="001D2860" w:rsidRDefault="00000000">
      <w:r>
        <w:t xml:space="preserve">If I didn't it would just be quite thick. It's a lot easier to work and use when it's next slope, and so protecting the dog's face is obviously important, but can you see how quick that goes </w:t>
      </w:r>
      <w:r>
        <w:lastRenderedPageBreak/>
        <w:t xml:space="preserve">on? And this is almost instant drying because it's such a pine mist. Almost instant. Ok, so we can see how quickly you can add a flash of color to a dog in a salon with an airbrush. It's going to brush it through and this product has basically no or very minimal. Feel in the hair. So it was still flow nicely. It still sort of flop around even though it's got the nice purple tone to it. </w:t>
      </w:r>
      <w:r>
        <w:br/>
      </w:r>
    </w:p>
    <w:p w14:paraId="2B1CBB3D" w14:textId="77777777" w:rsidR="001D2860" w:rsidRDefault="00000000">
      <w:r>
        <w:t xml:space="preserve">But yeah, quick and easy, simple one effective. I don't have in the UK, we don't have many. People that like, clients that like creative, but it's definitely growing, which is why I have so many dogs. So then I can do it on my dogs. And so it's a lot more popular in America from what I'm aware of. But this is definitely something that i offer just because it's so clipping easy splash of color, it hardly costs anything once you've got the product, it's only a tiny amount of product. It's all around fun, quick and cheap things to bring into your fellow as well as the dogs are care of it of course, but I'm just going to give that a minute now because it is slightly fumy, slightly smelly and I don't want to smell the dogs out too much. </w:t>
      </w:r>
      <w:r>
        <w:br/>
      </w:r>
    </w:p>
    <w:p w14:paraId="0847DB05" w14:textId="77777777" w:rsidR="001D2860" w:rsidRDefault="00000000">
      <w:r>
        <w:t xml:space="preserve">They obviously have sensitive nose noses so I am burying them in mind at all times. Is there any questions, anything else that people might want to ask? No aaron loves the idea of putting a bit of Hairspray to keep the stencil in place. Yeah, and you can also with some of the stencils, if you put Hairspray down first, like these ones are quite flimsy. If you put Hairspray down first, they kind of stick the stencil on. So it also helps coloring when you're using it that way as well. All right, we'll give it a minute for anybody to put questions in. Next workshop will be with Malayna Khan and it's on top of the hour right now. </w:t>
      </w:r>
      <w:r>
        <w:br/>
      </w:r>
    </w:p>
    <w:p w14:paraId="47AA09B6" w14:textId="77777777" w:rsidR="001D2860" w:rsidRDefault="00000000">
      <w:r>
        <w:t xml:space="preserve">I know everyone's in a different time zone, so on the half hour. Milena will be next Milena Khan and just as a side note as well, so this will wash out within one to two washes. The most best pet specific ones will wash out within one to two washes, again depending on coat and depending on product, but it should all come out within a couple of washes OK. Just excellent job, Nikki, and we'll see everybody in about a half hour. Thank you for having me. </w:t>
      </w:r>
      <w:r>
        <w:br/>
      </w:r>
    </w:p>
    <w:sectPr w:rsidR="001D2860"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EF3A" w14:textId="77777777" w:rsidR="00AE6C87" w:rsidRDefault="00AE6C87">
      <w:pPr>
        <w:spacing w:after="0" w:line="240" w:lineRule="auto"/>
      </w:pPr>
      <w:r>
        <w:separator/>
      </w:r>
    </w:p>
  </w:endnote>
  <w:endnote w:type="continuationSeparator" w:id="0">
    <w:p w14:paraId="1467C154" w14:textId="77777777" w:rsidR="00AE6C87" w:rsidRDefault="00AE6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5145" w14:textId="77777777" w:rsidR="001D2860" w:rsidRDefault="00000000">
    <w:pPr>
      <w:pStyle w:val="Footer"/>
      <w:jc w:val="center"/>
    </w:pPr>
    <w:r>
      <w:t xml:space="preserve">Page </w:t>
    </w:r>
    <w:r>
      <w:fldChar w:fldCharType="begin"/>
    </w:r>
    <w:r>
      <w:instrText>PAGE</w:instrText>
    </w:r>
    <w:r w:rsidR="001B486E">
      <w:fldChar w:fldCharType="separate"/>
    </w:r>
    <w:r w:rsidR="001B486E">
      <w:rPr>
        <w:noProof/>
      </w:rPr>
      <w:t>1</w:t>
    </w:r>
    <w:r>
      <w:fldChar w:fldCharType="end"/>
    </w:r>
    <w:r>
      <w:t>/</w:t>
    </w:r>
    <w:r>
      <w:fldChar w:fldCharType="begin"/>
    </w:r>
    <w:r>
      <w:instrText>NUMPAGES</w:instrText>
    </w:r>
    <w:r w:rsidR="001B486E">
      <w:fldChar w:fldCharType="separate"/>
    </w:r>
    <w:r w:rsidR="001B48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D2219" w14:textId="77777777" w:rsidR="00AE6C87" w:rsidRDefault="00AE6C87">
      <w:pPr>
        <w:spacing w:after="0" w:line="240" w:lineRule="auto"/>
      </w:pPr>
      <w:r>
        <w:separator/>
      </w:r>
    </w:p>
  </w:footnote>
  <w:footnote w:type="continuationSeparator" w:id="0">
    <w:p w14:paraId="4C8FB4D3" w14:textId="77777777" w:rsidR="00AE6C87" w:rsidRDefault="00AE6C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53909167">
    <w:abstractNumId w:val="8"/>
  </w:num>
  <w:num w:numId="2" w16cid:durableId="1773235941">
    <w:abstractNumId w:val="6"/>
  </w:num>
  <w:num w:numId="3" w16cid:durableId="476917952">
    <w:abstractNumId w:val="5"/>
  </w:num>
  <w:num w:numId="4" w16cid:durableId="8679699">
    <w:abstractNumId w:val="4"/>
  </w:num>
  <w:num w:numId="5" w16cid:durableId="1128429332">
    <w:abstractNumId w:val="7"/>
  </w:num>
  <w:num w:numId="6" w16cid:durableId="1687363998">
    <w:abstractNumId w:val="3"/>
  </w:num>
  <w:num w:numId="7" w16cid:durableId="1302231589">
    <w:abstractNumId w:val="2"/>
  </w:num>
  <w:num w:numId="8" w16cid:durableId="1547371154">
    <w:abstractNumId w:val="1"/>
  </w:num>
  <w:num w:numId="9" w16cid:durableId="546182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486E"/>
    <w:rsid w:val="001D2860"/>
    <w:rsid w:val="0029639D"/>
    <w:rsid w:val="00326F90"/>
    <w:rsid w:val="00AA1D8D"/>
    <w:rsid w:val="00AE6C87"/>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C56220"/>
  <w14:defaultImageDpi w14:val="300"/>
  <w15:docId w15:val="{F201D812-7BF7-F549-85E5-26E323E17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4248</Words>
  <Characters>24214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2023-04-16T17:56:00Z</dcterms:created>
  <dcterms:modified xsi:type="dcterms:W3CDTF">2023-04-16T17:56:00Z</dcterms:modified>
  <cp:category/>
</cp:coreProperties>
</file>