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D70B5F" w14:textId="77777777" w:rsidR="006F4880" w:rsidRDefault="00000000">
      <w:pPr>
        <w:pStyle w:val="Title"/>
      </w:pPr>
      <w:r>
        <w:t>Patty Lee</w:t>
      </w:r>
    </w:p>
    <w:p w14:paraId="28DC32E0" w14:textId="77777777" w:rsidR="006F4880" w:rsidRDefault="00000000">
      <w:r>
        <w:t xml:space="preserve">OK Barry, Welcome to the third session of the Creative gaming summit with this session is going to be a Party and http. Startup Crazy Liberty O? K, so because it is, a grooming grooming them records. Going to play the demo video you have questions that i want. Will then take the questions. Si quieres fechas. Sostuvo que aragonés cats. ¿Ah work online? Ay mohawks original Ah Hill only on. Ah. Wings, calles Andrés abstracto. Ah. Tails, the body Usually short particular geometric. Ah. Windows calles, Ah, mohawk A. ah texas. ¿Ah, se puede morir START? With the Rivers of this case, with a number Nine on the five One point with the green A. </w:t>
      </w:r>
      <w:r>
        <w:br/>
      </w:r>
    </w:p>
    <w:p w14:paraId="22987C6A" w14:textId="77777777" w:rsidR="006F4880" w:rsidRDefault="00000000">
      <w:r>
        <w:t xml:space="preserve">El rais light. Ah. Oye, que no voy a ir ay. En chivers con gough, Rain and Fotograma Design. Es because they have thought everywhere the next español. Ah, te amo. ¿Where is shown the little? Reid fax. ah so. Qué buen pie. ¿Ah, en en? Across the shoulder and the Arms. Los reds center. Con main carter hashtag. Eso es que no. Ah ¿Weather? Oh, fram. Your cama, ah. </w:t>
      </w:r>
      <w:r>
        <w:br/>
      </w:r>
    </w:p>
    <w:p w14:paraId="4EE9BB75" w14:textId="77777777" w:rsidR="006F4880" w:rsidRDefault="00000000">
      <w:r>
        <w:t xml:space="preserve">With the catcher. Ah. Y está muy buena. El amor decidnos. Me voy a poner en de ¿Right? So we are. Ah. I am en. Yo sé dar. Myself like here. En the Southern. Ah. Solo hay que aprender tao más. A ver. Solo en ese caso, we are doing smath web. En edge. Son in which case was saved así background. Soy buenas fans. Chape, enero background. Org specific a. Bueno, ma muchas en cuestión ella. Por Nina Series. Ah, muchacha. Ah, solamente cantan. </w:t>
      </w:r>
      <w:r>
        <w:br/>
      </w:r>
    </w:p>
    <w:p w14:paraId="77C9663F" w14:textId="77777777" w:rsidR="006F4880" w:rsidRDefault="00000000">
      <w:r>
        <w:t xml:space="preserve">Bueno, Mars. La soya. ¿Ayer que a TI no? The cats but the best. Papá noel but sí inspiration. Pues cactus ah con. Equipo, AA is some of the dog gamers cause. Ah. Though, the Middle of the back there es opportunity. ¿Ah, ha? ah arena. ¿Encono, wins? Colors cuando no te dijeron nada, Chiva. Ah. Mira otra. Ah, para ANS times bye i'm. The reason that I am. Explicadas Ah. On the front aire hola. Ah. ¿Try to run off? ¿Because IT has resides? Ya patei, canal chatear mi Love. ah newline. ah and. What I want. ¿Entonces hay que? bastan. So you newline. Soy residente spray Greens Liberty Because he gets green welsh está encaminado. </w:t>
      </w:r>
      <w:r>
        <w:br/>
      </w:r>
    </w:p>
    <w:p w14:paraId="04646A90" w14:textId="77777777" w:rsidR="006F4880" w:rsidRDefault="00000000">
      <w:r>
        <w:t xml:space="preserve">Bye I don't want ay. Es Ah trasera score. Working a hashtag. Anda igual, súper Italy. My little detail battle canadá chu. A ver, no es que es asesinada en I can just paint it on. A ver. Because IT Works. Ah. Le pondré ¿Tú? ah samsung ese cat newline. En TI. Bueno, más que thain. Ah, I am. Juan ángel shaking. En TV. Es foto, water and my. Breaking of. Fast food. Starting with your blues and greens. ¿Ah te longer to? take. </w:t>
      </w:r>
      <w:r>
        <w:br/>
      </w:r>
    </w:p>
    <w:p w14:paraId="1B58CA8A" w14:textId="77777777" w:rsidR="006F4880" w:rsidRDefault="00000000">
      <w:r>
        <w:t xml:space="preserve">ah there. Ah mené. Ayudar, Ah. En el tinypic. ah es kids. Work Fine, Ah. Ay Ann with growth of CARDS because. ¿Microsoft tendrá una quién? Sex two weeks daken mira. Soy el newline. </w:t>
      </w:r>
      <w:r>
        <w:lastRenderedPageBreak/>
        <w:t xml:space="preserve">Ah. ¿Ah, habían? ¿Vamos a ir a onedrive? Ah. The caller A. Arely Highlights. Eds Depending on how Long setting. Mayweather Gym. Pero si soy. Ah. Spray green. Painting Motion. Dark souls. Ah OK The yellow áreas versus. En tengo las window a mouse. Of moths newline 1. Y haré quitar el minch when. ah that. Me gusta chao niña. Ah Power black A. </w:t>
      </w:r>
      <w:r>
        <w:br/>
      </w:r>
    </w:p>
    <w:p w14:paraId="385EDAC3" w14:textId="77777777" w:rsidR="006F4880" w:rsidRDefault="00000000">
      <w:r>
        <w:t xml:space="preserve">I am living on my PC to short driving for the twenty minutes after my Last video kouri supplied. Ah descarga crimenes including. If the me. Por preferente, I want to be just starting next step three mae ya. To the main tails well. Mira tú. Ah. Muy bien estuvo en. Ah. Color azul si fortunately but. En https quiero. Tengo la venta de una casa. ¿En el futuro? Of firing at the climb generally bucks. Ah. Ánimo tehua A. ¿On the main hotel? A. Hijas AI don't mind, 1 Faded Book. From the next. Isle battle sí. Ah, my Boss. Oh my God. The back of the main here. Little extra of taking the design through the body A. </w:t>
      </w:r>
      <w:r>
        <w:br/>
      </w:r>
    </w:p>
    <w:p w14:paraId="29FB4162" w14:textId="77777777" w:rsidR="006F4880" w:rsidRDefault="00000000">
      <w:r>
        <w:t xml:space="preserve">Ah. Si ht. No 8, si no me ah ay. Pues not working hard to. ¿El Ah? Menos pixie. Canta muy Ah. World about the. From Liberty. Ah shi pues bien ya. Júzgame, venga. Esa noche. ah hashtag. Brad programming the One. Ah. Se va de eso. Sí pues, nada. Y no worry. About getting IT fully seated ah tan. Espinof Tags. De Move. Ya como chats. So a Mike. Que venga Pedro. Rush rush newline. Sí puede ser. Con el just lean. Main and proud. ¿Ah, tenemos acá? Ah. Puede ser. Ah. Buena y mala. Everything the tail. Y si. Devolver para Toby Wagner. Corea del sur te. </w:t>
      </w:r>
      <w:r>
        <w:br/>
      </w:r>
    </w:p>
    <w:p w14:paraId="27081E93" w14:textId="77777777" w:rsidR="006F4880" w:rsidRDefault="00000000">
      <w:r>
        <w:t xml:space="preserve">Trader shelf. Bing need me. Ah. De Guata Taus. Ah. Siempre cuak. ¿O salir a correr? A. Para make sure that. Subir en la web sí. Yellow y benefits happy accident. Ah. Para que no en A hartigan newline. ¿I take good for you New York con la presencia o raúl? en. We are going to. Because so por. I do actually. De irte, cash. Waiting screwed, make sure all the Days of the screen and now product Is left on the actual code A. </w:t>
      </w:r>
      <w:r>
        <w:br/>
      </w:r>
    </w:p>
    <w:p w14:paraId="7D89BC4C" w14:textId="77777777" w:rsidR="006F4880" w:rsidRDefault="00000000">
      <w:r>
        <w:t xml:space="preserve">¿Y que? water. Y es coldwater walkmans. Chupa, pueden ODS wow. Because you. Dame el orleans. Ah. And cats dogs the Design. Ah, the best 6. Muchas, Ah. Or Arango like a forty, five degree angle Works. Skills really cool. ah es A. Be the same. But if you have en versus. Te amo. Quiero a tejer, Ah. Grow from. ah table A. Ah. Geometric design en. Accorder of the Blade that down. A or turning the Blade. Side of the Blade. </w:t>
      </w:r>
      <w:r>
        <w:br/>
      </w:r>
    </w:p>
    <w:p w14:paraId="2809BA14" w14:textId="77777777" w:rsidR="006F4880" w:rsidRDefault="00000000">
      <w:r>
        <w:t xml:space="preserve">En TI sí. No acabo A. Entonces are oh newline. ah joey. Ok so this is actually a painting the time that. En coherencia. Ah, tesis II, how I cat A. Estoy yendo a ti. De sus es. ¿Ah, después tattoo? ¿Tú necesitas? No he pensado en eso newline. ¿De Chandra? Yo no he llamado. A su vez. Reality show up. Detail, the other One. Entonces de Nathan's just abstract, this is just the work. </w:t>
      </w:r>
      <w:r>
        <w:br/>
      </w:r>
    </w:p>
    <w:p w14:paraId="18345E85" w14:textId="77777777" w:rsidR="006F4880" w:rsidRDefault="00000000">
      <w:r>
        <w:lastRenderedPageBreak/>
        <w:t xml:space="preserve">A Nances another CAT Butterfly on. Ah. Hartos, hombre, me Ah. Soy meche hashtag. Adopto mentales. Ok Ah, Harry. Hey, Cari. Al 1008 Muy bien. O k? Ok cebada. Coge cuestión ática. So just like when choosing. Hashtag for. A competition or 1, somebody wants the doctor Parade that your taking a dog that you already know and you know that of being on the table for whatever link of time A. That your Bing need to work annam. The cats on the Four. Ah, todavía Rights Watch on a regular basis schedule and i know that they are. </w:t>
      </w:r>
      <w:r>
        <w:br/>
      </w:r>
    </w:p>
    <w:p w14:paraId="2C1AD235" w14:textId="77777777" w:rsidR="006F4880" w:rsidRDefault="00000000">
      <w:r>
        <w:t xml:space="preserve">Mira talleres during the dreaming, process, the least. In the Middle of position. Bing with me the taking longer you baby, the Campaign Life is my breath taking my life like the belly shape for something, but. You Now for the most part like that in the demo video. She you can see the wind that time she was not Draghi, just say there in Battle and mother ¿Marks? Against me de. Y no has a longer, passions. Most of the color clipping es don within havenaar, forty five minutes of starting, including the comparative. </w:t>
      </w:r>
      <w:r>
        <w:br/>
      </w:r>
    </w:p>
    <w:p w14:paraId="1BFF1672" w14:textId="77777777" w:rsidR="006F4880" w:rsidRDefault="00000000">
      <w:r>
        <w:t xml:space="preserve">Había, fui mira sigues, use for souls of fighters. Y no puede. Ah, mírense Heart because not all. A Sight Found me. Es for other staff. mira. ¿But for the most part? Birmingham acá. O sea, pues si es beat. Al silabes bien social A. Ah, bueno, FER. De Scrum four rain. O no en el. de. En Foucault. Five, Click for backing the Holding Fortunately. Office Space to. Create and working, so we just both of them and we re back over to. </w:t>
      </w:r>
      <w:r>
        <w:br/>
      </w:r>
    </w:p>
    <w:p w14:paraId="240CC911" w14:textId="77777777" w:rsidR="006F4880" w:rsidRDefault="00000000">
      <w:r>
        <w:t xml:space="preserve">Office Space, n One hour. I wish carving. Se llama. O Harbin, including Harbin, http, spaces. Se han dejado caer. Para Nordic Web. Para comparar A. Pre evolución humana. Suzanne Fireworks. De eso, sino Pretty. Ay Chorizo Online a mi favor a answers. I Hope to have a time to die. Red spot here. A and the rest of screens here. So that I found the show. Right here so that she was all. </w:t>
      </w:r>
      <w:r>
        <w:br/>
      </w:r>
    </w:p>
    <w:p w14:paraId="198A46C1" w14:textId="77777777" w:rsidR="006F4880" w:rsidRDefault="00000000">
      <w:r>
        <w:t xml:space="preserve">We know that greetings. A Showing throw from Four dragons unhotel. ¿A Zadar y en el aviso? Ah. For competition. The best advice. ¿A wish that was from which was you know your ads? O sea, no time that. Y no en of course, en Garmin competition. Tags tags, Tags so camping with cats dogs you have a botiquín. ¿O what you don't ¿Fijas? Bueno, pero necessary now. ¿A en skill with my designs are almost entirely clipper work I really? niggers. The pointer hay. </w:t>
      </w:r>
      <w:r>
        <w:br/>
      </w:r>
    </w:p>
    <w:p w14:paraId="68C908B7" w14:textId="77777777" w:rsidR="006F4880" w:rsidRDefault="00000000">
      <w:r>
        <w:t xml:space="preserve">¿I think i three? Most of them are 1 face. Face en fin. Lleno hasta Fuengirola. Am hoping trump. Sabes, mamá, me dice ¿Sabes? Quédate United Sydney, working on. A Turing te llamo video processing this is One. And I will be here at the twins show. A for abstract. Ah Shi es tocad. 1 The Three placement sexuales, The Three. Honorable mansions at work all Black Dudes, I wanted to get a Black turtle. </w:t>
      </w:r>
      <w:r>
        <w:br/>
      </w:r>
    </w:p>
    <w:p w14:paraId="036053F0" w14:textId="77777777" w:rsidR="006F4880" w:rsidRDefault="00000000">
      <w:r>
        <w:lastRenderedPageBreak/>
        <w:t xml:space="preserve">Cat is that you can see. Right here, only the back of fears bien out. Si has very hard. Unfortunately with Bing y catch i can't you brush the streets. Thank you, the fall ist afro posible. All of their words come out in the brush. But I can't Best and I can make the groom a bit more dimensional. Hopefully the better with against. De puros, somos ciegos, I am going to die Black because you can see in this is a Black Cat a Black with when you down on most cats, the undergrowth the floor ft. </w:t>
      </w:r>
      <w:r>
        <w:br/>
      </w:r>
    </w:p>
    <w:p w14:paraId="2180D08B" w14:textId="77777777" w:rsidR="006F4880" w:rsidRDefault="00000000">
      <w:r>
        <w:t xml:space="preserve">Is going to be a litter. Ah so even One. ¿A Brown thatch hay you can see like this One? Whopper Down like hers, quién es very light, Brown Team killer and South Haven, Kuhn TDL, también cabe with working. I think the Open source stair. Ah. Soñe, Ah when you hear them. Down the Lighter Black night Team Brown with Grey, others like this One, which was my first competition with her. A this was hershey twenty sixteen and we placed Second. A to see all over with Molina coming in the Air. A Molina. Ajá, Ah, HDP. Harris, freddy A. Por eso se mask a Portugal. </w:t>
      </w:r>
      <w:r>
        <w:br/>
      </w:r>
    </w:p>
    <w:p w14:paraId="65CD1A5E" w14:textId="77777777" w:rsidR="006F4880" w:rsidRDefault="00000000">
      <w:r>
        <w:t xml:space="preserve">Newline on her A. Tener hdr Black Soul Black Cats, on the grave background. Nothing with that we will. Daer, Black. And then you are part of design and her and be the same design monk chats. A David. Es después design a so. De sus favoritos third. Ah puso another question for me baby. Me Mary venido questions sorry. O k any anybody no? The Church. Yeso, the cheese. Where the fall. The fall, Brussels and tail and that you have Pictures and vídeos of doing tails of anybody needs everybody everybody needs a 1 advisor tips and trick on. Request for that I can definitely provide you with you samples of CARDS have the other than everything that you a temporary and cats. </w:t>
      </w:r>
      <w:r>
        <w:br/>
      </w:r>
    </w:p>
    <w:p w14:paraId="087978FF" w14:textId="77777777" w:rsidR="006F4880" w:rsidRDefault="00000000">
      <w:r>
        <w:t xml:space="preserve">So here. Porque HD es mi favorito unfortunate. Eres guarro, later than the maniobra. Ah. Pues existe quiero pera. Hay que a ti y a tu Universidad manipulativa. Ah, with work really well and ID for the actual competition. ¿Ah, hay we have these áreas? Por competition. Disque con 11. Honestly usually stay Long to make it through the vagina A. So 1. I use some even smaller ones. Más Sony y el Smaller Ones. 11 like really tiny. I you also use the links club ¿Debería? Tengo Katherine Gandhi. Match 1 the Painting on blue track, special light the Middle de. </w:t>
      </w:r>
      <w:r>
        <w:br/>
      </w:r>
    </w:p>
    <w:p w14:paraId="372370E1" w14:textId="77777777" w:rsidR="006F4880" w:rsidRDefault="00000000">
      <w:r>
        <w:t xml:space="preserve">Ah. Seattle date of a medieval. Eso hay. La four A. Just in competition en WWW mediafire. En general Party or something with you, i think of doing abstract anyway you. The years with easy enough for the client to remove later. Zona we had. And then now have little wings on the years, especially the cat is 1 social en Home hyden siempre. ¿De quién? A se. Ganar hay problem. Washington DC Social. En 1 for clients photos somebody else mentioned 1, the next staff. Sí, buena acogida. </w:t>
      </w:r>
      <w:r>
        <w:br/>
      </w:r>
    </w:p>
    <w:p w14:paraId="65AE41F3" w14:textId="77777777" w:rsidR="006F4880" w:rsidRDefault="00000000">
      <w:r>
        <w:lastRenderedPageBreak/>
        <w:t xml:space="preserve">Sé que a. Some of these 1 link clases or. Frank Molina. A dos, a 5 de los súper q strategy. Bueno cataron el maestro. ¿Entonces, dónde quiere que Ah? Because sé que no sea grave. The clients 1. That is not live. Venga Chao. It, Easy enough that we can get 1 foto. Shake client fotos. With the something background and that vino blanco y color. A web minds or ahora si no greeting card so 1 specially that there my baby ¿Vale? Y no taken at the cat to. </w:t>
      </w:r>
      <w:r>
        <w:br/>
      </w:r>
    </w:p>
    <w:p w14:paraId="6924FBCA" w14:textId="77777777" w:rsidR="006F4880" w:rsidRDefault="00000000">
      <w:r>
        <w:t xml:space="preserve">¿O sea, algo like a thanksgiving season One or Winter Season, ons? parece. Pasteur, ah main. A Iron Maiden. Ah, en Ah. For getting client fotos splitters. One Lighting, so I have a lot of. Extra light staff in specific fax en my vean angél the catalog http. Soy I will hold up the bag for the career, análogo hmm going home. A Ay, sí, pues es. Se da sida lo examen. No llegué a cocinar analyzing open. Sí, Ah, mira, bueno, que tenga una increíble stream. </w:t>
      </w:r>
      <w:r>
        <w:br/>
      </w:r>
    </w:p>
    <w:p w14:paraId="4ADC5F88" w14:textId="77777777" w:rsidR="006F4880" w:rsidRDefault="00000000">
      <w:r>
        <w:t xml:space="preserve">Ah en mi other questions no. ¿Por qué? Time Job. Teach so right now. Here for the weekend we want create a couple of Creative on. Client better on you and two weeks schedule within the Bean and that I have here, helping me prep. A my shoe dog. Y, bueno, yo, Ah, y will be getting from the later that are. Laurent Team. A Sochi web learning son creative catch ha. ¿What does well, so this gonna help me? Pues with me we just want some more. Ai want more a. For my Wall hashtag en Twitter. ¿En en light? lleno. </w:t>
      </w:r>
      <w:r>
        <w:br/>
      </w:r>
    </w:p>
    <w:p w14:paraId="0349B482" w14:textId="77777777" w:rsidR="006F4880" w:rsidRDefault="00000000">
      <w:r>
        <w:t xml:space="preserve">Spaghetti, equipo To Watch your Creative I tried to post a lot of my social media and my Business CARDS have my social media luna, give them Business CARDS, always give to Business CARDS. Everybody has a curar code for booking. Gps the Website and IT also has. Eras my Instagram and Facebook. A eso de que su tds the client de Creative cliente, o Day juggernaut dog. A bertha doctor. Lavas my very first Creative. En 1, they can see 1 son abstractos. A través de la red. Ah OK, sí. Computer Apple Twenty. Si de paso para. Si de Vdd Now search cáncer Chivas great show. Es my talking is that i have just now have a Black light pues. </w:t>
      </w:r>
      <w:r>
        <w:br/>
      </w:r>
    </w:p>
    <w:p w14:paraId="3D9E995F" w14:textId="77777777" w:rsidR="006F4880" w:rsidRDefault="00000000">
      <w:r>
        <w:t xml:space="preserve">Taken sí y no Four and catch. I have a place with horse for get client ¿Rooms and Throw? ¿Que tiene Angers? Kids en la home for inspiration with you. On the CAT style. A et. Estaba muy death of the type. Ah so h. Decorated with Hand so ya me camping with a dog of more Times year ¿Vale? Memoricé my name all that I am teaching. And your Welcome to convince. </w:t>
      </w:r>
      <w:r>
        <w:br/>
      </w:r>
    </w:p>
    <w:p w14:paraId="086EA98F" w14:textId="77777777" w:rsidR="006F4880" w:rsidRDefault="00000000">
      <w:r>
        <w:t xml:space="preserve">Ok sea, oh, thank you, so much. This is really. Ella volvió. No me está. </w:t>
      </w:r>
      <w:r>
        <w:br/>
      </w:r>
    </w:p>
    <w:sectPr w:rsidR="006F4880" w:rsidSect="00034616">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10B9E7" w14:textId="77777777" w:rsidR="00A71081" w:rsidRDefault="00A71081">
      <w:pPr>
        <w:spacing w:after="0" w:line="240" w:lineRule="auto"/>
      </w:pPr>
      <w:r>
        <w:separator/>
      </w:r>
    </w:p>
  </w:endnote>
  <w:endnote w:type="continuationSeparator" w:id="0">
    <w:p w14:paraId="2E6036D7" w14:textId="77777777" w:rsidR="00A71081" w:rsidRDefault="00A710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C84F0" w14:textId="77777777" w:rsidR="006F4880" w:rsidRDefault="00000000">
    <w:pPr>
      <w:pStyle w:val="Footer"/>
      <w:jc w:val="center"/>
    </w:pPr>
    <w:r>
      <w:t xml:space="preserve">Page </w:t>
    </w:r>
    <w:r>
      <w:fldChar w:fldCharType="begin"/>
    </w:r>
    <w:r>
      <w:instrText>PAGE</w:instrText>
    </w:r>
    <w:r w:rsidR="0038329E">
      <w:fldChar w:fldCharType="separate"/>
    </w:r>
    <w:r w:rsidR="0038329E">
      <w:rPr>
        <w:noProof/>
      </w:rPr>
      <w:t>1</w:t>
    </w:r>
    <w:r>
      <w:fldChar w:fldCharType="end"/>
    </w:r>
    <w:r>
      <w:t>/</w:t>
    </w:r>
    <w:r>
      <w:fldChar w:fldCharType="begin"/>
    </w:r>
    <w:r>
      <w:instrText>NUMPAGES</w:instrText>
    </w:r>
    <w:r w:rsidR="0038329E">
      <w:fldChar w:fldCharType="separate"/>
    </w:r>
    <w:r w:rsidR="0038329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973CE0" w14:textId="77777777" w:rsidR="00A71081" w:rsidRDefault="00A71081">
      <w:pPr>
        <w:spacing w:after="0" w:line="240" w:lineRule="auto"/>
      </w:pPr>
      <w:r>
        <w:separator/>
      </w:r>
    </w:p>
  </w:footnote>
  <w:footnote w:type="continuationSeparator" w:id="0">
    <w:p w14:paraId="22FDA93B" w14:textId="77777777" w:rsidR="00A71081" w:rsidRDefault="00A710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36196832">
    <w:abstractNumId w:val="8"/>
  </w:num>
  <w:num w:numId="2" w16cid:durableId="814839477">
    <w:abstractNumId w:val="6"/>
  </w:num>
  <w:num w:numId="3" w16cid:durableId="2002082546">
    <w:abstractNumId w:val="5"/>
  </w:num>
  <w:num w:numId="4" w16cid:durableId="1935435210">
    <w:abstractNumId w:val="4"/>
  </w:num>
  <w:num w:numId="5" w16cid:durableId="1185905564">
    <w:abstractNumId w:val="7"/>
  </w:num>
  <w:num w:numId="6" w16cid:durableId="428813991">
    <w:abstractNumId w:val="3"/>
  </w:num>
  <w:num w:numId="7" w16cid:durableId="2141343431">
    <w:abstractNumId w:val="2"/>
  </w:num>
  <w:num w:numId="8" w16cid:durableId="1397630481">
    <w:abstractNumId w:val="1"/>
  </w:num>
  <w:num w:numId="9" w16cid:durableId="14014395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38329E"/>
    <w:rsid w:val="006F4880"/>
    <w:rsid w:val="00A71081"/>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E6781DE"/>
  <w14:defaultImageDpi w14:val="300"/>
  <w15:docId w15:val="{D5FB8ADF-C8F4-AE4C-8BD7-A7BDD89AB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2004</Words>
  <Characters>11429</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13407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Mary Oquendo</cp:lastModifiedBy>
  <cp:revision>2</cp:revision>
  <dcterms:created xsi:type="dcterms:W3CDTF">2023-04-17T21:01:00Z</dcterms:created>
  <dcterms:modified xsi:type="dcterms:W3CDTF">2023-04-17T21:01:00Z</dcterms:modified>
  <cp:category/>
</cp:coreProperties>
</file>