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6D528" w14:textId="77777777" w:rsidR="00AB28D8" w:rsidRDefault="00000000">
      <w:pPr>
        <w:pStyle w:val="Title"/>
      </w:pPr>
      <w:r>
        <w:t>Patty Lee</w:t>
      </w:r>
    </w:p>
    <w:p w14:paraId="666C1374" w14:textId="77777777" w:rsidR="00AB28D8" w:rsidRDefault="00000000">
      <w:r>
        <w:t xml:space="preserve">Okay everybody. Welcome to the third session of the Creative Grooming Summit. We this session is going to be Patti Lee and she's going to be doing some creative grooming on a cat. First, we're going to start off with Crazy Liberty. Ok so because this is a hat grooming, a creative grooming, the it's been prerecorded. So what we're going to do is we're going to play the demo video of you have questions, put them into the chat and once the video is over, we will then take the questions. To creative with cats. </w:t>
      </w:r>
      <w:r>
        <w:br/>
      </w:r>
    </w:p>
    <w:p w14:paraId="5B33449F" w14:textId="77777777" w:rsidR="00AB28D8" w:rsidRDefault="00000000">
      <w:r>
        <w:t xml:space="preserve">So several categories of creative with cats would be Clipper work only like mohawks or the Dino clip or tail only on like lion clips if you do just detailing like a spiral tail. Wings and scales abstract designs on the body. Second category would be color work, mains and tails. The body usually done on a short body clip, animal prints, patterns, geometric designs, characters and 3rd category would be Clippers and color, wings and scales, Mohawk and the tail. </w:t>
      </w:r>
      <w:r>
        <w:br/>
      </w:r>
    </w:p>
    <w:p w14:paraId="58DC6EC9" w14:textId="77777777" w:rsidR="00AB28D8" w:rsidRDefault="00000000">
      <w:r>
        <w:t xml:space="preserve">Designs that have some dimension and then clippered edges. So we're going to talk today about how to achieve that successfully on a Kitty cat. Step one would be to start, depending on the coat and the design, with either a number two reverse or in this case with a number nine on the five oh one going with the grain. To start with at least, you can always go back and around the outside of your design. Do like A10 reverse line clip. </w:t>
      </w:r>
      <w:r>
        <w:br/>
      </w:r>
    </w:p>
    <w:p w14:paraId="1B930BDC" w14:textId="77777777" w:rsidR="00AB28D8" w:rsidRDefault="00000000">
      <w:r>
        <w:t xml:space="preserve">Depending on whether the client was looking for a home cut or a line cut where you're going to leave either just the design in the two reverse Home Guard or the nine with the grain. And then flip around the design. Do the rest of the cat and 10 reverse. The reason that cats usually get a reverse on any of their clips, whether it's with the comb guard or one clip, is because they have cow licks everywhere. </w:t>
      </w:r>
      <w:r>
        <w:br/>
      </w:r>
    </w:p>
    <w:p w14:paraId="733AAD8B" w14:textId="77777777" w:rsidR="00AB28D8" w:rsidRDefault="00000000">
      <w:r>
        <w:t xml:space="preserve">It's like the necks of your spaniels and schnauzers and stuff down the line on their side there, like with their belly meets their back, they have a bunch of cow legs, the back or behind their elbow. Other side, it usually grows upward there down the seam on the back of their tail. You can see here where her last design is showing through a little bit. I was just practicing some braid looks. So Step 2 would be to meet Loaf the cat to get him nice and centered and then to draw on the design. </w:t>
      </w:r>
      <w:r>
        <w:br/>
      </w:r>
    </w:p>
    <w:p w14:paraId="2D20974C" w14:textId="77777777" w:rsidR="00AB28D8" w:rsidRDefault="00000000">
      <w:r>
        <w:t xml:space="preserve">So the placement of your design. Is to find the center of the cat. So you're going to find your midline down the spine avoiding the bendy areas. So that's what I've drawn on here for you guys. Across the shoulder, behind the arms where the elbows go and then across their </w:t>
      </w:r>
      <w:r>
        <w:lastRenderedPageBreak/>
        <w:t xml:space="preserve">thighs, their hip areas, those are all going to be bendy and especially on a cat where they're. Does not match anything underneath. They can like pull a belly muscle or polycast. So we've got our centerline drawn and then to center our main character, we now have a little plus sign target drawn right across where the middle of our main section of our design can go. </w:t>
      </w:r>
      <w:r>
        <w:br/>
      </w:r>
    </w:p>
    <w:p w14:paraId="5659045E" w14:textId="77777777" w:rsidR="00AB28D8" w:rsidRDefault="00000000">
      <w:r>
        <w:t xml:space="preserve">This is going to be more if you're doing like a character design. Versus an animal print, you're also going to want to avoid the areas that aren't going to be visible from your camera, especially on a character design. So I'm drawing lines here on the side to show you you're taking an overhead shot of the cat and a meatloaf. You'll lose the design, it'll chop it off at the whitest point of the cat there. So on the character designs you would probably avoid the sides versus on an animal print where if you're taking a picture of the cat from the side, you know with them kind of flopped over on the head but looking over their shoulder, you know you can definitely get the animal prints down the sides a bit, but again. </w:t>
      </w:r>
      <w:r>
        <w:br/>
      </w:r>
    </w:p>
    <w:p w14:paraId="3009681C" w14:textId="77777777" w:rsidR="00AB28D8" w:rsidRDefault="00000000">
      <w:r>
        <w:t xml:space="preserve">Mainly avoiding the bendy parts because your pattern isn't really going to look right depending on how the cut is standing or walking you know stretch it. So we are using below pin markers here to which are temporary so if I mess up my placement I can just wipe it off with a wet rag. I am kind of using the colors that I plan on using. In the dye design just so that when I go to apply the dye I can remind myself like oh this color comes here and this other accent color goes here. So I like having the bloke and markers to help draw on the design to start with. </w:t>
      </w:r>
      <w:r>
        <w:br/>
      </w:r>
    </w:p>
    <w:p w14:paraId="73EBCB77" w14:textId="77777777" w:rsidR="00AB28D8" w:rsidRDefault="00000000">
      <w:r>
        <w:t xml:space="preserve">So in this case we are doing a Luna Moth with the cat I. Generally freehand it and have a reference image either on my phone in which case I will save it as the background on my phone so even if the phone still falls asleep I can without unlocking it. I can just tap it and it'll wake up and the image is still there as the background. Or you can print out your design, which I did I think at this point. </w:t>
      </w:r>
      <w:r>
        <w:br/>
      </w:r>
    </w:p>
    <w:p w14:paraId="37E99781" w14:textId="77777777" w:rsidR="00AB28D8" w:rsidRDefault="00000000">
      <w:r>
        <w:t xml:space="preserve">I also had it printed out and floating around somewhere in the van. Or for this specific win a moth which I think was the eighth or ninth in the series which I have done one more since then. So I think there have been 10 cats now total of the series of win a moths. This particular cat I was actually referencing a tattoo that I had just got so. I may show it in part of the video. </w:t>
      </w:r>
      <w:r>
        <w:br/>
      </w:r>
    </w:p>
    <w:p w14:paraId="176612B2" w14:textId="77777777" w:rsidR="00AB28D8" w:rsidRDefault="00000000">
      <w:r>
        <w:t xml:space="preserve">Here it is on my forearm, my left forearm. So yeah, I had the image right there and available to me. I did get the Luna Moth tattoo after I had already done a couple of the other Luna Moth hats, but those were based on a tattoo that I'd printed off up online. It's not the same one that I got because mine was custom made. But you can use lots of things to for inspiration. </w:t>
      </w:r>
      <w:r>
        <w:br/>
      </w:r>
    </w:p>
    <w:p w14:paraId="41E8008B" w14:textId="77777777" w:rsidR="00AB28D8" w:rsidRDefault="00000000">
      <w:r>
        <w:lastRenderedPageBreak/>
        <w:t xml:space="preserve">Coloring book pages, tattoos, hair Clipper work on people. I use some of the dog groomers posts as my inspiration. I'm like I can do that on a cat. So on this particular cat I did since. The bendy parts don't go right down the middle of the back there. I did use this particular design opportunity to have the linnum off bottom wings go down between the hips there, adding in the detail, the veining on the wings, and then you'll see me switch colors on the marker here in a minute to again remind me where other colors will go, like the body of the moth is kind of a yellowish color, whereas the main portion of the moth's wings are almost a neon green. </w:t>
      </w:r>
      <w:r>
        <w:br/>
      </w:r>
    </w:p>
    <w:p w14:paraId="7C69B214" w14:textId="77777777" w:rsidR="00AB28D8" w:rsidRDefault="00000000">
      <w:r>
        <w:t xml:space="preserve">I don't know that I actually applied a darker brown along the edge here, but I meant to, and just like with any creative design, it's fluid. And so as you go, you may change your mind or the animal may move and you may need to alter your design. So I was told by one of the creative groomers at the time, you know your design. Creative designs are fluid until the judges say that your shares down. </w:t>
      </w:r>
      <w:r>
        <w:br/>
      </w:r>
    </w:p>
    <w:p w14:paraId="7DE1A472" w14:textId="77777777" w:rsidR="00AB28D8" w:rsidRDefault="00000000">
      <w:r>
        <w:t xml:space="preserve">The reason that I draw on the design is because. Cats will move about as you're grooming them. In this case the cat is actually in the tub, which my tub is built in, so it has sides. It even has a four inch lip on the front there, which is the bottom left corner so the cats contained. They don't try to run off and go anywhere. I even use my Caddy shack as a table because it has three sides. The cat can still see out, but they kind of shut down a meatloaf. But once the design is turned on, it's centered. I am drawing some a little borealis up above the Leno Moth because it is the moon moth and my original design was kind of based on this whole. </w:t>
      </w:r>
      <w:r>
        <w:br/>
      </w:r>
    </w:p>
    <w:p w14:paraId="546E9AEE" w14:textId="77777777" w:rsidR="00AB28D8" w:rsidRDefault="00000000">
      <w:r>
        <w:t xml:space="preserve">We're in a moth, a little borealis color palette. The young green and the and some purples. So once the design shown on the cat can move around and as I apply the color or do the Clipper work, I know my design is going to still match what I want it to finally look like when I go to take a picture of it. And again depending on the cat. Some cats have one cat that I do creative on but she always flops over on one hip. </w:t>
      </w:r>
      <w:r>
        <w:br/>
      </w:r>
    </w:p>
    <w:p w14:paraId="323A7D7F" w14:textId="77777777" w:rsidR="00AB28D8" w:rsidRDefault="00000000">
      <w:r>
        <w:t xml:space="preserve">She prefers the one hip. So I actually do show you a picture of her later. I do her designs off centered based on her being flopped over on that hit. So her designs are always just off to the side, which actually just did her with a student on Friday. So I'll show you some of her old designs and then her new design. So Luna Moth, I'll show you a little picture here. This is all in a moth so you can see the nice bright greens. And I love crazy Liberty because I get super bright colors. So here's our crazy liberty colors that we're going to do our Browns colors and then our actual moon moth colors and outline it with a dark green, which recently has been coming out almost steelish. </w:t>
      </w:r>
      <w:r>
        <w:br/>
      </w:r>
    </w:p>
    <w:p w14:paraId="08ED2D3C" w14:textId="77777777" w:rsidR="00AB28D8" w:rsidRDefault="00000000">
      <w:r>
        <w:lastRenderedPageBreak/>
        <w:t xml:space="preserve">But I didn't want to do a black outline. I use these little blue trays. I think they're little medical traits that I scored working at a Spaniard clinic. They've been donated and they didn't want them. So I got like 10 of them and they wash out super easily. So I'm going to use a painting method here versus putting them into my little detail bottles. Sometimes I use kind of tattoo type bottles. But in this case, since she's in a nine forward, I can just paint it on. So I use Crazy Liberty exclusively, mainly because it works on cats. It's the one that I found that I don't have to guess, like is it going to work this time or not? It works every time as long as the cat does not have a lot of grease build up. </w:t>
      </w:r>
      <w:r>
        <w:br/>
      </w:r>
    </w:p>
    <w:p w14:paraId="0DECFDD7" w14:textId="77777777" w:rsidR="00AB28D8" w:rsidRDefault="00000000">
      <w:r>
        <w:t xml:space="preserve">So the ones I do creative on, they need to stay on a regular bath schedule. Sometimes they get creative each time, sometimes they get creative every other visit. They also need to be a tolerant cat. Some of them are still grumbly, like this one here was actually muttering the whole time. She is not drugged and you can see that she even if she's not like. Extremely happy with getting groomed. She's super tolerant. She's a good girl. So I'm outlining. So we're adding the color. </w:t>
      </w:r>
      <w:r>
        <w:br/>
      </w:r>
    </w:p>
    <w:p w14:paraId="57D2C692" w14:textId="77777777" w:rsidR="00AB28D8" w:rsidRDefault="00000000">
      <w:r>
        <w:t xml:space="preserve">We are outlining the Luna Moth with the dark green. I am especially in the nine forward or nine. Yeah, with the green clip you can just paint on the designs I'm using. I have switched using these acrylic handled paint brushes because when I'm done, the paint brushes end up kind of soaking in the bit. The little blue bins with the water and my wooden handled paint brushes were eventually breaking off. Fast forward it here. I do recommend starting with your Blues and greens on your design. </w:t>
      </w:r>
      <w:r>
        <w:br/>
      </w:r>
    </w:p>
    <w:p w14:paraId="4C18A1FC" w14:textId="77777777" w:rsidR="00AB28D8" w:rsidRDefault="00000000">
      <w:r>
        <w:t xml:space="preserve">They do take a little longer to set and to take versus the Reds, oranges, violets take very easily. So if you have slightly less tolerant cat that has a shorter Turkey timer, you know maybe stick with some oranges or violets in there mini color that you add. In addition to paint brushes on the short coats on the cats or short coated dogs, like if you clip down Yorkie or schnauzer body or something, I want to do something down the back. You can also use disposable lipstick applicators. </w:t>
      </w:r>
      <w:r>
        <w:br/>
      </w:r>
    </w:p>
    <w:p w14:paraId="680B1D4E" w14:textId="77777777" w:rsidR="00AB28D8" w:rsidRDefault="00000000">
      <w:r>
        <w:t xml:space="preserve">Disposable mascara applicators Toothbrushes does work really well if you're trying to work the dye down into the coat. These paint brushes, remains and tails. Regular hair applicators work fine. I am painting with the growth on the client cats because if they're on a regular schedule, when I go to put them down again, six eight twelve weeks that can you know. Clip off most of the old design and I don't have to do worry about doing the new design based on where the old design was. So yeah, it allows for the ability to just clip off the old design and do a completely new one. </w:t>
      </w:r>
      <w:r>
        <w:br/>
      </w:r>
    </w:p>
    <w:p w14:paraId="0D703499" w14:textId="77777777" w:rsidR="00AB28D8" w:rsidRDefault="00000000">
      <w:r>
        <w:t xml:space="preserve">I'll have more on that note at the end. I'll show you one that I just recently did and. Had to kind of lay out the new design based on a couple of his old design showing through. So now </w:t>
      </w:r>
      <w:r>
        <w:lastRenderedPageBreak/>
        <w:t xml:space="preserve">we're filling in the color, added the highlights to the hair without smearing the edge lines. Depending on how long they've been sitting, it may be a little bit dry and not smear quite as easily. And then adding this bright green, I'm kind of just actually just pressing the color down into it versus using a full like painting motion unless it's going you know in the same direction that the dark already was, so it wasn't really smearing it. </w:t>
      </w:r>
      <w:r>
        <w:br/>
      </w:r>
    </w:p>
    <w:p w14:paraId="249E7D58" w14:textId="77777777" w:rsidR="00AB28D8" w:rsidRDefault="00000000">
      <w:r>
        <w:t xml:space="preserve">I'm okay with blending the light green into the yellow areas because I want it to look more like a highlight versus. A stained glass window. Most cats will not be tolerant of multiple bats. So trying to do like your black outline and then bathe and somewhat dry the cat and then going back and putting color in, it's not really going to work on a cat. So you know you got to keep that in mind when. Applying your additional colors in addition to your outlines that most of the time you're going to have to do it all in one go. Now if it's your own cat and you're using it for competition, yes you could do multiple sessions, but we're talking about flying cats here so I am leaving it on fairly thick, just short of dripping. </w:t>
      </w:r>
      <w:r>
        <w:br/>
      </w:r>
    </w:p>
    <w:p w14:paraId="6F3B4F70" w14:textId="77777777" w:rsidR="00AB28D8" w:rsidRDefault="00000000">
      <w:r>
        <w:t xml:space="preserve">Most cats sit with the color on for 10 to 20 minutes after my last bit of color is applied. This cat I think it took about 30 minutes to apply all the color including on his main and tail, her main and tail, and then I let her sit for only about 10 minutes. I didn't mind if the. Main and tail were a bit faded. I wanted them to be just that, you know next step up, you know, this looks great. </w:t>
      </w:r>
      <w:r>
        <w:br/>
      </w:r>
    </w:p>
    <w:p w14:paraId="51637DEA" w14:textId="77777777" w:rsidR="00AB28D8" w:rsidRDefault="00000000">
      <w:r>
        <w:t xml:space="preserve">But to add that just bit of the OR borealis color to the main and tail as well, you know, just takes it to the next level. Really should have made my business next level cat grooming and if you steal that, we'll be upset. Probably be my school name if I come down and they can be my next student. Next level cat grooming. I'm going to just add a note here that in applying the upper colors on the Aurora borealis that we're supposed to be going vertical from, that I did not apply quite enough color, quite enough of the actual brush color. </w:t>
      </w:r>
      <w:r>
        <w:br/>
      </w:r>
    </w:p>
    <w:p w14:paraId="70E24828" w14:textId="77777777" w:rsidR="00AB28D8" w:rsidRDefault="00000000">
      <w:r>
        <w:t xml:space="preserve">I wanted it faded, but. She was also really greasy right there between her shoulder blades, which I should have accounted for, and I didn't, So you'll see in a minute after she's rinsed. Unfortunately, she was a bit too greasy there for all of the Aurora Burial's color to take, but the client still loved it. And you know, they let me play on the cat. So in the future hopefully they will ask for it again and at that point I will charge them. So generally on the first time of figuring out the client might let me play and add a little bit of color to a cap. </w:t>
      </w:r>
      <w:r>
        <w:br/>
      </w:r>
    </w:p>
    <w:p w14:paraId="33F711AE" w14:textId="77777777" w:rsidR="00AB28D8" w:rsidRDefault="00000000">
      <w:r>
        <w:t xml:space="preserve">Generally don't charge if I have the extra time that day anyway and you know to try and get them interested because I know. All of their future visits, I will be charging an extra 60 bucks, 30 to 60 bucks easily depending on what they want. After we did the appropriate Alice here, we started on the main and the tail and again I did them last because I did not mind. You know, a faded look that just kind of took this whole groom to the next level. These </w:t>
      </w:r>
      <w:r>
        <w:lastRenderedPageBreak/>
        <w:t xml:space="preserve">little bottles that I keep my paintbrushes and my toothbrushes in and I couldn't get the one, two sides what? That one toothbrush wouldn't come out. </w:t>
      </w:r>
      <w:r>
        <w:br/>
      </w:r>
    </w:p>
    <w:p w14:paraId="286E1076" w14:textId="77777777" w:rsidR="00AB28D8" w:rsidRDefault="00000000">
      <w:r>
        <w:t xml:space="preserve">I got these little bottles at. There it is. See, I've used it purple before. Michael's sending your craft stores. They were like right up at the checkout. They just helped keep everything organized in my bin. So I'm just. Dabbing the paint brush in my glob and then for hers, I kind of, I didn't want the whole main colored. So I'm actually just doing the back of the main here and brushing it kind of upward from her neckline there, because again, I just wanted it kind of as a just that little bit extra of taking the design throughout the whole body I had already done. </w:t>
      </w:r>
      <w:r>
        <w:br/>
      </w:r>
    </w:p>
    <w:p w14:paraId="217A46F3" w14:textId="77777777" w:rsidR="00AB28D8" w:rsidRDefault="00000000">
      <w:r>
        <w:t xml:space="preserve">A Luna moth on their other cat as well. So this was kind of cool that now they both their cats were going to have a Luna moth design. He was one of the other eight that I've already done she by the time I got to her tail, which you'll see in a minute I. Was not working hard to fully saturate the tail, mainly because she started complaining at that point. Definitely be careful of Drips doing the neckline here. If I've been worried about it, I could have put the color block from Crazy Liberty on there. </w:t>
      </w:r>
      <w:r>
        <w:br/>
      </w:r>
    </w:p>
    <w:p w14:paraId="6B00A813" w14:textId="77777777" w:rsidR="00AB28D8" w:rsidRDefault="00000000">
      <w:r>
        <w:t xml:space="preserve">Around her neckline there, but she was being so still that I was not worried about her moving around a bunch and getting on her neck. The other thing that works really well for cats is glad press and seal, which I could have cut a piece and put it kind of along the back of her neckline there and over top of the Aurora Borealis. But again, she was not moving. She was grumbling. Murmuring the whole time I was not that worried about her swinging her neck around and now my own cat, Ivy, is a complete brat for grooming and she would be the one to have it like smeared on the side of the tub and whipping her tail around so that it's like all up and down her hips now. </w:t>
      </w:r>
      <w:r>
        <w:br/>
      </w:r>
    </w:p>
    <w:p w14:paraId="133CCBE7" w14:textId="77777777" w:rsidR="00AB28D8" w:rsidRDefault="00000000">
      <w:r>
        <w:t xml:space="preserve">So Ivy, if I do add color to her, she, you know, gets burritoed. A curritto and a towel and stuff. Get my phone holder here, which I kept bumping into. So like I was saying, by the time I got to her tail here, she was not. Some cats are just not a fan of having their tail messed with at all. So I decided to just do a quick color accent and not, you know, worry about getting it fully saturated. What have I been? Thankfully the tub is big enough that I can have all my bottles in there. </w:t>
      </w:r>
      <w:r>
        <w:br/>
      </w:r>
    </w:p>
    <w:p w14:paraId="1E671F15" w14:textId="77777777" w:rsidR="00AB28D8" w:rsidRDefault="00000000">
      <w:r>
        <w:t xml:space="preserve">I can have my little trays in there. The cat's not necessarily knocking, well, at least this one. Not knocking stuff over, but you can see how they move their. Yeah, problem with cats, their hair comes out really easily. So I'm like doing a poodle where you can like brush and brush and brush and brush it till it's straight. You can end up even just using the toothbrush here you can end up you know, pulling the hairs out stuff. So that's why these gentle or methods </w:t>
      </w:r>
      <w:r>
        <w:lastRenderedPageBreak/>
        <w:t xml:space="preserve">of getting the color in there. But I wanted. </w:t>
      </w:r>
      <w:r>
        <w:br/>
      </w:r>
    </w:p>
    <w:p w14:paraId="75202B03" w14:textId="77777777" w:rsidR="00AB28D8" w:rsidRDefault="00000000">
      <w:r>
        <w:t xml:space="preserve">Just enough color in there that again it kind of went with the main and brought out the or Alice colors and then once I got it in there I let it sit for 10 minutes at which time I can clean up. You might want to put glypressant seal on those cats over their hips at this point or preach to them everything but the tail. She's starting to flip her tailor a little bit, but they'll be wagging it. </w:t>
      </w:r>
      <w:r>
        <w:br/>
      </w:r>
    </w:p>
    <w:p w14:paraId="6E1F0FBE" w14:textId="77777777" w:rsidR="00AB28D8" w:rsidRDefault="00000000">
      <w:r>
        <w:t xml:space="preserve">And then if they get up to start to move around those little purple streets that are on the top tray there, the shelf, they'll end up with those colors on their belly or the bottom of their paws. So I usually have a whole roll of paper towels hanging, you know, right near me or the. Wet pet towels, which actually the color rinses out of those like super quick. I'm not worried about like pet towels ending up colored, but I make sure to try and wipe up, especially if the cats moving around a bunch. </w:t>
      </w:r>
      <w:r>
        <w:br/>
      </w:r>
    </w:p>
    <w:p w14:paraId="38ABDD64" w14:textId="77777777" w:rsidR="00AB28D8" w:rsidRDefault="00000000">
      <w:r>
        <w:t xml:space="preserve">Make sure to wipe up any of the stuff that gets on the tray, the tub tray so they don't end up with it on their belly. Just trying to make it look purposeful so that it. You know, even if it's a happy accident, it's not a mistake, it's a happy accident. But again, I wasn't trying here to get it fully saturated. If I was, I would be parting it and then parting it again. You know, just pairs with over laying that over on top of the last section. Parting it again, laying that over on top of it and I would be putting a lot of color on there at this point. I take a glove or you can use your glidepressant seal or a towel and I am going to wrap her tail in it. </w:t>
      </w:r>
      <w:r>
        <w:br/>
      </w:r>
    </w:p>
    <w:p w14:paraId="3459186D" w14:textId="77777777" w:rsidR="00AB28D8" w:rsidRDefault="00000000">
      <w:r>
        <w:t xml:space="preserve">Thankfully she just says on tail and we are going to protect the rest of her body by wrapping the tail. Again, if you have the whole body wrapped, you don't have to worry about trying to wrap the tail because you're not going to get it on the body. So I was there for imagine at this point, but she is sitting for 10 minutes and then you are bathing the cat. </w:t>
      </w:r>
      <w:r>
        <w:br/>
      </w:r>
    </w:p>
    <w:p w14:paraId="590AD1EE" w14:textId="77777777" w:rsidR="00AB28D8" w:rsidRDefault="00000000">
      <w:r>
        <w:t xml:space="preserve">And yes, I do actually bathe the cat with the shampoo, usually with hypo. Or whitening. Scrub really well to make sure all the dye is off the skin and that no product is left on the actual coat you can remove if you get too much color in one area. Sometimes chubbs bars or debriser can help, kind of pull some of the color back out and we do rinse cats with warm or hot water. Unfortunately we do not use cold water and other like use cold water because then you're you always won't run. </w:t>
      </w:r>
      <w:r>
        <w:br/>
      </w:r>
    </w:p>
    <w:p w14:paraId="0F248A7B" w14:textId="77777777" w:rsidR="00AB28D8" w:rsidRDefault="00000000">
      <w:r>
        <w:t xml:space="preserve">We do not use cold water on cats unless you want the cat to hit the roof and have a bad day. So we do rinse with warm hot water. So Step 5 here we get into our finishing clip. Went over it with the 9 forward again now that she's all blow dried. And then I'm using wall trimmers to flip in the lines below the design outlines. If you try to clip above the line, you should </w:t>
      </w:r>
      <w:r>
        <w:lastRenderedPageBreak/>
        <w:t xml:space="preserve">have done that before you put the die on, because you'll end up with a jagged line if you did not get the die all the way down through the coat, and we were not trying to do that. </w:t>
      </w:r>
      <w:r>
        <w:br/>
      </w:r>
    </w:p>
    <w:p w14:paraId="07E13D32" w14:textId="77777777" w:rsidR="00AB28D8" w:rsidRDefault="00000000">
      <w:r>
        <w:t xml:space="preserve">So our Clipper lines here are going to be below our lines on cats like or flat coated dogs. The design the clip lines are best if placed horizontal to the hair growth perpendicular or. At an angle like a 45 degree angle works really nicely. So doing scales on a cat look really cool or geometric designs. Circles are okay because there's not too much of it that's going to be at the same, you know, direction as the hair growth. But if you do have to clip. </w:t>
      </w:r>
      <w:r>
        <w:br/>
      </w:r>
    </w:p>
    <w:p w14:paraId="66F55697" w14:textId="77777777" w:rsidR="00AB28D8" w:rsidRDefault="00000000">
      <w:r>
        <w:t xml:space="preserve">In the same direction as a hair growth, you have to actually like carve out like an eighth inch or quarter inch, you know, section you have to actually like clear a path versus just tapping straight down with the Clippers to cut the hair. Not all of the areas of the cat grow from the head towards the tail. On the sides of her body. There they grow down towards the table on the butt. </w:t>
      </w:r>
      <w:r>
        <w:br/>
      </w:r>
    </w:p>
    <w:p w14:paraId="6D07DE3B" w14:textId="77777777" w:rsidR="00AB28D8" w:rsidRDefault="00000000">
      <w:r>
        <w:t xml:space="preserve">Some of it grows towards the tail, some of it grows down and around towards their feet. Their shoulder area can grow differently and cats have a bunch of cow licks, so. Even with, you know, geometric design, you still have to pay attention to like which part of the cat you're at and where, which direction the hair is growing. And we are just using some of these. </w:t>
      </w:r>
      <w:r>
        <w:br/>
      </w:r>
    </w:p>
    <w:p w14:paraId="61E5758B" w14:textId="77777777" w:rsidR="00AB28D8" w:rsidRDefault="00000000">
      <w:r>
        <w:t xml:space="preserve">We're just using like a quarter of the blade to tap down or turning the blade so that it's gliding along the side of the blade and the. Keep themselves are just catching, you know, a couple of hairs at a time. So this is our finished design and I love it. We'll do some q and a here for a minute after I show you a few pictures. Ok so this is actually a painting that I made that this whole design was themed after, including his main and tail that we did. </w:t>
      </w:r>
      <w:r>
        <w:br/>
      </w:r>
    </w:p>
    <w:p w14:paraId="3ADB35EE" w14:textId="77777777" w:rsidR="00AB28D8" w:rsidRDefault="00000000">
      <w:r>
        <w:t xml:space="preserve">And I do have videos of that if anybody would like them. Just message me. This is Ivy, who I used as a backup cat. She's not the one I was supposed to use at this competition, but the other one got a little stressed out. It was for first time and a new Ivy walked on the leash. This was one I did after Ivy's. This was a tattoo. You can see it's an arm tattoo that I had colored and colored pencil and this was a cat I decided to do that tattoo on. It is actually the sibling I believe to the cat that I did in the demo. </w:t>
      </w:r>
      <w:r>
        <w:br/>
      </w:r>
    </w:p>
    <w:p w14:paraId="06B0BC8A" w14:textId="77777777" w:rsidR="00AB28D8" w:rsidRDefault="00000000">
      <w:r>
        <w:t xml:space="preserve">So this one was done prior to the one I used this demo. Here's the crazy liberty colors that I used on him. The purple I put on last so it did not really show up, but it's okay. I love how the design turned out. It was a bit more blocky and not quite as detailed as the other one. This is another one. This is just abstract. So this is just Clipper work on no color. </w:t>
      </w:r>
      <w:r>
        <w:br/>
      </w:r>
    </w:p>
    <w:p w14:paraId="453D9BC7" w14:textId="77777777" w:rsidR="00AB28D8" w:rsidRDefault="00000000">
      <w:r>
        <w:lastRenderedPageBreak/>
        <w:t xml:space="preserve">And then this is another cat I decided to do a butterfly design on. So we come cut it first, drew it on, it was going over top of a heart design maybe. So I made sure that it covered the old design and those are crazy Liberty colors again. Definitely how that one comes out And you can see I love doing tails. We'll do q and a now okay patty. Hey, Patty, unmute yourself unmute. Okay so what? Go ahead question, what is the average time you give yourself if I lose his patience? Hold on. </w:t>
      </w:r>
      <w:r>
        <w:br/>
      </w:r>
    </w:p>
    <w:p w14:paraId="678DEA1F" w14:textId="77777777" w:rsidR="00AB28D8" w:rsidRDefault="00000000">
      <w:r>
        <w:t xml:space="preserve">I lost my cat. Follow me. So just like when choosing a dog for competition or, you know, somebody wants to take the dog to a parade, that you're picking a dog that you already know and you know is tolerant of being on the table for whatever length of time. That you're going to need to work on them. The cats that I'm working on, I have groomed before, so they've already gotten lion cuts or comb clips or they're on a regular bath schedule. And I know that they are, you know, tolerant during the grooming process that at least in their meatloaf position that they're fine with me. </w:t>
      </w:r>
      <w:r>
        <w:br/>
      </w:r>
    </w:p>
    <w:p w14:paraId="4A5B9661" w14:textId="77777777" w:rsidR="00AB28D8" w:rsidRDefault="00000000">
      <w:r>
        <w:t xml:space="preserve">Messing with them or taking longer, you know, maybe they complain a bit, like this one, this Ivy, this is my brat, But they complain a bit, maybe for like, you know, their belly shave or something. But you know, for the most part, like the cat that was in the demo video, she you could see that she was laying there the whole time. She was not drugged, she just stayed there in the bathtub. And most the other ones I do, they're spinning around in circles. </w:t>
      </w:r>
      <w:r>
        <w:br/>
      </w:r>
    </w:p>
    <w:p w14:paraId="36A4EF64" w14:textId="77777777" w:rsidR="00AB28D8" w:rsidRDefault="00000000">
      <w:r>
        <w:t xml:space="preserve">While I'm trying to put color on them and stuff, rubbing up against the side, rubbing against me. So you're going to pick a cat that you know has a longer patience, you know hopefully most of the color or clipping is done within half an hour 45 minutes of starting including the comb cut part of it. So like on Ivy if we you know she was used for a show, so if we reclip her and her blade. You can see her design is still there because not all her hairs have grown out. She is not tolerant of me trying to do belly shaves or other stuff, you know. </w:t>
      </w:r>
      <w:r>
        <w:br/>
      </w:r>
    </w:p>
    <w:p w14:paraId="7080953C" w14:textId="77777777" w:rsidR="00AB28D8" w:rsidRDefault="00000000">
      <w:r>
        <w:t xml:space="preserve">And you can see she's, you know, flipping her tail a little bit. But for the most part, she actually failed at being just a cat grooming demo cat so but she's great at being a cat ambassador. She loves being social, walking on a leash. So that's why she was my backup cat at Atlanta Pet Fair. When the other cat decided she had enough for the day. I did that groom this groom for her at Groom, formerly known as Atlanta Pet Fair. I did this whole design. She was already in a comb clip and at 4:00 check At 5:00 at four o'clock, the other cat decided. </w:t>
      </w:r>
      <w:r>
        <w:br/>
      </w:r>
    </w:p>
    <w:p w14:paraId="0FEA0AB2" w14:textId="77777777" w:rsidR="00AB28D8" w:rsidRDefault="00000000">
      <w:r>
        <w:t xml:space="preserve">You know what? It's my first show. It's just too much. There was a. Dog that was just constantly barking in the holding area unfortunately, and they had given us an office space to create the cats in and work in. So we had just based both of them and we ran back over to our little office space and in one hour I switched and I did this whole carving except for the </w:t>
      </w:r>
      <w:r>
        <w:lastRenderedPageBreak/>
        <w:t xml:space="preserve">hearts. I did that later as a demo but we did this whole carving including. Carving out these little spaces so this whole carving was done on an already clip comb cat or comb cut but it was done in one hour so then if I were and it this is you know pretty intricate show design if I was to also be doing color on this cat. </w:t>
      </w:r>
      <w:r>
        <w:br/>
      </w:r>
    </w:p>
    <w:p w14:paraId="20A917B9" w14:textId="77777777" w:rsidR="00AB28D8" w:rsidRDefault="00000000">
      <w:r>
        <w:t xml:space="preserve">Has a pet cat. They probably wouldn't have done as intricate a design if they wanted clipperwork and color. I had hoped to have enough time to dye Ivy because you could she see she has a red spot here and the rest of her is cream. She has kind of a creamish spot here, so. Had I planned on using her for the show for Abstract, I would have dyed her so that she was all one color. She also has a little bit of greens and pinks showing through from her dragon design. </w:t>
      </w:r>
      <w:r>
        <w:br/>
      </w:r>
    </w:p>
    <w:p w14:paraId="11FFCB82" w14:textId="77777777" w:rsidR="00AB28D8" w:rsidRDefault="00000000">
      <w:r>
        <w:t xml:space="preserve">There's summer here on her tail so that you know, obviously is not going to impress the judges for competition. The best advice I ever got. Which I think was from Lori Craig was to know your judges. So knowing ahead of time that you know and of course in grooming competitions, most of the judges are going to be dog grooming judges, dog groomers. So competing with a cat against dogs, you know, you have to up what looks like, you know, upping the difficulty level of what you've done. Want a cat? Because you know, they don't necessarily know how much effort and skill went into it. My designs are almost entirely Clipper work. I rarely need to use shears to the point that I still call them scissors. </w:t>
      </w:r>
      <w:r>
        <w:br/>
      </w:r>
    </w:p>
    <w:p w14:paraId="1D2EEFA7" w14:textId="77777777" w:rsidR="00AB28D8" w:rsidRDefault="00000000">
      <w:r>
        <w:t xml:space="preserve">I think I own three pair and most of them are, you know, face, face, and feet. You know stuff which you don't even normally turn feet. I'm hoping. Whoops, there she goes. Can you grab her mom? Sorry, my mom's here helping. So this cat that you guys have seen me working on during the demo video, if you guys could also see me, this is the one I was hoping to use at the show and I will hopefully be using her at the Saint Louis show for abstract. </w:t>
      </w:r>
      <w:r>
        <w:br/>
      </w:r>
    </w:p>
    <w:p w14:paraId="2CACA0B4" w14:textId="77777777" w:rsidR="00AB28D8" w:rsidRDefault="00000000">
      <w:r>
        <w:t xml:space="preserve">She is what we lovingly call a poodle cat, and since you know, the three placements as well as the three honorable mentions at Atlanta were all black poodles, I wanted to get a black poodle cat so she has a curly coated cat you can see right here on like the back of her ears if you want to zoom in. Sorry, I don't know if it'll zoom in around. </w:t>
      </w:r>
      <w:r>
        <w:br/>
      </w:r>
    </w:p>
    <w:p w14:paraId="759DD45B" w14:textId="77777777" w:rsidR="00AB28D8" w:rsidRDefault="00000000">
      <w:r>
        <w:t xml:space="preserve">There we go. She has curly hair. I've actually been brushing her out with a slicker brush, which is not normally used on a cat, but she has a very curly hair. Unfortunately, with her being a cat, I can't, you know, brush it until it is straight so that I can get, you know, the fullest Afro possible. All of her hair will just. Come out in the brush, but I can try my best and I can make the groom a bit more dimensional hopefully so that it competes a little bit better with Against the Poodles so we'll see how it goes. </w:t>
      </w:r>
      <w:r>
        <w:br/>
      </w:r>
    </w:p>
    <w:p w14:paraId="42E8A563" w14:textId="77777777" w:rsidR="00AB28D8" w:rsidRDefault="00000000">
      <w:r>
        <w:lastRenderedPageBreak/>
        <w:t xml:space="preserve">I am going to dye her black because as you can see, even though she is a black cat, black with white when you clip them down. On most cats, their undercoat, their fluff and whatnot underneath is going to be a lot lighter. So even on a brown tabby cat you can see like in this one when you clip her down, like her skin is very light brown tan color and so having color on there. They had just built a man cave with a working door that had a bunch of gears and stuff to it and like a eye thing that opened. So I did their cat to match their man cave door that they've just done. </w:t>
      </w:r>
      <w:r>
        <w:br/>
      </w:r>
    </w:p>
    <w:p w14:paraId="721DAA64" w14:textId="77777777" w:rsidR="00AB28D8" w:rsidRDefault="00000000">
      <w:r>
        <w:t xml:space="preserve">So anyhoo, when you clip them down, they're a lighter, black, you know, lighter, tan, brown. What color am I trying to say gray? A lighter Gray color. So like in this one, which was my first competition with her. This was Hershey 2016 and we placed second to Cindy Oliver with Melina coming in 3rd. Melina's my bestie, love her, but you can see I added I actually died even though she's in a probably 2 reverse comb cut. At least for the what is this design called? The mask portion of the thing. And you can see she does have some bling on her in there, but I dyed her black so you know she's a black cat and it just it made it pop on the Gray background. </w:t>
      </w:r>
      <w:r>
        <w:br/>
      </w:r>
    </w:p>
    <w:p w14:paraId="771EBFF3" w14:textId="77777777" w:rsidR="00AB28D8" w:rsidRDefault="00000000">
      <w:r>
        <w:t xml:space="preserve">So we'll do the same thing with her that we will dye her black and then do our. Luna moths design on her and it'll be the same design Mom grabbed that one switch cats that we did on Ivy because this was the planned design, we just had to switch cats. So this was probably the third in the series of the Luna moths. So is there another question for me? maybe. Mary, any other questions? Sorry, no other questions. Ok. Anybody no, I enjoy the toothbrush trick yeah so the toothbrush, I like you sit on the tail or the full. </w:t>
      </w:r>
      <w:r>
        <w:br/>
      </w:r>
    </w:p>
    <w:p w14:paraId="71B6D6C5" w14:textId="77777777" w:rsidR="00AB28D8" w:rsidRDefault="00000000">
      <w:r>
        <w:t xml:space="preserve">The full brushes on the tail and on those I do have pictures and videos of doing tails so if anybody needs if anybody ever needs you know advice or tips and tricks on you know a client request for a cat, I can definitely provide you with you know samples of how to do it. I guess the other thing if anybody's interested I can show you temporary on cats. So on Ivy here. If we get her, this is my favorite trimmer. Unfortunately it's discontinued. It is a little louder than the Mini Bevera, but if you get that's a little area like here cleared out. </w:t>
      </w:r>
      <w:r>
        <w:br/>
      </w:r>
    </w:p>
    <w:p w14:paraId="0E5A2966" w14:textId="77777777" w:rsidR="00AB28D8" w:rsidRDefault="00000000">
      <w:r>
        <w:t xml:space="preserve">I did get the new Mini Vativa which works really well on Ivy for the actual competition. Let's say we have those areas cleared out for competition. These stick on ones honestly usually stay long enough to make it through the judging. So you know, and I use some even smaller ones. That one the sticky didn't come off. Some even smaller ones, the ones that are like nail art. Ones that are like really tiny. I use those. I do also on cats, use the Eileen's glue and you can just put a little dab. </w:t>
      </w:r>
      <w:r>
        <w:br/>
      </w:r>
    </w:p>
    <w:p w14:paraId="33F2DBD6" w14:textId="77777777" w:rsidR="00AB28D8" w:rsidRDefault="00000000">
      <w:r>
        <w:t xml:space="preserve">Of course this one's probably clogged. There we go. You can put a little dob on your honestly, it works if you put it on the Kitty and then you also put it on the back of your gym. </w:t>
      </w:r>
      <w:r>
        <w:lastRenderedPageBreak/>
        <w:t xml:space="preserve">And then there we go. And then we'll wait just a moment so they both become a little tacky. The thing with cats is they're going to be kind of twitchy. </w:t>
      </w:r>
      <w:r>
        <w:br/>
      </w:r>
    </w:p>
    <w:p w14:paraId="06E879E9" w14:textId="77777777" w:rsidR="00AB28D8" w:rsidRDefault="00000000">
      <w:r>
        <w:t xml:space="preserve">And so if you put too much, or if you do, you know the painting on the glue trick, especially right down there. In the middle they're going to twitch their skin a bunch, so cats will, they'll try to take these off immediately. So I kind of reserve that for just in competition. And then we wash them immediately after as far as clients, like if they're having a dinner party or something, which is usually how I think of doing abstract anyway. You could do gems on the ears, which is easy enough for the client to remove later. So now we have. So now we have, you know, little blings on their ears, especially if the cat is, you know, social. </w:t>
      </w:r>
      <w:r>
        <w:br/>
      </w:r>
    </w:p>
    <w:p w14:paraId="1F9998F8" w14:textId="77777777" w:rsidR="00AB28D8" w:rsidRDefault="00000000">
      <w:r>
        <w:t xml:space="preserve">In the home you might even tip the ears a little bit so again that it can fit. And that I probably would put a little bit of glue on if they want it to last kind of through the night. So if the cat's social, they can have little earrings on. And then you know, for client photos, somebody else had mentioned, you know the necklaces and stuff. If you want to go over here I'll take it. Make you guys all dizzy. So for client photos and stuff I get some of these, you know, bling necklaces or from Molina or Dawn on Boy. </w:t>
      </w:r>
      <w:r>
        <w:br/>
      </w:r>
    </w:p>
    <w:p w14:paraId="628E13D8" w14:textId="77777777" w:rsidR="00AB28D8" w:rsidRDefault="00000000">
      <w:r>
        <w:t xml:space="preserve">This one I think was one of Molina's. They look super cute on the Kitty cats. This one is a stretchy. Put that on. Get my assistant here to put this on the Kitty cat. We'll lose your earrings. Here we go. We'll take the other earring off. So it's enough that you know, a client photo of the Kitty. We do not send them home with the client because they're going to take it off. The clients, you know, they know their cat is not going to leave. </w:t>
      </w:r>
      <w:r>
        <w:br/>
      </w:r>
    </w:p>
    <w:p w14:paraId="7F9C36AF" w14:textId="77777777" w:rsidR="00AB28D8" w:rsidRDefault="00000000">
      <w:r>
        <w:t xml:space="preserve">Here you go. So it's usually enough that we can get, you know, a photo, a nice photo of the Kitty I try to take. Client photos with a somewhat themed background and then, you know, blingy collar with the thought in mind that the client could use it on a Christmas card or on a seasonal greeting card. So you know, especially if that's their only baby you know that they can add the cat to. So I'll do like Thanksgiving seasonal ones or winter seasonal ones and some of them you know are just a ruffles, but it's enough that it can be seen past their main. You can put it just above their main even and then tip and trick for getting client photos where the cat does not look angry like this. </w:t>
      </w:r>
      <w:r>
        <w:br/>
      </w:r>
    </w:p>
    <w:p w14:paraId="26EAC306" w14:textId="77777777" w:rsidR="00AB28D8" w:rsidRDefault="00000000">
      <w:r>
        <w:t xml:space="preserve">One is good lighting, so I have a lot of extra like LED lights and stuff in specific spots in my van. And then if you can get the cat to look up. So usually I will hold up their bag or their carrier and then they're like, oh, I'm going home. So that See that looks so much cuter. Then you get the necklace in there and their eyes nice and open. So yeah, you don't want them looking down and grumpy. </w:t>
      </w:r>
      <w:r>
        <w:br/>
      </w:r>
    </w:p>
    <w:p w14:paraId="174882F1" w14:textId="77777777" w:rsidR="00AB28D8" w:rsidRDefault="00000000">
      <w:r>
        <w:lastRenderedPageBreak/>
        <w:t xml:space="preserve">She also needs a face trim. Any other questions? No know how much time we have left. But we do use we're good. We're right at time. Ok cool. Aaron, just wanted to make note that she's been looking forward to this one for two years. I do teach. So like right now I actually have a student here for the weekend. We went out and did a couple of creatives on clients that are on, you know what, an 8 to 12 week schedule. </w:t>
      </w:r>
      <w:r>
        <w:br/>
      </w:r>
    </w:p>
    <w:p w14:paraId="53D40F26" w14:textId="77777777" w:rsidR="00AB28D8" w:rsidRDefault="00000000">
      <w:r>
        <w:t xml:space="preserve">So we did those in the van and then I have her helping me prep my show dog. You want to show him he will be getting some stuff done later. That's our labyrinth theme. You want to get this so she will be learning some creative. So I teach creative cat, but she happens to be here with when I have the dog here as well, so she's going to help me. </w:t>
      </w:r>
      <w:r>
        <w:br/>
      </w:r>
    </w:p>
    <w:p w14:paraId="0955F61B" w14:textId="77777777" w:rsidR="00AB28D8" w:rsidRDefault="00000000">
      <w:r>
        <w:t xml:space="preserve">She might be going to some shows with me. We just want some more or I want some more for my wall. Especially now that I'm an instructor, to be seen in the limelight, you know, and to show off. As far as getting people to want their cats to do creative, I try to post a lot of it on my social media and my business cards have my social media. So when I give them business cards, I always give out two business cards to everybody. It has a QR code for booking. It goes to the website and then it also has you can see on there it has my Instagram and Facebook so they can follow me. </w:t>
      </w:r>
      <w:r>
        <w:br/>
      </w:r>
    </w:p>
    <w:p w14:paraId="41CF205B" w14:textId="77777777" w:rsidR="00AB28D8" w:rsidRDefault="00000000">
      <w:r>
        <w:t xml:space="preserve">So like on their first visits, you know and I'll kind of feel out the client like are they a creative client or they younger hipper, you know do they have a dog that has a fun cut. But then I also did this like super cheap lookbook, so that was my very first creative. That was first show and then, you know, so they can see, you know, some abstract designs, trophies. </w:t>
      </w:r>
      <w:r>
        <w:br/>
      </w:r>
    </w:p>
    <w:p w14:paraId="421925E4" w14:textId="77777777" w:rsidR="00AB28D8" w:rsidRDefault="00000000">
      <w:r>
        <w:t xml:space="preserve">I love it. That was Shadow. She was my old cat. She competed up until she was almost 20. She did pass away the following weekend, but she didn't. We didn't know she had cancer, but she was great for the show. And now I use. Some of my lighter colored kitties until I have, I just now have a black Kitty again. I did do some dogs before but they can see, you know, color on cats and of course these are like full body ones I have placed with a horse before in an online competition. </w:t>
      </w:r>
      <w:r>
        <w:br/>
      </w:r>
    </w:p>
    <w:p w14:paraId="59CF65B5" w14:textId="77777777" w:rsidR="00AB28D8" w:rsidRDefault="00000000">
      <w:r>
        <w:t xml:space="preserve">These unfortunately didn't get. I don't think I got ribbons for those, so I'm going to have to put those up on my wall and then that was my. That was last year. Last year at Atlanta Pet Fair. My brave theme. So I have the little lookbook. So if I think it's a client that might be interested in cat grooming, I'll probably make another one that just has my client grooms in it. </w:t>
      </w:r>
      <w:r>
        <w:br/>
      </w:r>
    </w:p>
    <w:p w14:paraId="047DAE58" w14:textId="77777777" w:rsidR="00AB28D8" w:rsidRDefault="00000000">
      <w:r>
        <w:t xml:space="preserve">But most of those are on my social media that they can kind of go through. And especially if they have younger kids, teenagers, and you can get them to follow you on social media or to </w:t>
      </w:r>
      <w:r>
        <w:lastRenderedPageBreak/>
        <w:t xml:space="preserve">look at your stuff and then they can be like, mom, I want a butterfly on it and I use. The kids in the home for inspiration as far as what to do on the cat. Like we just did one that was tie dye. It did have a butterfly last time and then this time we did a Luna moth over top of it and then we brightened up the tie dye. What is it? id. So I tried to use the client for inspiration. </w:t>
      </w:r>
      <w:r>
        <w:br/>
      </w:r>
    </w:p>
    <w:p w14:paraId="6496146C" w14:textId="77777777" w:rsidR="00AB28D8" w:rsidRDefault="00000000">
      <w:r>
        <w:t xml:space="preserve">What is the kid like? What is the room decorated with that kind of stuff? So yeah, they competing with a dog a few more times this year, but mainly to get my name out there and to let people know that I am teaching. Erin, you're welcome to come visit okay so, Patty, thank you so much. This was really awesome. We appreciate it. And we'll be back in a half. Hour hold on, let me stop the. </w:t>
      </w:r>
      <w:r>
        <w:br/>
      </w:r>
    </w:p>
    <w:sectPr w:rsidR="00AB28D8"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73B9" w14:textId="77777777" w:rsidR="00BF139F" w:rsidRDefault="00BF139F">
      <w:pPr>
        <w:spacing w:after="0" w:line="240" w:lineRule="auto"/>
      </w:pPr>
      <w:r>
        <w:separator/>
      </w:r>
    </w:p>
  </w:endnote>
  <w:endnote w:type="continuationSeparator" w:id="0">
    <w:p w14:paraId="4BABE867" w14:textId="77777777" w:rsidR="00BF139F" w:rsidRDefault="00BF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511B" w14:textId="77777777" w:rsidR="00AB28D8" w:rsidRDefault="00000000">
    <w:pPr>
      <w:pStyle w:val="Footer"/>
      <w:jc w:val="center"/>
    </w:pPr>
    <w:r>
      <w:t xml:space="preserve">Page </w:t>
    </w:r>
    <w:r>
      <w:fldChar w:fldCharType="begin"/>
    </w:r>
    <w:r>
      <w:instrText>PAGE</w:instrText>
    </w:r>
    <w:r w:rsidR="001A4EBA">
      <w:fldChar w:fldCharType="separate"/>
    </w:r>
    <w:r w:rsidR="001A4EBA">
      <w:rPr>
        <w:noProof/>
      </w:rPr>
      <w:t>1</w:t>
    </w:r>
    <w:r>
      <w:fldChar w:fldCharType="end"/>
    </w:r>
    <w:r>
      <w:t>/</w:t>
    </w:r>
    <w:r>
      <w:fldChar w:fldCharType="begin"/>
    </w:r>
    <w:r>
      <w:instrText>NUMPAGES</w:instrText>
    </w:r>
    <w:r w:rsidR="001A4EBA">
      <w:fldChar w:fldCharType="separate"/>
    </w:r>
    <w:r w:rsidR="001A4E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F61B" w14:textId="77777777" w:rsidR="00BF139F" w:rsidRDefault="00BF139F">
      <w:pPr>
        <w:spacing w:after="0" w:line="240" w:lineRule="auto"/>
      </w:pPr>
      <w:r>
        <w:separator/>
      </w:r>
    </w:p>
  </w:footnote>
  <w:footnote w:type="continuationSeparator" w:id="0">
    <w:p w14:paraId="3010B62C" w14:textId="77777777" w:rsidR="00BF139F" w:rsidRDefault="00BF1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7796829">
    <w:abstractNumId w:val="8"/>
  </w:num>
  <w:num w:numId="2" w16cid:durableId="1979528176">
    <w:abstractNumId w:val="6"/>
  </w:num>
  <w:num w:numId="3" w16cid:durableId="491608289">
    <w:abstractNumId w:val="5"/>
  </w:num>
  <w:num w:numId="4" w16cid:durableId="1414426809">
    <w:abstractNumId w:val="4"/>
  </w:num>
  <w:num w:numId="5" w16cid:durableId="1806192828">
    <w:abstractNumId w:val="7"/>
  </w:num>
  <w:num w:numId="6" w16cid:durableId="887183057">
    <w:abstractNumId w:val="3"/>
  </w:num>
  <w:num w:numId="7" w16cid:durableId="1443919930">
    <w:abstractNumId w:val="2"/>
  </w:num>
  <w:num w:numId="8" w16cid:durableId="2015760847">
    <w:abstractNumId w:val="1"/>
  </w:num>
  <w:num w:numId="9" w16cid:durableId="129101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4EBA"/>
    <w:rsid w:val="0029639D"/>
    <w:rsid w:val="00326F90"/>
    <w:rsid w:val="00AA1D8D"/>
    <w:rsid w:val="00AB28D8"/>
    <w:rsid w:val="00B47730"/>
    <w:rsid w:val="00BF139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492A5"/>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5674</Words>
  <Characters>32344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2023-04-17T20:59:00Z</dcterms:created>
  <dcterms:modified xsi:type="dcterms:W3CDTF">2023-04-17T20:59:00Z</dcterms:modified>
  <cp:category/>
</cp:coreProperties>
</file>