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Elevate Your Business With Canva</w:t>
      </w:r>
    </w:p>
    <w:p>
      <w:r>
        <w:rPr>
          <w:sz w:val="22"/>
        </w:rPr>
        <w:t xml:space="preserve">Okay, Welcome to the fourth workshop of the Business Summit. This workshop is all about Canva with Meg, I afraid oh, this workshop is prerecorded. Meg has been having some significant issues with a wifi. Reliability she is here and she put you can text her questions okay. To text your question, whether you're watching this now or watching this later, text your questions to two five three two nine four five zero two five. So let's get this party started. Hey everyone, thank you for taking the time out of your day to attend my class and just. You know, sign up for the Summit with Mary through positive educational training. </w:t>
        <w:br/>
      </w:r>
    </w:p>
    <w:p>
      <w:r>
        <w:rPr>
          <w:sz w:val="22"/>
        </w:rPr>
        <w:t xml:space="preserve">It is great you're taking the time to invest in yourself and you're containing education. So as this weekend is all about business, I am here to talk to you about elevating your business with Canva. So the QR code here. Of course you won't be able to scan from your screen. Hopefully you're watching on a computer you can scan with your phone. But it'll take you directly to Canva or you can just type in canva.com on your browser or download your app. It is free to download. And the second-half the class will be going through and kind of exploring the features of canvas. </w:t>
        <w:br/>
      </w:r>
    </w:p>
    <w:p>
      <w:r>
        <w:rPr>
          <w:sz w:val="22"/>
        </w:rPr>
        <w:t xml:space="preserve">So that's only if you want to go ahead and follow along. You don't have to, You can just watch too. All right. So first I will tell you who I am and why I'm talking to you today. And then I'm going to take you on a brief journey of color theory and design concepts, and then we'll explore the nearly and numerous features that Canva has to offer us. Obviously, we won't get to every single last feature, but I will point out some of the big ones. And I've really just found it all out just by looking around and exploring myself, and I encourage you to do so after this class as well. </w:t>
        <w:br/>
      </w:r>
    </w:p>
    <w:p>
      <w:r>
        <w:rPr>
          <w:sz w:val="22"/>
        </w:rPr>
        <w:t xml:space="preserve">Finally, I will give you some pointers on how to create a brand for your business and make sure your social media graphics reflect that brand. Any questions that pop up of course heads up, as I'm sure you probably may be realized by now, this is a recording, so any questions you have will ultimately have to wait till the end. So I will give you my contact information. I don't have it on the screen, but if you want to text me at two five three two nine four five zero two five with any questions, I will respond to them as soon as I am able to. I will be working today, so wish me luck that the grieving gods are smiling down on me anyways. </w:t>
        <w:br/>
      </w:r>
    </w:p>
    <w:p>
      <w:r>
        <w:rPr>
          <w:sz w:val="22"/>
        </w:rPr>
        <w:t xml:space="preserve">Oh, I do have my contact information, so I just said that for no reason. But it's okay, we're moving on. Here we go. So here I am. Oh, well, it didn't have my phone number, so you have my phone number now. So that's me right there, when my hair was a different color. And my name is Meg, of course. I'm the owner of Elevation Media Management. I've been grooming since 2012 and have groomed in a corporate salon as house call and in a mobile van most recently. </w:t>
        <w:br/>
      </w:r>
    </w:p>
    <w:p>
      <w:r>
        <w:rPr>
          <w:sz w:val="22"/>
        </w:rPr>
        <w:t xml:space="preserve">I spent four years in my house call business and discovered that being a small business owner is hard. You wear so many hats and everything is ultimately your responsibility. The commodity I found myself lacking the most was kind. You cannot buy more and you cannot get it much. This was when I realized that there was a need I can fill by taking the task of social media off of business owners hands. Enter Elevation Media Management. A small, personable company that designs and post graphics to your social media, ensuring A cohesive, consistent online presence. Since then I've noticed that some people just need some guidance, a little push even. </w:t>
        <w:br/>
      </w:r>
    </w:p>
    <w:p>
      <w:r>
        <w:rPr>
          <w:sz w:val="22"/>
        </w:rPr>
        <w:t xml:space="preserve">So I've created this four part Social Media Master class that takes you from the very basics of social media to indepth color theory and design principles for working with Inc and the scheduling which is a suite. This master class basically would teach you how to make social media posting as simple and efficient as possible while also reflecting your business. This class today in particular gives a sample of this master class, mostly focusing on parts two and three, which is the graphic design concepts and working within Cam Bones. In fact, I'm also a pet tech instructor and can teach pet CPR and first aid skills through hands on workshops wherever I go. </w:t>
        <w:br/>
      </w:r>
    </w:p>
    <w:p>
      <w:r>
        <w:rPr>
          <w:sz w:val="22"/>
        </w:rPr>
        <w:t xml:space="preserve">I'm also a partner of the Meditative Groomer Academy, a holistic grooming Academy in southern Wisconsin that focus on Neuro Diverge, focuses on neuro divergent learners. And I have Stephanie Calhoun here with me today and she is the founder of the meditative Groomer Academy Okay. And then the QR code on this screen takes you to my link tree, which has all of the links to all of the things, including elevations website if you want to learn more. </w:t>
        <w:br/>
      </w:r>
    </w:p>
    <w:p>
      <w:r>
        <w:rPr>
          <w:sz w:val="22"/>
        </w:rPr>
        <w:t xml:space="preserve">And then also there's links where you can listen to our podcast because we happen to have both voices of grooming on the spectrum here today. And you can also join the Facebook support group linked to that podcast. So also on that link here you'll find a link to loyaltypetproducts.com as I am an ambassador for their apparel and there's a coupon code there to save you a little money. So that's me. Let's go ahead and learn a little bit about you guys. Which of course, normally this is where I would ask a whole bunch of questions and kind of get feedback from the room. </w:t>
        <w:br/>
      </w:r>
    </w:p>
    <w:p>
      <w:r>
        <w:rPr>
          <w:sz w:val="22"/>
        </w:rPr>
        <w:t xml:space="preserve">But I have Stephanie here today and I know the answers to all of the questions, but I'm going to ask them anyways. So who are my business owners out there? Is you is you. So a lot of us are going to be business owners, of course, because this is a business summit, but even if you are not. Social media is very important, even if you're just a groomer and you're not a business owner, a grooming business owner, because it's I find it very important to still have a grooming portfolio that showcases your skills and your talents. And also too, you're able to see kind of over the course of couple years, you can see yourself improve. </w:t>
        <w:br/>
      </w:r>
    </w:p>
    <w:p>
      <w:r>
        <w:rPr>
          <w:sz w:val="22"/>
        </w:rPr>
        <w:t xml:space="preserve">If you move and are trying to get a job at a different salon, you have a very like Timely, like consistent. Hey, here's what I can do. But yeah. So anyways, so it's very important regardless either way, and I know Stephanie has a business Facebook and a business Instagram for her meditative groomer Academy. Ask me how I know I'm kidding okay anyways, if anyone needs any help setting up business Facebook and Instagram, please let me know. </w:t>
        <w:br/>
      </w:r>
    </w:p>
    <w:p>
      <w:r>
        <w:rPr>
          <w:sz w:val="22"/>
        </w:rPr>
        <w:t xml:space="preserve">I am happy to help you do that. So I've got the fan on and it's glowing my pages. We're going to go ahead and move on here. We're going to start off with just like a touch of color theory here. So this is all super interesting stuff, but I'm biased because I'm interested in this stuff, so bear with me. So color is perception. Objects reflect light and different combinations of wavelengths. Our brains, they see these wavelength combinations and translate them to colors. So the colors really show up in our brain. </w:t>
        <w:br/>
      </w:r>
    </w:p>
    <w:p>
      <w:r>
        <w:rPr>
          <w:sz w:val="22"/>
        </w:rPr>
        <w:t xml:space="preserve">They're not actually on the item that was really like mind blowing for me to realize. People decide whether or not they like the product in 90 seconds or less. On top of that, 90 % of that decision is based solely on color. So understanding color is pretty important for our social media posts. You know, it evokes different emotions and when we talk about the colors, we'll talk about the different emotions that are evoked there. So fun fact, the first color wheel was designed by Sir Isaac Newton in 1666 Arranging the colors in a wheel like this, Ding, Ding, Ding makes it really easy to see the relationships between individual colors so you can use them appropriately. </w:t>
        <w:br/>
      </w:r>
    </w:p>
    <w:p>
      <w:r>
        <w:rPr>
          <w:sz w:val="22"/>
        </w:rPr>
        <w:t xml:space="preserve">We'll touch on these relationships in a bit. This wheel consists of three primary colors, of course your red, blue, and yellow. 3 secondary colors, which are your green, purple and orange, which of course are nestled right in between your primaries, and then the six tertiary colors, which are kind of your in betweens like your yellow, green and your blue. You know, blue, purple, blue, violet yeah. </w:t>
        <w:br/>
      </w:r>
    </w:p>
    <w:p>
      <w:r>
        <w:rPr>
          <w:sz w:val="22"/>
        </w:rPr>
        <w:t xml:space="preserve">Anyways, if you keep mixing you'll reach the levels of quant. Ternary and then quinary colors, eventually getting into shades of Gray, but we are not going that far today. That is too far. But it just they do just keep mixing and eventually there's just nothing left for us to visibly see besides Grays. So if you draw a line right here on the color wheel, right through the middle, you'll see that you've split it now into warm and cool colors this term. These terms denote the colors temperature. </w:t>
        <w:br/>
      </w:r>
    </w:p>
    <w:p>
      <w:r>
        <w:rPr>
          <w:sz w:val="22"/>
        </w:rPr>
        <w:t xml:space="preserve">So warm colors like your yellows, your oranges, your Reds, they're identified with energy, brightness, and action because these colors are seen in things like the sun or fire. Cool colors, on the other hand, which are your greens, your Blues, your purples are generally associated with calm, peace, and serenity, as these colors are seen in things like water and grass. Keep this in mind when choosing colors for your brand. So color has three primary qualities or properties, and that is hue, value and intensity. So a hue is just the color and it's pure state. You're red, you're blue, you're green. </w:t>
        <w:br/>
      </w:r>
    </w:p>
    <w:p>
      <w:r>
        <w:rPr>
          <w:sz w:val="22"/>
        </w:rPr>
        <w:t xml:space="preserve">Like just and it's pure state. The value describes the degree of lightness or darkness in a color. There are three ways to change this value. You can tint it, which tinting is a hue that has had white added. For example, red and white together make pink which is just a lighter version of red. You can shade it and shading is taking that hue and then adding black. For example red and black. Only a little bit of black or Black's going to overpower. It makes burgundy which is just a darker version of red. The 3rd way you can change the value is by toning it, and this is when a hue or color has had both black and white or just Gray. </w:t>
        <w:br/>
      </w:r>
    </w:p>
    <w:p>
      <w:r>
        <w:rPr>
          <w:sz w:val="22"/>
        </w:rPr>
        <w:t xml:space="preserve">Added, which is darkens the original hue while also making the color more subtle and less intense so it's not as bright and vibrant. The last is intensity. So when you have the intensity of the hue, it is telling you about what the brightness or dullness of a color is based on the saturation. A color is most intense when it's in its purest form as a hue, like here. When we get into exploring Canva, I'll show you the transparency section. And how you can change the transparency of different elements and that we are directly messing with the intensity of the colors. So intensity is low when a color is mixed with a complementary color. </w:t>
        <w:br/>
      </w:r>
    </w:p>
    <w:p>
      <w:r>
        <w:rPr>
          <w:sz w:val="22"/>
        </w:rPr>
        <w:t xml:space="preserve">We'll talk about complementary here in a second or a neutral color. We will also talk about neutral colors from this next slide actually. All right. So color harmonies are a way of using color to create visual interest. These color schemes go well together to create a sense of order and organization. An achromatic color scheme exclusively uses black, white, and shades of Gray as seen in this top left picture of the collage. So those are also your neutral colors, your blacks, your whites, your Grays, even some Browns as well an achromatic color scheme they will typically for advertising purposes. </w:t>
        <w:br/>
      </w:r>
    </w:p>
    <w:p>
      <w:r>
        <w:rPr>
          <w:sz w:val="22"/>
        </w:rPr>
        <w:t xml:space="preserve">They will have a picture that's like this where it's very black and Gray and white, just kind of monotone there. And the item they're trying to sell or market to you will be in like a red or a blue or a green. It doesn't really matter what color it stands out on that a chromatic color scheme and your eye will go right to it. We talk about a lot of eye manipulation here. So monochromatic colors use different tints, shades and tones of 1 color. Like you can see on the top right, picture of the collage is using different shades. We have almost like a close to red here on the corner here, but we go all the way up into light pinks and even like this super pastel. </w:t>
        <w:br/>
      </w:r>
    </w:p>
    <w:p>
      <w:r>
        <w:rPr>
          <w:sz w:val="22"/>
        </w:rPr>
        <w:t xml:space="preserve">Or maybe it's white. I don't know how it appears on your screen. But remember color is perception so we might be seeing the same thing or not, but it's using all the same hues, tints and shades of red in this picture. Analogous colors. I never looked up how to pronounce this. Forgive me. Analogous colors are adjacent to each other on the color wheel. For example, if we look here at this living room setup, we have the blue and the green, and then, like this, yellow, green. They're all colors that are right beside each other on the color wheel, as we can see. </w:t>
        <w:br/>
      </w:r>
    </w:p>
    <w:p>
      <w:r>
        <w:rPr>
          <w:sz w:val="22"/>
        </w:rPr>
        <w:t xml:space="preserve">Here we have the blue like the blue-green the green and the yellow green in this little area right here. I hope my mouse is showing up. Good, awesome. Ok. Complementary colors that I referenced before are direct opposites on the color wheel. So like for example in this picture right here, you have blue and orange, which those are directly across from each other on the color wheel. </w:t>
        <w:br/>
      </w:r>
    </w:p>
    <w:p>
      <w:r>
        <w:rPr>
          <w:sz w:val="22"/>
        </w:rPr>
        <w:t xml:space="preserve">And I will go ahead and actually you know what, I'll ask that in a second. Split complementary colors are when instead of using the direct opposites, you would grab the colors on either side of that direct complement. So whereas the complementary colors here would be, let's see this purple, the direct complementary would be the yellow. But instead of doing that, we're going to split and we're going to go into the yellow green and the yellow orange. So in this picture we can see that we have this dark, nice vibrant purple and they've gone. </w:t>
        <w:br/>
      </w:r>
    </w:p>
    <w:p>
      <w:r>
        <w:rPr>
          <w:sz w:val="22"/>
        </w:rPr>
        <w:t xml:space="preserve">Well, it's not. They've gone, nature has gone. It's a natural picture. The yellow green and the yellow orange, it's a great example of split complementary. So the last one we're going to mention here, although there are different color schemes, it's just not necessary to go through all of them is going to be this triadic color scheme. So we can see this on the Scarlet Macaw here and it's when colors are evenly spaced out on the color wheel. So this one's really nice because I wasn't sure I was going to find blue, red, and yellow in nature, but here we go. Scarlet, Macaw, everyone. But you can see basically it makes a triangle because they are equidistant to each other on the color scheme on the color wheel. </w:t>
        <w:br/>
      </w:r>
    </w:p>
    <w:p>
      <w:r>
        <w:rPr>
          <w:sz w:val="22"/>
        </w:rPr>
        <w:t xml:space="preserve">My bad. So can anyone share what colors they use for their business? Stephanie, I use light blue and orange and sometimes yes, so with the light blue and the orange, we're working with basically a color, a complementary color scheme here and there's the occasional pop in of like this green. So it could be. And I see we we've also started to use a bit darker of an orange which really pops. I've really been enjoying that. So, yeah, so it would be, I mean it, it's rough, it's not a perfect split complementary, but I would say it's pretty close because you have your orange directly across is your blue, but then we also kind of grab in that green. </w:t>
        <w:br/>
      </w:r>
    </w:p>
    <w:p>
      <w:r>
        <w:rPr>
          <w:sz w:val="22"/>
        </w:rPr>
        <w:t xml:space="preserve">I think it works great. So yeah, let me know you guys if you want to tell me what you're using, what color is you're using. So we will go ahead and move on into design principles, concepts, whatever you want to call them. So there's so many more, but these are the ones that I think are the most important to start implementing today in your social media graphics. </w:t>
        <w:br/>
      </w:r>
    </w:p>
    <w:p>
      <w:r>
        <w:rPr>
          <w:sz w:val="22"/>
        </w:rPr>
        <w:t xml:space="preserve">We're going to cover contrast, balance, movement, repetition, white space, and unity. So first we have contrast, and that is the difference between various elements within a design that makes them stand out from one another. Contrast is used to create focal points and variety by using opposite elements. Whether they're opposites in color, shape, texture or something else. For example, when we talked about the a chromatic color scheme on the last slide, that is All Blacks and whites and Grays and how I referenced how some designers will do that and then have the item they're trying to sell you be one different color, whether it's red, yellow, blue, purple, who knows what that is. </w:t>
        <w:br/>
      </w:r>
    </w:p>
    <w:p>
      <w:r>
        <w:rPr>
          <w:sz w:val="22"/>
        </w:rPr>
        <w:t xml:space="preserve">High contrast because you're taking in this really neutral, monotone background and then popping in a splash of color. But it doesn't always have to be colored. It mentions it can be shaped, texture or something else. So if you had something that it was, let's say, smooth and flat around the entire design, and maybe they're selling a fluffy pillow and that one section of the pillow is fuzzy, who's going to touch it? Me, I'm going to touch it. But that would be another example of high contrast. </w:t>
        <w:br/>
      </w:r>
    </w:p>
    <w:p>
      <w:r>
        <w:rPr>
          <w:sz w:val="22"/>
        </w:rPr>
        <w:t xml:space="preserve">Because it's just something different from what the rest of the image is. Obviously that wouldn't work on a social media graphic, so texture you could do something like maybe it's a soft pastel gradient and then what you're trying to sell is in, I don't know, it's just a really bright pattern. So high contrast is when these two subjects are completely or nearly opposite from another, like the colors red or green, because if we remember on that color wheel, they're directly opposite of each other. Or a smooth versus rough texture. </w:t>
        <w:br/>
      </w:r>
    </w:p>
    <w:p>
      <w:r>
        <w:rPr>
          <w:sz w:val="22"/>
        </w:rPr>
        <w:t xml:space="preserve">You can also fuse a low contrast. It's not nearly as effective, but it is a thing. It's when two subjects are very similar or the same. So that's like a circle and an Oval. They're not the same thing, but they're a lot more similar than, say, a circle and a square. And then also two different shades of blue because they're the same thing. Similar thing. Bless you. Similar things, but not the same thing, but they're way less contrasted than say, blue and orange for example, which is that complementary color. </w:t>
        <w:br/>
      </w:r>
    </w:p>
    <w:p>
      <w:r>
        <w:rPr>
          <w:sz w:val="22"/>
        </w:rPr>
        <w:t xml:space="preserve">So moving on to balance can be symmetrical or asymmetrical. Symmetrical balance is when elements in a graphic are the same, like a mirrored image that can be cut in front. In a symmetrically balanced design, you can draw a straight line through the middle of the design in any direction, and the visual balance would be evenly distributed, so you'd find that in like a mandala for example. Asymmetrical balance, though, as weird as it sounds, is something that can still be used and is a design concept, but it's when the elements of the graphic are not the same, but they still feel equally distributed. It's kind of a mind trick. An asymmetrical design is intended to create a deliberate imbalance of the elements in that design by creating tension and giving your composition of sense of movement. </w:t>
        <w:br/>
      </w:r>
    </w:p>
    <w:p>
      <w:r>
        <w:rPr>
          <w:sz w:val="22"/>
        </w:rPr>
        <w:t xml:space="preserve">Speaking of movement is the way a person's eyes travel over a design. Remember I said we're going to talk about eye manipulation here. The most important element should lead to the next most important, and so on. This can be done via positioning, emphasis and other design principles. Bleeding lines are a very common way to add movement to a graphic, not only in like marketing but also in photography. And you can find these lines like in photography for example out in nature, you can take a picture along like the roof line of a building and the roof will go and go and go and kind of create that movement where it's going to guide your eye down the roof line. </w:t>
        <w:br/>
      </w:r>
    </w:p>
    <w:p>
      <w:r>
        <w:rPr>
          <w:sz w:val="22"/>
        </w:rPr>
        <w:t xml:space="preserve">In your graphics it's easy to do as well using arrows and just different shapes to kind of create that leading line effect. So these leading lines could either point to a focal point on the piece or just make the viewers eyes travel around it. Anything from roads to rivers to signs pointing to arrows to branches are all example of leading lines. So if you have if you're making a graphic of like a process that's kind of like a flow chart, and you have arrows leading to each box in the order they should go, that's going to make your viewer's eye go in the correct order. </w:t>
        <w:br/>
      </w:r>
    </w:p>
    <w:p>
      <w:r>
        <w:rPr>
          <w:sz w:val="22"/>
        </w:rPr>
        <w:t xml:space="preserve">Action lines are also another way to emphasize movement in a static graphic. For example, you can denote or show a dog's tail is wagging by just adding two little. 2 Little like movement lines around the tail and that automatically makes this thing Okay. Yep, that dog's tail. It's wagging, so we'll move on to repetition that reinforces an idea or perception. This is all about creating a sense of consistency, cohesion, and rhythm, and a composition. It can be done via things using, like using the same format for headers, reusing the same colors, images, or similar choices. </w:t>
        <w:br/>
      </w:r>
    </w:p>
    <w:p>
      <w:r>
        <w:rPr>
          <w:sz w:val="22"/>
        </w:rPr>
        <w:t xml:space="preserve">Repetition brings the sense of cohesiveness to the graphic as a whole. I'm going to be saying cohesive ad nauseam. No, I am not sorry. It is that important. You want things to be cohesive in your social media, branding and marketing because you're building your brand and you just you need your stuff to scream, oh hey, that's a meditative groomer Academy. I'm just going to say that to all the time, because you're right here. </w:t>
        <w:br/>
      </w:r>
    </w:p>
    <w:p>
      <w:r>
        <w:rPr>
          <w:sz w:val="22"/>
        </w:rPr>
        <w:t xml:space="preserve">So one easy way to have this cohesiveness, this repetition, is to have your logo somewhere on every graphic. It's not a mandatory thing, It is something I do with all of my accounts, however, because either, well, one I have now actually, I do a handle, just their Instagram handle because that's how they want it. But either way, it's the same through every graphic, even if the content is completely different. That one symbol is holding that cohesiveness throughout. </w:t>
        <w:br/>
      </w:r>
    </w:p>
    <w:p>
      <w:r>
        <w:rPr>
          <w:sz w:val="22"/>
        </w:rPr>
        <w:t xml:space="preserve">So using repetition this way triggers familiarity and memorability, ensuring we have a space in the minds of our target audience. I want to give you an example of this repetition. I can't remember the exact details, but I know like from the age. If I don't know maybe one or two like babies are able to identify the golden arches of McDonald's like it's everywhere. That, like the Coke logo is a very. I literally, we were OK. We were road. Tripping back from either to or from the Teton show and Amanda was driving. I'm riding passenger. I'm the best copilot for future reference for anybody listening and we were passing a water tower and from well, I didn't know it was a water tower because from a distance I saw a circle and the top half was blue and the bottom half was red and it looked like a can. </w:t>
        <w:br/>
      </w:r>
    </w:p>
    <w:p>
      <w:r>
        <w:rPr>
          <w:sz w:val="22"/>
        </w:rPr>
        <w:t xml:space="preserve">I was like is that a big? It was not. It was like a city logo. I can't remember where I have to find it again, but that is how, like, irrevocably imprinted some of these logos are on my brain. We don't need to go that far with our clients. Obviously that's a little much, but it's just showing you how well that repetition works. I was very sad it wasn't just a giant Pepsi can. I thought it was one of those roadside attractions, but no, it was a water tower for some city and probably Montana. If anyone knows what I'm talking about, please let me know because I don't know how else to find it besides just searching the logos of all of the cities and all of the states we went through. </w:t>
        <w:br/>
      </w:r>
    </w:p>
    <w:p>
      <w:r>
        <w:rPr>
          <w:sz w:val="22"/>
        </w:rPr>
        <w:t xml:space="preserve">So anyways, that's enough of repetition. I think I've been repetitive enough. So lame. Anyways, we're going to move on to white space. So white space is kind of a like, it's a bad term because it you don't, it doesn't have to be white. It just means more negative space, which refers to areas of a design that have no design elements. So if you're looking at the screen here on this slide, you can see a lot of negative space. All this dark green here around the side is all negative. So I have my elements of these pictures. Fonts and then some other images over here. But everything else, you know, if I had every single inch of the screen filled up with elements, it'd be a little chaotic. </w:t>
        <w:br/>
      </w:r>
    </w:p>
    <w:p>
      <w:r>
        <w:rPr>
          <w:sz w:val="22"/>
        </w:rPr>
        <w:t xml:space="preserve">You wouldn't know where to look. You'd be kind of all over the place with it. But with this, it's very simple. You know, your eyes are drawn to the words, and there's plenty of negative space to balance it out. So like I said, this space is important for making a design uncluttered as well As for making various items and elements stand out. That it is one of the most frequently overlooked design elements, as it really is just the lack of anything. </w:t>
        <w:br/>
      </w:r>
    </w:p>
    <w:p>
      <w:r>
        <w:rPr>
          <w:sz w:val="22"/>
        </w:rPr>
        <w:t xml:space="preserve">So it's nothing, but it's definitely something you know. Without it though, we run the risk of our design being cluttered or even unreadable. White space or negative space enhances readability, legibility and clarity by making it easier to see the separation between various elements on a page. Do note, like I said, white space does not have to be white. It simply means there are no other design elements in that area. Lastly, we have Unity. So Unity is how well the elements of the design work together. Kind of draws back to that cohesiveness. Each element should have a clear visual relationship with each other element to help communicate a clear, concise message. </w:t>
        <w:br/>
      </w:r>
    </w:p>
    <w:p>
      <w:r>
        <w:rPr>
          <w:sz w:val="22"/>
        </w:rPr>
        <w:t xml:space="preserve">Unity isn't necessarily one thing. But rather, what brings the entire graphic together? With unity we measure or we ensure that all of the components in the design are aligned and unified to achieve a specific overall impact that is aesthetically pleasing. So Dan's party, you guys. Take a minute, take a drink. If you don't have a drink, go get a drink. Auntie Meg commands it. </w:t>
        <w:br/>
      </w:r>
    </w:p>
    <w:p>
      <w:r>
        <w:rPr>
          <w:sz w:val="22"/>
        </w:rPr>
        <w:t xml:space="preserve">Stand up. Stickle it out a little bit. Like my shirt. Yeah, I'm going to take a drink. All right. Gration is key. Deep breath. Ok, everyone. Got their beverages stephanie OK. Making sure. All right. Ok. All right, Here we go anyways. So we're going to go in to talk about Canva features. So I'm just going to really, I mean we'll talk about all of these when we go in there. I'll just brand hub elements, uploads, text draw apps and really so much more. I don't know how to do everything on Canva. I am still learning things. Like I said, I literally click around and find out and that's what I encourage you guys to do. </w:t>
        <w:br/>
      </w:r>
    </w:p>
    <w:p>
      <w:r>
        <w:rPr>
          <w:sz w:val="22"/>
        </w:rPr>
        <w:t xml:space="preserve">So what we are going to do. Is exit out of this presentation and jump on over here and you can still see everything. Everything's good cool all right. So here we are on my home page here, and you can see that you have a lot of things to look at. It wants you to jump right into designing. It'll show you if you've already been working in Canva. It'll show you your most recent. Designs or I just go straight into projects because I manage a lot of accounts. I make a lot of designs, so I have a lot of folders, but that helps keep me organized because that means I can throw things into folders as I'm working on them and find them pretty easily. </w:t>
        <w:br/>
      </w:r>
    </w:p>
    <w:p>
      <w:r>
        <w:rPr>
          <w:sz w:val="22"/>
        </w:rPr>
        <w:t xml:space="preserve">So definitely unless you're only making a couple graphics for yourself, maybe you don't need a folder, but I do highly recommend. And I'll show you, when we're in a design how we can save these designs, specifically to a folder. So I'm going to go back to home. There's a couple things you can jump directly into. You can jump directly into tab templates there, but we're not going to go into there just yet because one of my favorite things about Canva is the brand hub. Now you'll notice, as you'll notice as we go through here that a lot of things have this little crown beside it. </w:t>
        <w:br/>
      </w:r>
    </w:p>
    <w:p>
      <w:r>
        <w:rPr>
          <w:sz w:val="22"/>
        </w:rPr>
        <w:t xml:space="preserve">That means that is in the pro version or the premium version, which actually we should be able to see what's come on over here so I can show you guys. Here we go so I can show you the differences between the canvas. The free one is completely reasonable, completely manageable, especially if you're just doing it for yourself. You see, you get the biggest differences here is like the cloud storage for example. With the free you only get 5 gigs, you get a terabyte. We're not even going to worry about really the Canva for teams, because for most people you're just going to be looking between Canva Free and Canva Pro. </w:t>
        <w:br/>
      </w:r>
    </w:p>
    <w:p>
      <w:r>
        <w:rPr>
          <w:sz w:val="22"/>
        </w:rPr>
        <w:t xml:space="preserve">You still get a ton of free templates, you still get a ton of different design types, different elements, photos, graphics. But you'll see when we go into Make it Graphic that you cannot filter what graphics or what elements are free and what aren't. You can easily try it out for free for a bit, see if you want to upgrade, because it means you can have whatever you want in the Pro which records 120$ a year is like. Super cheap in my opinion, but also too. I do this for a living and I manage multiple accounts so it makes sense for me. It may not make sense for you. So what you get basically like it was the first day I logged into Canva to use it and I really wanted a specific graphic and it was like, Nope, you have to pay for it. </w:t>
        <w:br/>
      </w:r>
    </w:p>
    <w:p>
      <w:r>
        <w:rPr>
          <w:sz w:val="22"/>
        </w:rPr>
        <w:t xml:space="preserve">And I was like, no one's going to tell me what I can't have and I signed up. So here we are. The other big thing is that you cannot. Where is it? Here we go. Oh, it won't let me highlight it. Ok, that's OK. So these two check marks right here resize designs with magic resize. So I've had designs given to me that we're not in the correct size format. So instead of me having to copy and paste each and every element or redesign from scratch in the pro, I'm able to just change the design the. Sorry, dimensions of the design. I can take it from an Instagram post, which is like a square one, to an 8 and a half by eleven flyer. </w:t>
        <w:br/>
      </w:r>
    </w:p>
    <w:p>
      <w:r>
        <w:rPr>
          <w:sz w:val="22"/>
        </w:rPr>
        <w:t xml:space="preserve">I do have to adjust some things along the way, but I don't have to create a whole new file or anything like that. I'd love that. I love the remove image backgrounds and one click. They are not joking. It is one click. You click the element, I'll show you click background remover and it does a really good job. Like, I remember the days where I had to like painstakingly trace. Gone are those days gone. And then the other big thing with pro versus free, which this was, is the brand hub. So let's go ahead and go back over into my home and I'm going to show you the brand hub. </w:t>
        <w:br/>
      </w:r>
    </w:p>
    <w:p>
      <w:r>
        <w:rPr>
          <w:sz w:val="22"/>
        </w:rPr>
        <w:t xml:space="preserve">So within the brand Hub, you can have a whole bunch of different brand kits. As you can see, I have a crap time. And that's because I manage multiple accounts and I need to have all of these separated. So for example, well also this isn't, this is fine. This works. So we're going to go into the meditated Kerner Academy and we're also, I thought I we're going to there we go. </w:t>
        <w:br/>
      </w:r>
    </w:p>
    <w:p>
      <w:r>
        <w:rPr>
          <w:sz w:val="22"/>
        </w:rPr>
        <w:t xml:space="preserve">So this is my brand kit for Stephanie's school. So you can see I have two different logos in here and I can add however many logos I want and they are just there, they are held in place. When we're creating a design I will should do that the colors which what's really cool is when I uploaded this logo right here it grabbed the colors for me so I do not have to painstakingly try to match colors I can just upload. </w:t>
        <w:br/>
      </w:r>
    </w:p>
    <w:p>
      <w:r>
        <w:rPr>
          <w:sz w:val="22"/>
        </w:rPr>
        <w:t xml:space="preserve">It does the same thing with pictures. When you're making a graphic, it'll show you the colors in the picture and that's been very helpful in making kind of a cohesive design. We can also just straight out of color if you know the hex code, or you can slide and figure out what we're doing, but we're not going to do that, so we need to delete that because that's not your color. Anyways, scroll on down here. You can have different fonts which you can see. This is the one I use all the time right here. Because we love the Open dyslexic font, because it's a font that's been designed specifically to make it easier for people with dyslexia to be able to read. </w:t>
        <w:br/>
      </w:r>
    </w:p>
    <w:p>
      <w:r>
        <w:rPr>
          <w:sz w:val="22"/>
        </w:rPr>
        <w:t xml:space="preserve">So I don't know how well you can see it on the screen there, but when you go into the graphic, I'll zoom up really close so you can see that there. So yeah, I could add photos and graphics and icons, but I don't. I could probably make my life a little easier if I did, but I do really like that. So we're going to hop back to home one more time. We are going to make a graphic, so these are just some random ones here. Of course, what I usually go for is this Instagram post because I want a graphic that is going to fit on Instagram because of course Facebook, I can upload something bigger, but with Instagram some of it's going to get cut off. </w:t>
        <w:br/>
      </w:r>
    </w:p>
    <w:p>
      <w:r>
        <w:rPr>
          <w:sz w:val="22"/>
        </w:rPr>
        <w:t xml:space="preserve">If you don't see your thing like what you're looking for here, you can go through and see like there's different whiteboard templates, presentations. Social media will have like, Facebook posts, story, Facebook cover, Instagram, real tik, Youtube youtube all of the, things specifically video. I'm over here in print products a lot, you know, because I've made a lot of Flyers and business cards. You've even got tote, bag, coaster, etcetera. There is websites. I don't mess around with websites, but I have an excellent reference or referral if you need someone for websites. </w:t>
        <w:br/>
      </w:r>
    </w:p>
    <w:p>
      <w:r>
        <w:rPr>
          <w:sz w:val="22"/>
        </w:rPr>
        <w:t xml:space="preserve">So anyways, we're going to go into Instagram post square and if I just click it automatically will give me this blank graphic. So we will go ahead and see that we have a bunch of templates popping up. This is just what it's going to show up. We can see over here in the file we'll do file first. I can rename it. I'm not going to worry about it right now because I'm not sure this is something I will keep, but we can rename. It shows me the pixel size. What file type? We have the Instagram post We can see we can save it here. This is exactly where I said where you can save it to a folder. </w:t>
        <w:br/>
      </w:r>
    </w:p>
    <w:p>
      <w:r>
        <w:rPr>
          <w:sz w:val="22"/>
        </w:rPr>
        <w:t xml:space="preserve">So we'll actually go ahead and save this to the Meditative Grooming Academy folder. We want to make sure we hit save. So now you can see that it's in the Meditative Grooming Academy folder we can download. We won't worry about that because of course it's just a blank screen right now. Anyways, so. We could start off with a template. You can see that there are a whole bunch through here, just random ones. </w:t>
        <w:br/>
      </w:r>
    </w:p>
    <w:p>
      <w:r>
        <w:rPr>
          <w:sz w:val="22"/>
        </w:rPr>
        <w:t xml:space="preserve">You can see they have the crown and when you scroll over it, you can see it says Pro. It'll give you this little blurb. As a Canva Pro subscriber, you get this premium template for free. But yeah, so there's no way to filter that. You can filter by color though, but no way to filter what's free and what's not. But if there's something I specifically wanted, so let's. See if grooming. There we go. If you don't want to create something from scratch, you could always find a template because all these templates are uploaded for your use. </w:t>
        <w:br/>
      </w:r>
    </w:p>
    <w:p>
      <w:r>
        <w:rPr>
          <w:sz w:val="22"/>
        </w:rPr>
        <w:t xml:space="preserve">Of course some of them are only if you paid for pro, but there are plenty on there that are free. So we can actually go ahead and choose the one for free. We're going to grab this guy right here because look at that face like I think they got a little too crazy with the curlies. Just a little bit. But anyways, so if this was a graphic that Stephanie was going to post for the meditative Groomer Academy, I see a couple things wrong here. It doesn't match your colors or local isn't there, doesn't match your fonds, and really, it doesn't match your vibe. </w:t>
        <w:br/>
      </w:r>
    </w:p>
    <w:p>
      <w:r>
        <w:rPr>
          <w:sz w:val="22"/>
        </w:rPr>
        <w:t xml:space="preserve">So we got some fixing to do, and I'm not sure if we want to advertise this crazy curly fro on a Yorkie, because that looks like a lot of work to get like limp Yorkie hair to actually throw. So anyways, so we're going to work with this. You can see as I move my mouse across the screen, a whole bunch of stuff pops up. These are all different elements, a whole bunch of different elements combined together. So first starters, I'm going to come over here to Brand Hub and I want to make sure we're on the right one. </w:t>
        <w:br/>
      </w:r>
    </w:p>
    <w:p>
      <w:r>
        <w:rPr>
          <w:sz w:val="22"/>
        </w:rPr>
        <w:t xml:space="preserve">Now bear in mind you don't have to have Brand Hub, you don't have to have Pro to have the logos on here, you could all. Always uploaded as a picture and just use it that way. So there are ways around paying for it and I'll show you that when we get to upload. So I'm going to click on the brand kit here and I'm going to make sure I'm in the right brand kit. </w:t>
        <w:br/>
      </w:r>
    </w:p>
    <w:p>
      <w:r>
        <w:rPr>
          <w:sz w:val="22"/>
        </w:rPr>
        <w:t xml:space="preserve">So here we go, So I can see her colors, I can see the fonts, which let me show you can see there, See how it's like different weighted in random spots, like the text is thin in some spots, thicker in others. That's been like, that's like a scientific thing. It makes it easier for people with dyslexia to read. And I'm just, I really like it and so does Stephanie. </w:t>
        <w:br/>
      </w:r>
    </w:p>
    <w:p>
      <w:r>
        <w:rPr>
          <w:sz w:val="22"/>
        </w:rPr>
        <w:t xml:space="preserve">So we use it. So what we will do, it's as simple as, oh, forgive me, see, I'm still learning how to do this stuff, you guys, but I'm here to show you and make it easier. So I've simply clicked on the font drop down box so we can see it's bore bores, dock or sock. Either way, we don't want that. So I'm going to Scroll down and right here you can see the fonts that are saved to the Meditate Groomer Academy and I'm going to pick that open Dyslexic. </w:t>
        <w:br/>
      </w:r>
    </w:p>
    <w:p>
      <w:r>
        <w:rPr>
          <w:sz w:val="22"/>
        </w:rPr>
        <w:t xml:space="preserve">So already we're starting to get there. So we will move them around a bit. I like the stars. We'll keep the stars and the little crosses and triangles. I like the little shapes. We're going to grab all of these, which on a Windows. I don't know how to do this on a phone. I don't think you can select multiple things. On a phone, I could be wrong. On a Windows you're hitting I'm hitting control each time. On a Mac I'm hitting command, sorry, Shift, be able to select multiple items. So that way I can change the fonts of all of these at once without having to do it three times over. </w:t>
        <w:br/>
      </w:r>
    </w:p>
    <w:p>
      <w:r>
        <w:rPr>
          <w:sz w:val="22"/>
        </w:rPr>
        <w:t xml:space="preserve">So we'll hit that drop down, hit open dyslexic and it did OK But we can see that accessories got split. We don't really want that, but as simple as that. I am also going to make this a little longer because I really want these to all be on 2 lines or less perfect And for the fact of the matter, Stephanie does not sell food, best food, organic or accessories, but. We're just rolling with it. All right, so we're getting there. I'm going to come down here and grab these other fonts and go ahead and change them to open Dyslexic perfect OK, so obviously things aren't quite there yet. We've got the fonts all changed, but we still have pink and we can't have pink. </w:t>
        <w:br/>
      </w:r>
    </w:p>
    <w:p>
      <w:r>
        <w:rPr>
          <w:sz w:val="22"/>
        </w:rPr>
        <w:t xml:space="preserve">So what I'm going to do first, I've just kind of grab this back, this background here. What Stephanie's look is that light blue, that baby blue, and that's always the background to everything is this light blue. I'm going to get rid of the let's see. So this shape, I know it's kind of weird to look at. I would say this giant box, but it's really just this one curvy shape, because of course this shape by itself, like is this big, huge shape, but you can move things around. Wherever you want it to be to make things look different versus finding a shape that just looks like that. </w:t>
        <w:br/>
      </w:r>
    </w:p>
    <w:p>
      <w:r>
        <w:rPr>
          <w:sz w:val="22"/>
        </w:rPr>
        <w:t xml:space="preserve">I don't remember where exactly it was. So any sort of control Z or command Z on a map or a map a Mac or this undo button here on the top, we'll put it back where it was. I find myself doing that a lot because I've grabbed the wrong thing or resized it wrong and it's like no rewind. So anyway, so this guy here, I can tell the transparency is way down. </w:t>
        <w:br/>
      </w:r>
    </w:p>
    <w:p>
      <w:r>
        <w:rPr>
          <w:sz w:val="22"/>
        </w:rPr>
        <w:t xml:space="preserve">So whenever you've selected an element up at the top here, you get many options. We can change the color, which we are absolutely going to do. We're going to look at a green because that is that nice split complementary green there. We can edit the image. Sometimes I'll be in here, but for the most part, as long as I can change the color, I am fine with it. But I kept I don't know if trippy is going to work well on us. I'll try that on the picture later. </w:t>
        <w:br/>
      </w:r>
    </w:p>
    <w:p>
      <w:r>
        <w:rPr>
          <w:sz w:val="22"/>
        </w:rPr>
        <w:t xml:space="preserve">But yeah, not every image, not every element is going to let you change the color and you won't know until you've clicked the element. And once it's on your page, it's literally just if this box shows up. So anyways, that's why if that doesn't show up, sometimes you can trick it. Go into edit image, go into duo tone and you can see. There's a lot of colors in there and you can kind of make it change color even though you're not actually changing the color. Little half there, we can crop it, which. So there if we can see the entire image in all of its glory, we're not going to deal with cropping it, but we could rotate it won't work for this one. </w:t>
        <w:br/>
      </w:r>
    </w:p>
    <w:p>
      <w:r>
        <w:rPr>
          <w:sz w:val="22"/>
        </w:rPr>
        <w:t xml:space="preserve">That'll work better in like pictures we can flip. Which are very quick and easy flipper ruse there, but we don't need it. So I might have to I might have to do a lot of control Z on this one because I don't remember where it was. There we go okay. We can animate. Which that won't work unless you're doing a video or presentation, because anime is just like in PowerPoint presentation where you have things like bounce on to the screen or fade or like flip. </w:t>
        <w:br/>
      </w:r>
    </w:p>
    <w:p>
      <w:r>
        <w:rPr>
          <w:sz w:val="22"/>
        </w:rPr>
        <w:t xml:space="preserve">We won't worry about that because this is going to be a static image. Position means just where it is out on the page. So if you've ever worked within Illustrator or Photoshop or really anything Adobe, there are the different layers and it's very easy to just move things to the front. It's kind of hard to see because it's transparent. You can see the image is now over the image of the dog, or we can send it back to the back, which is where it needs to be. So when I talked about intensity and changing like the saturation of the color, we can do that right here in transparency. </w:t>
        <w:br/>
      </w:r>
    </w:p>
    <w:p>
      <w:r>
        <w:rPr>
          <w:sz w:val="22"/>
        </w:rPr>
        <w:t xml:space="preserve">So this shape in its full intensity is this bright green. It's not even bright. It's just vivid, intense. And I don't want it to be that intense. So I'm going to drop it down to maybe like I like 50. I feel like 21 was too light. Of course, we're not all the way done yet. So I'm going to do the same thing up here. And we're just going to play around. </w:t>
        <w:br/>
      </w:r>
    </w:p>
    <w:p>
      <w:r>
        <w:rPr>
          <w:sz w:val="22"/>
        </w:rPr>
        <w:t xml:space="preserve">We'll see if it looks good. If it doesn't, we go back. So we're going to change that and we're going to drop that transparency down again as well. And then all these itty bitty little things. Oh, that's going to be annoying, isn't it? Maybe not. So I don't have the bright orange on here because normally I'm working on your team. So I'm just going to grab this orange and look what comes up at the bottom here. It says do you want to change all that is this color to this color. Yes please. Canva make my life easy. Boom, they all changed. I've already decided I don't like it. So what I'm going to do super quick change that to orange. </w:t>
        <w:br/>
      </w:r>
    </w:p>
    <w:p>
      <w:r>
        <w:rPr>
          <w:sz w:val="22"/>
        </w:rPr>
        <w:t xml:space="preserve">I'm going to try these green and see what it looks like them. So again it pops up at the bottom here, change all, yes please. Because that shape was orange. It also changed that shape. That's okay easy to move back. We're just going to roll with it. So I'm going to grab one of these little purple shapes down here and do the same thing. But I don't think I'm going to make it orange. I think I'm going to try the blue. So now if you see here it's asking, do you want to change all purple to blue? It's most likely going to grab the rest of the purple things here, but I'm okay with it did. </w:t>
        <w:br/>
      </w:r>
    </w:p>
    <w:p>
      <w:r>
        <w:rPr>
          <w:sz w:val="22"/>
        </w:rPr>
        <w:t xml:space="preserve">So we are going to grab this little shape here, bring that back to an orange. Sometimes it's really hard to grab. Ok, see there, see, it's barely changing. Sometimes it's really hard to grab things on here, Which is why I like doing this on a computer so I can scroll away and make sure I'm selecting the right item. So I actually quite like how that blue looks in the background. So I'm going to make these green symbols blue as well. </w:t>
        <w:br/>
      </w:r>
    </w:p>
    <w:p>
      <w:r>
        <w:rPr>
          <w:sz w:val="22"/>
        </w:rPr>
        <w:t xml:space="preserve">And then I got to grab this guy because it decided to grab that one too. There we go. All right, so we're getting better. So I'm going to grab these are all frames here, so let me come back over into the your left hand menu. Here in the element section is where I work. I just search things and pick from there, but you can see you have your lines and your shapes all in one section. You have graphics, stickers, photos. </w:t>
        <w:br/>
      </w:r>
    </w:p>
    <w:p>
      <w:r>
        <w:rPr>
          <w:sz w:val="22"/>
        </w:rPr>
        <w:t xml:space="preserve">That's a fun one. I don't know why dental is showing up, but I have not done any. I did it for pet. Take care, I don't need this. Anyways, video, audio, charts, tables, frames, grids and there's like sticker kits which this is quite exciting. Let's check out the rainbows. Hold on while Meg is distracted for a second because I did not realize this was here. Non binary of your business. </w:t>
        <w:br/>
      </w:r>
    </w:p>
    <w:p>
      <w:r>
        <w:rPr>
          <w:sz w:val="22"/>
        </w:rPr>
        <w:t xml:space="preserve">Non binary of your business. I use those rainbows for my last tshirt design. You're feeling their valid 1, so yeah, it's too cute to be since OK, forgive me geek, and I'm just OK. Anyways, back to the class I'm recording right now so frames frames are one of my favorite things because it makes it super easy to drop pictures into and not it just looks like I've slapped a picture on there. So this is a frame right here. So I'm going to delete that picture out because we do not want that curly Yorkie. We're going to find a different picture. So Stephanie, name a breed for me. </w:t>
        <w:br/>
      </w:r>
    </w:p>
    <w:p>
      <w:r>
        <w:rPr>
          <w:sz w:val="22"/>
        </w:rPr>
        <w:t xml:space="preserve">Ok, sure. Ok, So what I did is when I searched, we do that again because I did that fast. I searched cracker spaniel. It shows me graphics, it shows me photos, it shows me videos again, although that video, oh, I need that baby running. That's also not a Cocker, that's a Cavalier. But you know, canva is only as good as the people that add content. Ok, if they tag it as a Cavalier. Canvas not going to be like no that's not or sorry if can if they upload it saying hey this is a Cocker canvas going to be like OK they're not going to be like no it's a cabbie so do your due diligence. </w:t>
        <w:br/>
      </w:r>
    </w:p>
    <w:p>
      <w:r>
        <w:rPr>
          <w:sz w:val="22"/>
        </w:rPr>
        <w:t xml:space="preserve">So anyways so let's go and click see all we'll look at look at all of our pictures. I don't know about you but these are some I'm not going to judge but they certain. Let me see. Let me This is what I was imagining, So let me see if American Cocker Spaniel gives it. Ok that's a little better. So see if these are not. What is this? Ok so let's grab this one. Oh no. Its head is cut off. So this is a good example where we'd hit edit photo and crop. </w:t>
        <w:br/>
      </w:r>
    </w:p>
    <w:p>
      <w:r>
        <w:rPr>
          <w:sz w:val="22"/>
        </w:rPr>
        <w:t xml:space="preserve">Now we may not be able to save it just because it's such a weird shape. So we can mess with it. I don't know if I'm going to get it over far enough, but maybe so let's see. And I may change the rotating and I might not. I don't like that And it keeps it nice and transparent so you can see the image behind it and I know it gets cut off here I was just trying really hard to not have the ears get cut off. So go like that and click done and boom, now we have a pretty Cocker spaniel words. </w:t>
        <w:br/>
      </w:r>
    </w:p>
    <w:p>
      <w:r>
        <w:rPr>
          <w:sz w:val="22"/>
        </w:rPr>
        <w:t xml:space="preserve">I didn't think I'd be uttering, but, you know, all of these little guys are also frames. That's just very tiny, but we can change them very easily. I don't even have to delete the picture in them first. So give me other braids. Put you on the spot poodle poodle. Ok, so let's go over into here. see. But that's why you just you got to do your due diligence. Don't trust Canva to know. Ok, that dog though, right there, That is perf. Oh my God, I've never seen a more perfect dog. Ok, so I can just take this picture, brag it over the frame, and boom, it clicks right in. </w:t>
        <w:br/>
      </w:r>
    </w:p>
    <w:p>
      <w:r>
        <w:rPr>
          <w:sz w:val="22"/>
        </w:rPr>
        <w:t xml:space="preserve">Ok, two more. Let's have it. Westy, I know. It's just like all of a sudden it completely. You know what we're going to use the muddy faced one. There we go boom one more, one more. Like all dog breeds just melt from your brain, right Bouvier? Ok. See if that's going to. All right, Kianva. All right. I mean, then you have they tried. They tried so hard okay we'll stay up here. I'll stay up here because I feel like there we go. Although I'm like my uneducated self is like, is that a Bouvier or a Russian? I don't know. I think it's a Russian, too. </w:t>
        <w:br/>
      </w:r>
    </w:p>
    <w:p>
      <w:r>
        <w:rPr>
          <w:sz w:val="22"/>
        </w:rPr>
        <w:t xml:space="preserve">Dog book. Correct me if I'm wrong. I'm like, is there an actual boot? I mean, like that face looks right, but I would like one that isn't shaved. That's okay. We're going to run with it. We'll pretend you said Russian because I'm pretty sure that's a Russian. Yeah, that works. Anyhows, so that's very simple. But we can see we still have pink and that does not vibe. It's not past the vibe check. So I'm going to select all of these. You can see I have my color right here. And we're going to make them, I don't know, the hex code for your orange. </w:t>
        <w:br/>
      </w:r>
    </w:p>
    <w:p>
      <w:r>
        <w:rPr>
          <w:sz w:val="22"/>
        </w:rPr>
        <w:t xml:space="preserve">So I'm going to guess starting on that orange and it goes a little redder. We'll go like there. So there we go. Another super cool thing that's actually new to Canva is gradients. So I'm going to grab this background and show you guys that really quick. Remember how I said when you drop in photos, it'll grab the colors from the photo? You can see right here it's grabbing the colors from each photo, not every single last photo. But that would make it really easy for me to make something match a picture. </w:t>
        <w:br/>
      </w:r>
    </w:p>
    <w:p>
      <w:r>
        <w:rPr>
          <w:sz w:val="22"/>
        </w:rPr>
        <w:t xml:space="preserve">And that would work for a picture I uploaded as well. So if you're in the color screen, you Scroll down. There are gradients now, so we could make it be 3D and T. We're not because it doesn't fit the vibe and it you can see how because these kind of like the first one. Which one? This one is that one. That one. Wait, that one. No, the other one. Ok, that one. Ok, this one. Ok well then we're going to roll with it. So we will do it. </w:t>
        <w:br/>
      </w:r>
    </w:p>
    <w:p>
      <w:r>
        <w:rPr>
          <w:sz w:val="22"/>
        </w:rPr>
        <w:t xml:space="preserve">And actually it changed all which means all of these little shapes. Have that same gradient. Now something tells me I need to redo your graphics now. Yeah, yeah. Did I just add more work for myself? always. Ok, so obviously we still have a little purple. That's something that I would really probably just change to. Might be dark enough for white. They're not the words I put anyways, but you can kind of get an idea of what's going on here. </w:t>
        <w:br/>
      </w:r>
    </w:p>
    <w:p>
      <w:r>
        <w:rPr>
          <w:sz w:val="22"/>
        </w:rPr>
        <w:t xml:space="preserve">So if I wanted to add a picture, I can go into uploads and you can see all of my recent pictures. But it is something where you can just click upload files. It'll take you directly into my download screen here this is how much I know I can trust you guys. I can go over into my photos. There's Joe's tattoo. There's a cat I shaved, There's some dogs I've groomed. </w:t>
        <w:br/>
      </w:r>
    </w:p>
    <w:p>
      <w:r>
        <w:rPr>
          <w:sz w:val="22"/>
        </w:rPr>
        <w:t xml:space="preserve">That only works on Mac. Seem to be showing up for me, so I don't know if they'll be able to see it. Oh no that's right, it's because I only screen shared the one screen and that's showing a different screen. So but anyways, what it'll do is it'll pull up your downloads folder on your computer where you can navigate to wherever you saved pictures to use. You can do it from your phone as well if you have a MacBook and an iPhone like I do when I do that, I can actually grab pictures from my phone when I'm on my computer. </w:t>
        <w:br/>
      </w:r>
    </w:p>
    <w:p>
      <w:r>
        <w:rPr>
          <w:sz w:val="22"/>
        </w:rPr>
        <w:t xml:space="preserve">So if you're using an Android, it might be easier to upload the pictures in the Canva app on your phone and then maybe work with it on the computer. The text we kind of already went over because we've really just used the one font for the meditative grooming Academy. Groomer Academy. I need to change that, but there's several different like word art type stuff you can grab from the bottom here. The draw feature I never use because I am not good at it, but this is something I would recommend doing on an iPad or another tablet that has a stylus pen because it's literally about to mess everything up ready, literally drawing on the screen control Z. </w:t>
        <w:br/>
      </w:r>
    </w:p>
    <w:p>
      <w:r>
        <w:rPr>
          <w:sz w:val="22"/>
        </w:rPr>
        <w:t xml:space="preserve">It's not something I'm ever going to use because I draw well on paper. I do not draw well digitally. I haven't quite made that connection yet. And if I just say something, I've been playing with the draw feature, yeah, something I'm working on. And it is really nice. It like I like, was trying to trace like a basic shape off of, yeah, sure. And it's really nice because it'll smooth out your lines a little bit. You're drawing. Especially if you use that like top pen one, it'll kind of it in so it looks more like actual writing with a pen nice well, good to know. </w:t>
        <w:br/>
      </w:r>
    </w:p>
    <w:p>
      <w:r>
        <w:rPr>
          <w:sz w:val="22"/>
        </w:rPr>
        <w:t xml:space="preserve">I'll have to play around with it more. Something I definitely want to try on my iPad, where I can actually be like writing versus holding down my trackpad, because that's the thing too. I don't use a separate mouse. It might be easier with the mouse. Help me like everybody help me on if I do it on my phone, it's going to be a mess. I've such a tiny phone anyway, so projects, I mean it's just the same as before from the home screen where we'll show you all your folders, apps was the last thing in there. </w:t>
        <w:br/>
      </w:r>
    </w:p>
    <w:p>
      <w:r>
        <w:rPr>
          <w:sz w:val="22"/>
        </w:rPr>
        <w:t xml:space="preserve">So the different apps that I use, there are so many here. You can see the list just keeps going and going and going and going and going. Right there you are, but done. I haven't touched the majority of these because I just haven't needed to and haven't really wanted to mess with it. But it's something I should explore and you should explore too. The biggest things I like in here is I use Google Photo Album for my clients so easily share pictures back and forth. </w:t>
        <w:br/>
      </w:r>
    </w:p>
    <w:p>
      <w:r>
        <w:rPr>
          <w:sz w:val="22"/>
        </w:rPr>
        <w:t xml:space="preserve">So if I ever wanted to make my life a little bit easier, I could just link Google Photos here Actually, let's see, let's see. It's going to be annoying. Actually, it might. Let's see. Let's see. You guys are in this with me. Did it work? It did. Ok, so this just made my life monumentally easier because what I was doing before was going on my phone. Brandon, if I only have my phone and I want to work on my phone instead of my computer, actually that should work on my phone too. </w:t>
        <w:br/>
      </w:r>
    </w:p>
    <w:p>
      <w:r>
        <w:rPr>
          <w:sz w:val="22"/>
        </w:rPr>
        <w:t xml:space="preserve">I have these folders here that I share with my clients and they can just drop photos in and then I take them out. So this means I could literally, Are you serious? Look guys, I'm learning stuff right now. I can grab their pictures. Before, I was having to download them to my phone, move them to another folder, and then upload them to Canva. This just removed like all of those steps because boom, here's my Google photo drive, her photo albums right here. That's super cool. The other big one that I used, you could link directly to the Drive, YouTube if you want to embed things, GIFY if you want to add gifts. </w:t>
        <w:br/>
      </w:r>
    </w:p>
    <w:p>
      <w:r>
        <w:rPr>
          <w:sz w:val="22"/>
        </w:rPr>
        <w:t xml:space="preserve">I mean, there's a whole bunch of things I'm really curious about Bingo cards, so I'm going to have to look into that one. But we're running out of time here, so I don't want to go through everything, but this one is a big one for me. Qr code, so this is really cool. You can have you have it on the free version. I'm sure there's other like QR code creators, but because I'm always designing in canvas, it's just simpler for me. You can literally put we're going to do the same one that's over on my presentation. Elevation media.com generate code, boom. That code is going to take you directly to my website and it took me two seconds flat. </w:t>
        <w:br/>
      </w:r>
    </w:p>
    <w:p>
      <w:r>
        <w:rPr>
          <w:sz w:val="22"/>
        </w:rPr>
        <w:t xml:space="preserve">So that's super cool. One thing we did not do is we did not add. The logo, although I'm kind of like, OK, again, running out of time. So we're going to leave this here, We're going to bump back on over to here and we are going to present and come back into here. And This is why everybody needs to tell Barkley that I need 2 hours to get this class so we can explore more of Canva. Anyways, so campus is super incredible. You can tell I really love it. I'm not sponsored. I'm not. I'm very biased. </w:t>
        <w:br/>
      </w:r>
    </w:p>
    <w:p>
      <w:r>
        <w:rPr>
          <w:sz w:val="22"/>
        </w:rPr>
        <w:t xml:space="preserve">But I'm not sponsored. It's what I used to make clearly everything. My social media, graphics, presentations, signs, brochures, rap cards, like so many things. So yeah. Anyways, we have one last little section. I just want to give some pointers that'll both help. Create a new brand from scratch or strengthen your current brand. So first you want to make sure you have a good, clear, relevant logo. You want it to be legible, easily recognizable, and nothing too busy. You want it to be pretty clear, or at least get the gist across of what you're doing from your logo itself, your logo, and your name. </w:t>
        <w:br/>
      </w:r>
    </w:p>
    <w:p>
      <w:r>
        <w:rPr>
          <w:sz w:val="22"/>
        </w:rPr>
        <w:t xml:space="preserve">Because your name will be on your logo most likely. You want to choose a color scheme that is aesthetically pleasing to you and also matches the feel you're going for in your business, which I highly recommend using Canvas Brand Hub feature if you pay for it, pay for the subscription to help keep all of your colors, fonts, images and everything in an easy an easy reach to maintain that important consistency. </w:t>
        <w:br/>
      </w:r>
    </w:p>
    <w:p>
      <w:r>
        <w:rPr>
          <w:sz w:val="22"/>
        </w:rPr>
        <w:t xml:space="preserve">Lastly, just imagine what voice your business has. And try to both create designs and speak in that voice through your captions, whether you have a more formal tone or if you're more cutesy with emojis, which is usually what I vibe towards. Either way, whatever it is, figure out what you want your business's voice to be and maintain that. All of this will help you have a consistent social media presence, whether that is for your business or your grooming portfolio. So this would be the time I would take any questions. But as it is a recorded class, again, you can just text me or go to my link tree, contact me through one of the links there. </w:t>
        <w:br/>
      </w:r>
    </w:p>
    <w:p>
      <w:r>
        <w:rPr>
          <w:sz w:val="22"/>
        </w:rPr>
        <w:t xml:space="preserve">You can text me at two five three two nine four five zero two. Five yeah. So that brings us to the end of Elevate Your Business. With Canva, you're now equipped with basic color theory, knowledge and design concepts. Plus you now know how to use them to create a brand for your business. You should also feel a bit more comfortable with exploring and using CAMBA to help create social media images. </w:t>
        <w:br/>
      </w:r>
    </w:p>
    <w:p>
      <w:r>
        <w:rPr>
          <w:sz w:val="22"/>
        </w:rPr>
        <w:t xml:space="preserve">Like I said, this QR code goes to my link tree where you can reach out to me with any questions yeah so thank you everybody, for showing up to the summit. You're doing great and continuing on your education in this industry, and I hope you enjoy the rest of the summit. Ok so we will be back in a half hour. With the Marcia's strong workshop on tik tok. </w:t>
        <w:br/>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Page </w:t>
    </w:r>
    <w:r>
      <w:fldChar w:fldCharType="begin"/>
      <w:instrText xml:space="preserve">PAGE</w:instrText>
      <w:fldChar w:fldCharType="end"/>
    </w:r>
    <w:r>
      <w:t xml:space="preserve">/</w:t>
    </w:r>
    <w: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