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Emergency Preparedness</w:t>
      </w:r>
    </w:p>
    <w:p>
      <w:r>
        <w:rPr>
          <w:sz w:val="22"/>
        </w:rPr>
        <w:t xml:space="preserve">OK welcome to the second session of the May Business Summit. So this is actually one of my favorite classes, by the way. So Kate Classen, I love this class. All yours. All right, So what is this class that very love so much? It is emergency preparedness. This is a topic that I feel that a lot of people don't necessarily think about or want to think about. And of course, now my remote doesn't want to work. Oh, Mary, now my PowerPoint doesn't want to work. All right. Instead of the remote, use the arrow buttons on the on the keyboard. No, I am. It's frozen. I'm going to stop sharing, then I'm going to reshare. </w:t>
        <w:br/>
      </w:r>
    </w:p>
    <w:p>
      <w:r>
        <w:rPr>
          <w:sz w:val="22"/>
        </w:rPr>
        <w:t xml:space="preserve">There you go. All right, so let's do. It was doing just fine. Ok there we go. Now we're back. See, that's part of the emergency preparedness. How are you going to handle that? Ok so who am I? My name is Kate Clayson. I am the owner and operator of HELP, which stands for Human and Animal Emergency Lifeline Preparedness. Little bit about my background. I was a former first responder for about 20 years. I started out as a 9-1-1 dispatcher. I was also certified e m t and I was a police officer during those years. I trained dispatchers and then on the on the patrol side, I also taught at the police Academy. One of the things that I taught was CPR first aid. </w:t>
        <w:br/>
      </w:r>
    </w:p>
    <w:p>
      <w:r>
        <w:rPr>
          <w:sz w:val="22"/>
        </w:rPr>
        <w:t xml:space="preserve">So I come out to Arizona and open up my grooming salon because I was done working with people, at least I thought. And now. My own and operate balance pause as well. So you may have seen me in other seminars as balanced pause, but this is bringing all of it together because I've seen where there's a lack of emergency preparedness when it comes to learning what to do on the grooming side of things. So what do I mean by that? Well, let me ask you, are you prepared? And I want you to be really honest with yourself. Are you prepared for an emergency? And I asked that because sometimes I'll go into salons and I'll put them through scenario and there's always this false sense of security because they may have a first aid kit at station or they have some supplies or at least they think they have some supplies. </w:t>
        <w:br/>
      </w:r>
    </w:p>
    <w:p>
      <w:r>
        <w:rPr>
          <w:sz w:val="22"/>
        </w:rPr>
        <w:t xml:space="preserve">But not only am I going to ask you, are you prepared at the workplace? But think about this too, are you prepared at home as well? Are you prepared for these type of emergencies to happen? You know, because it's always the unexpected and it always seems like it's the worst of the worst, when really it it's the worst because of the fact that really sure what to do. So what kind of emergencies can happen in your environment? Let's talk about this salon, right. </w:t>
        <w:br/>
      </w:r>
    </w:p>
    <w:p>
      <w:r>
        <w:rPr>
          <w:sz w:val="22"/>
        </w:rPr>
        <w:t xml:space="preserve">So we work around stuff that. So many emergencies can happen and we don't think about that. We work with so equipment that can start on fire. We work with electronics, around water, sometimes we work with animals and moving objects with blades and scissors, and we have so many encounters that could happen. So think about those type of emergencies within your environment. Do you have the educational training to know what to do with that? You know, I go into these classes and sometimes you get half the class that does, sometimes you get half the class that doesn't. </w:t>
        <w:br/>
      </w:r>
    </w:p>
    <w:p>
      <w:r>
        <w:rPr>
          <w:sz w:val="22"/>
        </w:rPr>
        <w:t xml:space="preserve">Sometimes they have the human side, sometimes they have just the pet side. We're going to get into that just a little bit more. But do you have the educational training to know what to do? Do you have the proper equipment to handle an emergency situation? I love it when people are like, yeah, we got a first aid kit and I'm like, what's in your kit what? Or they say you know it's still wrapped up in the plastic. </w:t>
        <w:br/>
      </w:r>
    </w:p>
    <w:p>
      <w:r>
        <w:rPr>
          <w:sz w:val="22"/>
        </w:rPr>
        <w:t xml:space="preserve">Well that's not the time to start unwrapping the plastic and opening up that first aid kit to find out what you have to realize that you have mostly bandaids, right? So one of the things, and I know it sounds silly, but I always say is when you get your kit, open up the kit. Open the kit K and know what's in there and know how to use it. </w:t>
        <w:br/>
      </w:r>
    </w:p>
    <w:p>
      <w:r>
        <w:rPr>
          <w:sz w:val="22"/>
        </w:rPr>
        <w:t xml:space="preserve">Kind of like going to the gym and you go in there and you want to get all nice and fit and you go past the machines and you look and you say, I'm not sure how that one, I'm not sure how to use that one and so you walk right past it. So what's the point of having a gym membership? Same thing with a first aid kit. What's the point of having a first aid kit if you're not know if you don't know what to do with it? So are you aware of your local ordinances? Let's talk about the legal component. </w:t>
        <w:br/>
      </w:r>
    </w:p>
    <w:p>
      <w:r>
        <w:rPr>
          <w:sz w:val="22"/>
        </w:rPr>
        <w:t xml:space="preserve">Are we aware of what our codes are? What you're supposed to have? Do you have lighted exit signs? One of the things that I find that most people don't think about your fire extinguishers. Are they charged? You know, how old is that fire extinguisher? Does everybody know how to use it? I actually had a request for somebody that wanted me to come to their salon just to teach them like how to use a fire extinguisher. So it's great that we may have it because we need it by code, but do we know how to use this stuff and when to use it? Do you know your good? Laws within your state. </w:t>
        <w:br/>
      </w:r>
    </w:p>
    <w:p>
      <w:r>
        <w:rPr>
          <w:sz w:val="22"/>
        </w:rPr>
        <w:t xml:space="preserve">I'm surprised when I go out there and I travel and I ask this question, how many people don't understand or know what a Good Samaritan law is? So know what your Good Samaritan law is within your state. To give you a broad perspective here, most of them are worded the same but yet different. But basically your Good Samaritan law is saying that if you were to act. In an emergency situation, and you stay within the scope of your training that you're covered by law because we have implied consent, right? But we're not just dealing with people, we're dealing with animals. </w:t>
        <w:br/>
      </w:r>
    </w:p>
    <w:p>
      <w:r>
        <w:rPr>
          <w:sz w:val="22"/>
        </w:rPr>
        <w:t xml:space="preserve">So what is the Good Samaritan law for animals within your state? Is there a Good Samaritan law for animals? Where do we fall into play with that? What's our responsibility? What's our liability? And unfortunately, it's not something that I have enough time to really get into right now, but it is a really Gray area. Start looking up to see where you fall into that. Are you aware that OSHA has emergency plan requirements? Most people find when I go in there I get blank stairs. </w:t>
        <w:br/>
      </w:r>
    </w:p>
    <w:p>
      <w:r>
        <w:rPr>
          <w:sz w:val="22"/>
        </w:rPr>
        <w:t xml:space="preserve">They don't even know that that's a requirement. So what is OSHA actually require? A written oral emergency action plan and action plan must be in writing, kept in the workplace, and available to employees for review. However, an employee with 10 or fewer employees may communicate the plan orally to employees. So you don't have to have it writing, but you still have to have a plan. What are the minimum elements? Well you must have procedures for reporting a fire or other emergency, procedures for emergency evacuation, including the type of evacuation and exit route, procedures to be followed by employees, procedures to be followed by employees performing rescue or medical duties, and so on and so forth. </w:t>
        <w:br/>
      </w:r>
    </w:p>
    <w:p>
      <w:r>
        <w:rPr>
          <w:sz w:val="22"/>
        </w:rPr>
        <w:t xml:space="preserve">So you can definitely go on Osha's website, pull up emergency plan, and you'll be able to see everything that OSHA describes. But you must have an emergency plan in place. Now if you're an employee, I usually ask have you ever gone through this with your employer? And I and I find that most people will give me the answer of no, we need to start changing that. So what are the things that can happen? Well, let's just throw out just some of the things. Oka client comes in and drop off their dog or cat and they have a seizure in the lobby. Not the dog that has a seizure, but the person that has a seizure. </w:t>
        <w:br/>
      </w:r>
    </w:p>
    <w:p>
      <w:r>
        <w:rPr>
          <w:sz w:val="22"/>
        </w:rPr>
        <w:t xml:space="preserve">What if that person, that client comes in to drop off the dog, a cat, and they have a heart attack? Or what happens if they go into something like a diabetic reaction? Are you going to be able to recognize that and are you going to know what to do? What happens, guys, if it's a coworker, what happens if you've got a form, if you've got a coworker that's sitting there grimming a dog and all of a sudden they have a heart attack or they have a stroke right then and there? You know, we keep thinking that it's just happens to old people, but it happens at any age, at any time. </w:t>
        <w:br/>
      </w:r>
    </w:p>
    <w:p>
      <w:r>
        <w:rPr>
          <w:sz w:val="22"/>
        </w:rPr>
        <w:t xml:space="preserve">Do we know what to do with that? Does a client or coworker get bit by a dog or cat? Well, we do have that happen more often than not, but do you have the proper supplies on hand to be able to deal with that? What if a coworker or a client falls outside the shop and gets injured? What if their fire occurs in the shop or a van? What if you have a coworker that experiences electrical shock? And what about the natural disasters? Have you thought about the natural disasters that may occur in your area? Because when I was in the Midwest we used to do tornado drills. Now I'm in the in Southwest and now it's wildfires. </w:t>
        <w:br/>
      </w:r>
    </w:p>
    <w:p>
      <w:r>
        <w:rPr>
          <w:sz w:val="22"/>
        </w:rPr>
        <w:t xml:space="preserve">So get to know what kind of natural disasters could occur. When I was in the Midwest, I was working patrol one night and we had a Blizzard that came in and it came in so fast that we couldn't physically get to the locations. So usually natural disasters, the e, m s the first responders, they're not going to be able to get to you. So do you have supplies on hand to deal with that? So let's give you a little scenario here. A client enters into the salon lobby. You're able to see the lobby from your work area and look up to discover that a client laying motionless on the floor, he or she does not respond to your voice or touch. </w:t>
        <w:br/>
      </w:r>
    </w:p>
    <w:p>
      <w:r>
        <w:rPr>
          <w:sz w:val="22"/>
        </w:rPr>
        <w:t xml:space="preserve">What is the first step to do OK Hopefully you're sitting there going, ah, I'm just, I would just call 9-1-1 and that's good. You should call 9-1-1 But I like to tap on 9-1-1 because I think there's a lot of misconception out there. So 9-1-1 doing due to the fact that I used to be a 9-1-1 dispatcher, I can tell you how many times people would call, tell me what their emergency is and then start screaming at me because they want people to, they want the responders to get there, just get there. Why am I asking all these questions? Just get there. </w:t>
        <w:br/>
      </w:r>
    </w:p>
    <w:p>
      <w:r>
        <w:rPr>
          <w:sz w:val="22"/>
        </w:rPr>
        <w:t xml:space="preserve">Well, I am getting them there. So I find that, you know, not everybody's ever had to call them when in their lifetime. And that's great. I hope that you don't. But I want you to realize that if you do what the purpose of 9-1-1 is. So it's not only to get the emergencies responder to you, but the job of that dispatcher. Think about this. That dispatcher has to ask who went when we're high and why and everything else under the sun, because it's their job to paint the picture for that first responder. </w:t>
        <w:br/>
      </w:r>
    </w:p>
    <w:p>
      <w:r>
        <w:rPr>
          <w:sz w:val="22"/>
        </w:rPr>
        <w:t xml:space="preserve">So as I was a police officer versus a dispatcher, I am driving lights and sirens to the emergency and I have to sit here and think the whole time that I'm trying to get there as fast as I can. If it's an accident, what's the best route for me to come up on that accident if there's lane blockage? If it is a medical emergency, chances are highly likely I'm going to get there first. </w:t>
        <w:br/>
      </w:r>
    </w:p>
    <w:p>
      <w:r>
        <w:rPr>
          <w:sz w:val="22"/>
        </w:rPr>
        <w:t xml:space="preserve">So what can I do before them paramedics get there? If it's a house fire, you know, make sure that everybody's out of the house before fire department gets there. If it's a domestic situation, I even have to think about what direction and where I'm going to park and how tactical that's going to be. But I can only do that if the dispatcher lets me know all the proper information. So as you're on the phone, they're going to be asking you who went when, where, why and how. </w:t>
        <w:br/>
      </w:r>
    </w:p>
    <w:p>
      <w:r>
        <w:rPr>
          <w:sz w:val="22"/>
        </w:rPr>
        <w:t xml:space="preserve">Now there's also this misconception that automatically they're going to know exactly where you are because it's like on our cell phone phones well, I can tell exactly where. You know, my brother is at this very moment because I've got little tracker devices on my cell phone. Well, the cell phone is totally different than an 9-1-1 system. 9 one's 1 system is a trunk system, cell phone is a wireless system. So they have different technology. </w:t>
        <w:br/>
      </w:r>
    </w:p>
    <w:p>
      <w:r>
        <w:rPr>
          <w:sz w:val="22"/>
        </w:rPr>
        <w:t xml:space="preserve">It's getting better. I still go into the communication centers currently and get to see what type of stuff that they have on hand. The technology is better, but they still can't exactly pinpoint where you are. So that you've going to have to know your location, you're going to have to know your surroundings, You're going to have to describe that to them, OK that's part of 9-1-1 This is why when we train on the people side of things, we will sit there and say go direct somebody to call 9-1-1 and you start the training that you were prepared to do because 9-1-1 you're still wasting time. </w:t>
        <w:br/>
      </w:r>
    </w:p>
    <w:p>
      <w:r>
        <w:rPr>
          <w:sz w:val="22"/>
        </w:rPr>
        <w:t xml:space="preserve">We don't have time to waste. So what can we do before e m s? Arrives because on average on average, it's about before e m s is going to get there. So when the person is on the phone and they're getting all the instructions, what can you be doing instead of just standing there because you don't know what to do? There's so much that you can do. So this book here. No, you can't see it, but it's called Emergency First Aid Fundamentals. And I love this book. It's written by Michael Martin and he is a former paramedic. </w:t>
        <w:br/>
      </w:r>
    </w:p>
    <w:p>
      <w:r>
        <w:rPr>
          <w:sz w:val="22"/>
        </w:rPr>
        <w:t xml:space="preserve">But there is an excerpt in this book that I just love because it so describes everything and I've seen this for myself. So I'm going to explain this. He's talking about how he was on shift and him and his crew get a call for a heart attack. And they go and they operate on this person and they do everything textbook style and they still lose that client. </w:t>
        <w:br/>
      </w:r>
    </w:p>
    <w:p>
      <w:r>
        <w:rPr>
          <w:sz w:val="22"/>
        </w:rPr>
        <w:t xml:space="preserve">Ok Then two weeks later another shift on his department, another shift ends up getting inside call, They show up, do the same exact thing that his shift does and textbook style treatment and they end up saving the patient. But this is where I thought I got to read this to my classes, because this is really important to realize. But the difference had nothing to do with how our 2E MS Crews responded when we arrived at the respective scenes. The difference was what the bystanders did before we arrived on my scene. </w:t>
        <w:br/>
      </w:r>
    </w:p>
    <w:p>
      <w:r>
        <w:rPr>
          <w:sz w:val="22"/>
        </w:rPr>
        <w:t xml:space="preserve">The bystanders were unable or unwilling to begin CPR so my patient's heart remained idle for the 5 minutes between the time the call was made to the time that we started compressions. On the second scene, as one bystander call 9-1-1 other bystanders began to immediately provide heart and deep chest compressions. Those 5 minutes of bystander action or inaction were very likely made the difference between the two outcomes. While those two cases touched me personally, there are literally tens. Of cases every year where bystanders make the difference between life and death simply by bridging the gap between the start of the incident and the arrival of e m s on scene. </w:t>
        <w:br/>
      </w:r>
    </w:p>
    <w:p>
      <w:r>
        <w:rPr>
          <w:sz w:val="22"/>
        </w:rPr>
        <w:t xml:space="preserve">That is pretty powerful. And I can tell you from personal experience, it's 100 % right on. So what can we do before e m s arrives? We can certainly do a lot. We can save a life. So are you trying to respond? If you sit back and you say no, then I have to ask you why? Why are we not? And what I find when I go out there and I'm teaching is a lot of people will either have CPR first day on the pet side or people will have CPR for state on the human side. </w:t>
        <w:br/>
      </w:r>
    </w:p>
    <w:p>
      <w:r>
        <w:rPr>
          <w:sz w:val="22"/>
        </w:rPr>
        <w:t xml:space="preserve">But very rarely do I find people that have been trained in both. And yet we deal with people and pets every single day in day out. There's no reason that we shouldn't be trained in both. So the other aspect that I'll say in class is, you know, how many people have taken human CPR and they raise their hands. And I'll say, well, within the last two years, oh, all those hands go down. And then I hear, well, it's been like five years or it's been 10 years or it's been, you know, four years, whatever the case may be. </w:t>
        <w:br/>
      </w:r>
    </w:p>
    <w:p>
      <w:r>
        <w:rPr>
          <w:sz w:val="22"/>
        </w:rPr>
        <w:t xml:space="preserve">So I'm going to give you this scenario. A fellow employee collapses near you during a staff meeting. As a trained CPR provider, you move in to help you administer primary assessment and direct other employees to activate e, m s and you get the salons a e. D you look closely at the face and chest for breathing. He or she makes a brief gasping snore, so it remains still. What do you do next? If normal breathing is found, what is the next step? So there's two different answers, and there's two different responses responses to that question. </w:t>
        <w:br/>
      </w:r>
    </w:p>
    <w:p>
      <w:r>
        <w:rPr>
          <w:sz w:val="22"/>
        </w:rPr>
        <w:t xml:space="preserve">But unless you're trained, you're not going to pick up on that. Are you prepared for this type of emergency, true or false? Now I put that in there because if we don't use our training, we lose it. So for those of you that have taken human CPR first day, but it's been many years, if you can't answer that question, you lost it and you need to go get retrained. So it's not just a matter of training, it's a matter of staying up to date on your training and it's a matter of putting yourself through different scenarios so you know exactly what to do if this were to happen. </w:t>
        <w:br/>
      </w:r>
    </w:p>
    <w:p>
      <w:r>
        <w:rPr>
          <w:sz w:val="22"/>
        </w:rPr>
        <w:t xml:space="preserve">We work with animals, we need to remember that animals are first day needs to. And I think that it's getting more and more prevalent of our pet professionals getting trained in pet CPR first aid, which is fantastic. I think that's great. I think it should be mandatory. If we have hands on somebody else's animal, then we should be trained in CPR first aid. That should be a no brainer And yet we're still working into that concept, OK But again, that's just a small piece of the pie. </w:t>
        <w:br/>
      </w:r>
    </w:p>
    <w:p>
      <w:r>
        <w:rPr>
          <w:sz w:val="22"/>
        </w:rPr>
        <w:t xml:space="preserve">Being prepared for an emergency is a much bigger pie. So for pet emergencies, do you know how to assess vitals or do emergency pet assessments? Do you even know how to do a Wellness check? And how do you know what the vitals are to? To even look at an animal? To sit the back and say, you know what, this animal doesn't look right and check the vitals and then let that owner know. Guess what? We're not grooming them today. Because this and this and this doesn't look right. </w:t>
        <w:br/>
      </w:r>
    </w:p>
    <w:p>
      <w:r>
        <w:rPr>
          <w:sz w:val="22"/>
        </w:rPr>
        <w:t xml:space="preserve">Do you know how to perform CPR in a dog or cat? And if you say no, that's not good. We need to get out there. We need to get trained the assist in your hands. Let's go back to the legal components. And I'm telling you, if we get into the legal components, this is going to be saving you in the long run, first aid. Do you know how to do first aid? Well, most of us don't even realize that when we quicken ale, even that's considered first aid right do you have any emergency response plan with coworkers for pet emergencies? You know, one of the things that I do in my class when I when I do the handson class is that I have a weighted dog and I have people pick that weighted dog because what twenty thirty pounds feels like when it's dead weight versus when it's a dog that is conscious is completely different. </w:t>
        <w:br/>
      </w:r>
    </w:p>
    <w:p>
      <w:r>
        <w:rPr>
          <w:sz w:val="22"/>
        </w:rPr>
        <w:t xml:space="preserve">Thirty pounds is for most what I discovered. Most people think that feels like 50 pounds. Well, what happens if it is a fifty pound dog and now you have to sit there and get that unconscious dog out of the tub? And most of the time I hear, well, yeah, but I'll just take him to the vet. There's a vet that's right down the street. Well, that's a false sense of security because we have no idea what that's going to feel like when we don't have the assistance of that animal. So how are we going to get that animal? Into the vehicle to even get them to the vet. </w:t>
        <w:br/>
      </w:r>
    </w:p>
    <w:p>
      <w:r>
        <w:rPr>
          <w:sz w:val="22"/>
        </w:rPr>
        <w:t xml:space="preserve">It's just wasting time. There's so much that we can do that can either be the, you know, a survival mode or we lost the client mode because we don't know what to do. So ask yourself some other additional questions, because I see a lot of times in the pet industry, people are like this, right? When really, ultimately we should be like this. We should be networking with each other, we should be helping each other. Because I tell you what, if I end up having some sort of disaster that happens in my salon and I have to get the dogs out of here, where what am I going to do with them? Put them in my car? No, I am going to network with other pet professionals in my area and I'm going to say, hey, I'm coming up with my emergency plan. </w:t>
        <w:br/>
      </w:r>
    </w:p>
    <w:p>
      <w:r>
        <w:rPr>
          <w:sz w:val="22"/>
        </w:rPr>
        <w:t xml:space="preserve">So if something happens, this is typically how many dogs I have in my salon at one point in time. Do you have room in your facility that if I needed to, I'd be able to utilize that? That's the type of stuff that we need to start planning out. Do you have access to collect to client owner information so you can make notifications? You know, do you have a card system that you're grabbing a whole bunch of paperwork and you're walking out with? Do you have a computer system? If you walk out, do you have access externally to that computer system to be able to get the phone numbers to reach the clients? Do you just have one phone number on file, or do you have an alternative emergency contact info so we can try and get in touch with the owners? So these are things that we need to think about, which is why consent forms are so important, because on the people side of things, when I said that we had implied consent, when an emergency happens, we have that same implied consent when it comes to the animals. </w:t>
        <w:br/>
      </w:r>
    </w:p>
    <w:p>
      <w:r>
        <w:rPr>
          <w:sz w:val="22"/>
        </w:rPr>
        <w:t xml:space="preserve">So we have to get that permission from that owner. Do you have the animals information? Let's say, you know, a local kennel here. I didn't necessarily set up an emergency plan with them. They don't know me from Boo. I'm come running in. Hey, I had an emergency at my salon and I've got 10 dogs. Do you have, you know, capacity for that? And they want to help out. So they say, well, yeah, but now they want the records for that. Now they may seem like I'm being completely off the wall for that, but unfortunately I work with a nonprofit that we do emergency response and we'll still have rescues and boarding facilities that will ask for the animals information before they'll accept them in. </w:t>
        <w:br/>
      </w:r>
    </w:p>
    <w:p>
      <w:r>
        <w:rPr>
          <w:sz w:val="22"/>
        </w:rPr>
        <w:t xml:space="preserve">And so same thing happens if there's a natural disaster and people have to go to a shelter a lot of times they're not allowed in there with their animals and so other kennels and boarding facilities. You know, it depends on that stuffing and what the rules are. Some of them will sit here and ask for the info. Well, do we have that on hand? So that's something to think about, not only on the work side but on a personal side as well. All right, first aid kits. Well, we should always have those first aid kits on hand. </w:t>
        <w:br/>
      </w:r>
    </w:p>
    <w:p>
      <w:r>
        <w:rPr>
          <w:sz w:val="22"/>
        </w:rPr>
        <w:t xml:space="preserve">They should be opened, You should go through them. You should know exactly what's in them and exactly how to use that. Ok, so one of the things that I say about first case, because I get people all the time, they're like, what's the difference between a pet first aid kit and regular first aid kit? Well, there's really not a whole lot of difference. There's not special doggy guys. You can use gauze for humans or you can use the gauze for the animal. So there's a lot of stuff that are in these first aid kits that can apply for both. </w:t>
        <w:br/>
      </w:r>
    </w:p>
    <w:p>
      <w:r>
        <w:rPr>
          <w:sz w:val="22"/>
        </w:rPr>
        <w:t xml:space="preserve">So just make it a big first aid kit and apply extra things in there for the animals. So some of the things that I would say is emergency muzzles, extra leashes or collars, maybe a bowl, water treats, squeaky toy toy to get their attention sometimes. Pain sticks, tongue depressors, those you can use splints, but for the most part I always say you buy a first aid kit and think of that as a starter kit because you can never have enough supplies on hand, at least in my opinion, and make sure. If you use something out of your first aid kit that you go back and you replace it because you don't want to use a little something here, use a little something there and now you have a bigger emergency and your audit supplies. </w:t>
        <w:br/>
      </w:r>
    </w:p>
    <w:p>
      <w:r>
        <w:rPr>
          <w:sz w:val="22"/>
        </w:rPr>
        <w:t xml:space="preserve">So make that a habit and go through it at least once a year. Especially Depends on where you got to keep it. If you're keeping a first aid kit in your car, I've literally seen triangular benches just turn to powder because of the heat. Your vet wrap is going to lose some of its elasticity and stuff because of heat. So depending on where you're keeping a first aid kit, make sure you go through that at least once a year. Resupply, look things over, make sure things are still good to go. All right, do you have supplies on hand if you need to evacuate quick? Now on a personal side, I usually recommend an evacuation pack. </w:t>
        <w:br/>
      </w:r>
    </w:p>
    <w:p>
      <w:r>
        <w:rPr>
          <w:sz w:val="22"/>
        </w:rPr>
        <w:t xml:space="preserve">And which is minimum, they recommend three days worth of food, three days worth of water. But what if you're a salon? What if you're a salon? Okay so what if you're a salon and you have a natural disaster that happens and now you're stuck? Let's say it's a snowstorm and you can't leave and. Now you're stuck in there longer than anticipated. How much supplies do you have on hand to take care of the animals that are in your care? Do you have enough food? Do you have enough water? Do you have extra dishes? Do you have extra leashes? Do you have proper containment? Do you have proper sanitation? You know if you're a cat groomer, do you have litter boxes on hand and extra litter? One of the other things that I like to incorporate into an evacuation pack. </w:t>
        <w:br/>
      </w:r>
    </w:p>
    <w:p>
      <w:r>
        <w:rPr>
          <w:sz w:val="22"/>
        </w:rPr>
        <w:t xml:space="preserve">Because most people don't realize that if you got to grab it and you got to go, that you're not having time to sit here and pick through you know what you want to take with you. So in your evacuation pack, you should have copies of your insurance policy so you can contact your insurance people. You should have a copy of your identification, because if you can't grab a purse, then you've got no identification. You should carry cash. Or some sort of, maybe a different debit card and put that in there. </w:t>
        <w:br/>
      </w:r>
    </w:p>
    <w:p>
      <w:r>
        <w:rPr>
          <w:sz w:val="22"/>
        </w:rPr>
        <w:t xml:space="preserve">Because if you got to go, you don't have access to cash, right? So let's put this stuff in your bags. And if you're a salon owner, then you really need it, because you need to have access to that, to those supplies as well. So be throw this one at you. You're working and you're interrupted by someone banging on your door or window screaming. The building is on fire. Get out, Get out. You only have two minutes to spare. What would you do now? You may sit there and go. Clayson, come on, 2 minutes. </w:t>
        <w:br/>
      </w:r>
    </w:p>
    <w:p>
      <w:r>
        <w:rPr>
          <w:sz w:val="22"/>
        </w:rPr>
        <w:t xml:space="preserve">Let me give you a little fun fact. Every 34 seconds somewhere there's a residential fire that happens years ago. About 30 years ago, you had a 17 minutes to be able to get out of your house. But because of all the flammables that are used in building material, now we literally have two to three minutes. And that's no joke. I actually posted on one of my pages. Body Cam that an officer came up on a house that was on fire, banged on the door, did exactly this. And you'll see in that body Cam within 2 to 3 minutes that the whole back end of that house was on fire. </w:t>
        <w:br/>
      </w:r>
    </w:p>
    <w:p>
      <w:r>
        <w:rPr>
          <w:sz w:val="22"/>
        </w:rPr>
        <w:t xml:space="preserve">So I my shop is in a strip mall right now. Where I'm from, sprinklers are a must, but that's not going to stop the smoke from coming in here. I'm still going to have to evacuate them because of smoke inhalation, right? And to make sure that the fire doesn't creep in through. Whatever entryway that this building has, So I'm going to have to evacuate. I might not have the same type of fire damage, but I'm going to have to evacuate. So are you prepared for that? Might not be within your shop, but it could be some of the surrounding buildings around you that they're going to come in there and they're going to tell you got to go, you got to go now. </w:t>
        <w:br/>
      </w:r>
    </w:p>
    <w:p>
      <w:r>
        <w:rPr>
          <w:sz w:val="22"/>
        </w:rPr>
        <w:t xml:space="preserve">And you're not going to sit there and have time for you to sit there and go, well, wait a minute, wait a minute. I've got 10 dogs in the back and I only have 5 leashes. And well, where am I supposed to put these dogs? The firefighters don't care at that point. They want you out. They want you out. So be prepared for this type of emergency. Doesn't have to just happen within this one. So how can we prevent that maybe from happening within your salon? Well, we see this all the time. </w:t>
        <w:br/>
      </w:r>
    </w:p>
    <w:p>
      <w:r>
        <w:rPr>
          <w:sz w:val="22"/>
        </w:rPr>
        <w:t xml:space="preserve">We overload electrical outlets all the time. You know, got to be cognizant of that. Don't do that. Another thing too, you know, depending on where your equipment is it in a GFI outlet that's really important. Hopefully that will work where it'll pop it before something happens. But I've also seen those fail too. So it's not don't have that false sense of security. You know, do you have fire alarms that are in place? Unplug appliances and heating sources. You know, I don't know what break rooms are like in your grooming salon, but do you have crock pots? Do you have other heating sources? Unplug those appliances. </w:t>
        <w:br/>
      </w:r>
    </w:p>
    <w:p>
      <w:r>
        <w:rPr>
          <w:sz w:val="22"/>
        </w:rPr>
        <w:t xml:space="preserve">And as a firefighter's daughter, this is just been ingrained to me since I was a kid, so I think nothing of this I do. This is second nature, but. I also have employees that empty out the dryer for me and I've had like I go in there to change the load and it's like this thick on the screen and it drives me nuts. </w:t>
        <w:br/>
      </w:r>
    </w:p>
    <w:p>
      <w:r>
        <w:rPr>
          <w:sz w:val="22"/>
        </w:rPr>
        <w:t xml:space="preserve">You guys lint? Dryer lint. That's one of the major causes of fires. You know what else isn't a major cause of fire? Believe it or not, bathroom ceiling fans. They are not made to run longer than 15 minutes, so a lot of times those get left on. People walk away and those overheat, and they're one of the top causes of fires. So little things like this, we just need to pay attention, be cognizant of, so practice vacation skills at the workplace. It's not ridiculous. It's not no oh my gosh. Clayson, when are we going to do this? We don't have time for this. </w:t>
        <w:br/>
      </w:r>
    </w:p>
    <w:p>
      <w:r>
        <w:rPr>
          <w:sz w:val="22"/>
        </w:rPr>
        <w:t xml:space="preserve">You do have time for it. And whether that be that you do it as a mandatory monthly meeting, whether that be you do it in different shifts, you have to practice your evacuation skills because the more that you practice, the more you're going to know what to do, the more you're going to be successful when this actually happens. Now, I always get this, you know, like Clayson, why we got to practice this? Well, I don't know about you guys, but when i grew up where the school would do fire drills all the time, right? Maybe twice a year. </w:t>
        <w:br/>
      </w:r>
    </w:p>
    <w:p>
      <w:r>
        <w:rPr>
          <w:sz w:val="22"/>
        </w:rPr>
        <w:t xml:space="preserve">And in those fire drills, we would have to evacuate the classroom, evacuate the school standing outside. Teachers would have to do what they were supposed to be practicing as far as head counts. And then when we got the okay, everybody went back in and guess what? That was just an alarm. Where I came from, we did that for tornado drills because that was a common natural disaster from what I've heard from people that lived out West in California, you know, they would do earthquake drills. </w:t>
        <w:br/>
      </w:r>
    </w:p>
    <w:p>
      <w:r>
        <w:rPr>
          <w:sz w:val="22"/>
        </w:rPr>
        <w:t xml:space="preserve">So here we are. We grow up doing these type of drills. We don't. I didn't think anything of it when I was a kid. Here's another drill, right? We don't think anything of it now if that was an actual fire, because of the fact that we did those drills, us as kids wouldn't get all crazy about it because we're so used to practicing it. We would just here we go and go out again, right? So why do we forget to do this? Why do we think that this is ridiculous to practice this in the workplace? So practices fire drills, practice placing pets into carriers and transporting. Know where pets might hide when stressed or scared. </w:t>
        <w:br/>
      </w:r>
    </w:p>
    <w:p>
      <w:r>
        <w:rPr>
          <w:sz w:val="22"/>
        </w:rPr>
        <w:t xml:space="preserve">My recommendation for that, especially if you are at home, is to take that smoke detector that you're supposed to do your monthly test on, Press that button, and when that smoke detector goes off, typically you're going to see how the animals react to that. I have one dog that completely shakes and she goes and hides. And then I have my other dogs where they get nervous, but they don't necessarily go and hide. When that happens, I can see how she's going to react and where her hiding places are going to be. </w:t>
        <w:br/>
      </w:r>
    </w:p>
    <w:p>
      <w:r>
        <w:rPr>
          <w:sz w:val="22"/>
        </w:rPr>
        <w:t xml:space="preserve">So if that were to actually happen and be for real drill, I will be able to know where I need to go to start looking for her. So practice that type of stuff. Cats, practice removing them and putting them into carriers. You know, I don't do cat grooming, so I don't necessarily have to worry about that. Those of you that are brave and your cat groomers practice evacuating with the cats because they're not going to be easy. Have your entire staff practice evacuating properly and make sure that you do it as a team effort. So then you know Susie is responsible for a b and c and jackie is responsible for e d and f and so forth that you have a system in place. </w:t>
        <w:br/>
      </w:r>
    </w:p>
    <w:p>
      <w:r>
        <w:rPr>
          <w:sz w:val="22"/>
        </w:rPr>
        <w:t xml:space="preserve">If you can't locate a pet during a fire, notify the firefighters guys. Do not go back inside to try and be a savior. Just don't. All right, so now that we've had the emergency happen, now we have what I like to tap on with the critical incident, the aftermath, OK Because I go on these forums and I see these things happen and I see people that, you know, they had a dog die on their table and they'll sit back and. They'll express themselves and people will come back and be like, wow, it's just part of the job. </w:t>
        <w:br/>
      </w:r>
    </w:p>
    <w:p>
      <w:r>
        <w:rPr>
          <w:sz w:val="22"/>
        </w:rPr>
        <w:t xml:space="preserve">Don't worry, you didn't do anything wrong. You know, just sorry that happened. But just know that there's nothing more that you can do and just get over it. Well, that's not going to work because it's some point, it's going to come out some other way, right? So there's Critical Incident, Aftermath, and there's many aspects of Critical Incident at the Aftermath. I like tapping on this because of the fact that physiologically and mentally, it does affect you. </w:t>
        <w:br/>
      </w:r>
    </w:p>
    <w:p>
      <w:r>
        <w:rPr>
          <w:sz w:val="22"/>
        </w:rPr>
        <w:t xml:space="preserve">And you know what? You're normal. If that happens, you're normal and if you want to talk about it. That's OK You should talk about it. You don't want to just suck it up, buttercup, and go on with it. We need to address this stuff because if we don't, then it's going to come out later and it's going to come out in other behaviors. So one of the things that the World Organization, World Health Organization does point out is that research indicates that a range of factors can modulate its effects and recovery. </w:t>
        <w:br/>
      </w:r>
    </w:p>
    <w:p>
      <w:r>
        <w:rPr>
          <w:sz w:val="22"/>
        </w:rPr>
        <w:t xml:space="preserve">For example, primary measures such as prior stress management training and secondary measures such as peer support have shown to have positive effect. So you know what? If we practice what to do in an emergency beforehand, that's kind of stress management there, right? Because now it's not so scary. And unfortunately, I think that emergency training, many people get put off by that because they get scared by it because it's a fruit factor. Well, it shouldn't be scary and it doesn't have to be scary if we know what to do. </w:t>
        <w:br/>
      </w:r>
    </w:p>
    <w:p>
      <w:r>
        <w:rPr>
          <w:sz w:val="22"/>
        </w:rPr>
        <w:t xml:space="preserve">So prior stress management and secondary measures is peer support guys, that means that us. We need to be each other's peer support, right? So instead of just telling them to suck it up, buttercup, you know what? Let's talk to each other. Because we all, at some point in our careers may go through some sort of incident, whether that be you cut an ear or you cut a tongue. A dog dies on your table, a dog dies in the tub, or you have something more major. </w:t>
        <w:br/>
      </w:r>
    </w:p>
    <w:p>
      <w:r>
        <w:rPr>
          <w:sz w:val="22"/>
        </w:rPr>
        <w:t xml:space="preserve">You know, I was doing a seminar and somebody came up to me and said that somebody drove through the shop, like, literally drove the car through the shop. Now, I just posted a video on my personal page showing the same thing happened at a doggy daycare. You know, that's not something that, you know, how many people are going to sit there and say, well, I've been doing this for 35 years and I've never had a problem. </w:t>
        <w:br/>
      </w:r>
    </w:p>
    <w:p>
      <w:r>
        <w:rPr>
          <w:sz w:val="22"/>
        </w:rPr>
        <w:t xml:space="preserve">Well, you think, you know, those people were expecting that to happen. Probably some of them were doing it for 50 years, right? It's just there's this concept and this idea that just because it's not happening. For the last 30 years that it's never going to happen. It can happen at any point in time. So let's get together, let's talk about it, Let's be supportive of each other when this type of stuff happens. </w:t>
        <w:br/>
      </w:r>
    </w:p>
    <w:p>
      <w:r>
        <w:rPr>
          <w:sz w:val="22"/>
        </w:rPr>
        <w:t xml:space="preserve">Because I said if it doesn't, it's going to come out in other ways. So we're going to see it come out in the physical aspects of it because physiologically we do go through changes, right? Stress changes our body cognitive. You know, this is where there's a lot of people with PTSD Guess what? Forget a lot of things. You know, that old concept of, you know, walking into a room and going, oh, what did I get in here for? What was I going to get? That's not just old age. </w:t>
        <w:br/>
      </w:r>
    </w:p>
    <w:p>
      <w:r>
        <w:rPr>
          <w:sz w:val="22"/>
        </w:rPr>
        <w:t xml:space="preserve">Sometimes that's trauma response, emotional. You know, you're going to have grief and fear and guilt. You know, what more could I have done? You're going to have irritability. You're going to have chronic anxiety. And behavioral issues. This is when we start to see maybe some antisocial behavior or increased alcohol consumption or other consumption as well. So instead of packing it in and getting to that point, let's have some peer support, let's be our own peer support group. The other aspect of aftermath? Okay and I'm finding this more and more when I'm doing the nonprofit work, inflation is going up and people are not changing their insurance policies. </w:t>
        <w:br/>
      </w:r>
    </w:p>
    <w:p>
      <w:r>
        <w:rPr>
          <w:sz w:val="22"/>
        </w:rPr>
        <w:t xml:space="preserve">And so there's that whole after effect after the emergency happens. Now we have to contact the insurance company. Let's say it's a dog bite to an employee. You've got your workman's comp. There's, you know, at what aspect are you liable for it? There's so many things that happen after the fact. You know, if it's a fire, who you call on the board up the building because fire department doesn't do that. They just come out and put the fire and then they leave. So who's going to come out and board up the building? How do you contact your insurance company? What I'm finding is that because inflation is going up, the cost of materials and everything else is going up, the people aren't calling the insurance companies to restructure their policy to be able to cover that. </w:t>
        <w:br/>
      </w:r>
    </w:p>
    <w:p>
      <w:r>
        <w:rPr>
          <w:sz w:val="22"/>
        </w:rPr>
        <w:t xml:space="preserve">So they contact their insurance policy to come to find out that, well, guess what, it's not being covered because they didn't change it to keep up with inflation. So really look over your insurance policies as well because you're going to have to deal with that on the aftermath side. So what do we discuss this hour? Well, I feel like we discussed a lot and I can go into it even more, but. This hopefully will give you an idea of some of the things that you really need to start thinking about. So when it comes to emergency preparedness, don't blow it off. </w:t>
        <w:br/>
      </w:r>
    </w:p>
    <w:p>
      <w:r>
        <w:rPr>
          <w:sz w:val="22"/>
        </w:rPr>
        <w:t xml:space="preserve">This is probably one of the most important classes that you can take overall. So let's pay attention to what we need to do. The thing is, most people will be afraid when it comes to being prepared and in the emergency side of things. You guys, don't be afraid. One of my favorite things to say now is when you train for that emergency, you are actually giving yourself the power to be empowered in that moment. Because instead of freezing and not knowing what to do, you're going to know exactly what to do. </w:t>
        <w:br/>
      </w:r>
    </w:p>
    <w:p>
      <w:r>
        <w:rPr>
          <w:sz w:val="22"/>
        </w:rPr>
        <w:t xml:space="preserve">You're going to go into it. And when those seconds count, you're going to be able to either save a life, or save your own life, or save your shop, or do what you need to do to have a better outcome. So don't be afraid. Get out there and learn it. Empower yourself to be empowered. So thank you and here is my information. So if you have any questions about your emergency preparedness plan, give me a call. </w:t>
        <w:br/>
      </w:r>
    </w:p>
    <w:p>
      <w:r>
        <w:rPr>
          <w:sz w:val="22"/>
        </w:rPr>
        <w:t xml:space="preserve">There is my website. I do classes. I'm getting more and more together here to be able to offer more consultations. So don't be afraid to reach out. I'm here as a resource. Oki just want to make. Sort of a real estate, one of your points, right? So there was a movie called Kindergarten Cop with Arnold Schwarzenegger, and there was a scene in which the fire bell rang, OK And he just ran outside screaming with the kids. So everybody else was nice and orderly. Those kids, they were like, yeah, he was like carrying some of them. It was pretty funny. I don't remember that yeah no, now I'm going to have to pull up that scene because it makes a perfect point, right? It does. </w:t>
        <w:br/>
      </w:r>
    </w:p>
    <w:p>
      <w:r>
        <w:rPr>
          <w:sz w:val="22"/>
        </w:rPr>
        <w:t xml:space="preserve">It really does. Is that how important it is to practice and honestly, if you, if you sit and think about it, when we did the fire drills in school. How long did it really take to do that when we did that? Well, I mean, it depends on how big the school was and the students, but maybe about less than an hour and I think even less than that. So small elementary school, so only has six grades, maybe two classes each. </w:t>
        <w:br/>
      </w:r>
    </w:p>
    <w:p>
      <w:r>
        <w:rPr>
          <w:sz w:val="22"/>
        </w:rPr>
        <w:t xml:space="preserve">I'm pretty sure we were back in the class within a half hour yeah. Yeah, like I said, it depends on the school and everything. But that's why I was just like, you know, when you think about it, guys, we we've been doing this since we were kids. This has just been something that's always been practiced. So why all of a sudden now we become adults? And it's like, well, this hasn't happened in 20 years, so everything's good to go. Well, it's not good to go. I mean, we don't know. We can't predict when this is going to happen, All right? Angie does it monthly with her, with her shop, takes her 10 minutes yeah. </w:t>
        <w:br/>
      </w:r>
    </w:p>
    <w:p>
      <w:r>
        <w:rPr>
          <w:sz w:val="22"/>
        </w:rPr>
        <w:t xml:space="preserve">And really ultimately it should only take about you know maybe the most 30 because maybe you've got new employees that are coming in and now they have to get their assignments as far as what part they play when the emergency happens. But my other my other thing too that I that I always say, you know one of the reasons that I do in person trainings and put you through scenarios is not because I want to be like you didn't know. That is because of the fact that I want them to know how they're going to react because a lot of people haven't had to respond to an emergency. And that's great. I hope that they never do. </w:t>
        <w:br/>
      </w:r>
    </w:p>
    <w:p>
      <w:r>
        <w:rPr>
          <w:sz w:val="22"/>
        </w:rPr>
        <w:t xml:space="preserve">But I don't want them in that moment to realize, guess what, I'm a person that just freezes. Now i don't. It's not the time to figure that out. So This is why going through those practices is even more important, because. It will allow you to see how you react when the adrenaline kicks in. And mobile groomers, We're not immune from this. Because we don't have a shot, no, because what are you going to do if there's a fire in the van? Or what are you going to do if your engine cuts fire and you're traveling? Or if your generator catches fire while you're grooming, or when you see an accident or you were involved in accident? Or here's a no scenario too. </w:t>
        <w:br/>
      </w:r>
    </w:p>
    <w:p>
      <w:r>
        <w:rPr>
          <w:sz w:val="22"/>
        </w:rPr>
        <w:t xml:space="preserve">So if I'm in somebody's driveway and the fire department comes, tells me to leave because the neighbors propane tank is leaking, right? Owners are not home. What is your plan? Well, and that's the other aspect of it. You know this goes for home groomers as well because even though the clients may be inside the house, what happens? Ok so the body Cam. Video that I had posted on my on my Facebook page, you know, that's an officer that saw a fire was on the in on the backside of the house. Well, what happens if you're a home groomer and you're in there and you're grooming the dog and you get that knock on the door that says you guys need to get out, you guys need to get out now not only are you dealing with your own emergency response, but now you're going to be dealing with it with the homeowners as well. </w:t>
        <w:br/>
      </w:r>
    </w:p>
    <w:p>
      <w:r>
        <w:rPr>
          <w:sz w:val="22"/>
        </w:rPr>
        <w:t xml:space="preserve">Are you prepared for that? And it really ultimately, if you're a home groomer, are you walking in with a first aid kit? Are you just assuming that the homeowners have one? So it doesn't matter if you own a salon, doesn't matter if you're mobile, it doesn't matter if you're a home groomer. There's preparedness on all aspects of it. It's just that we don't think about it because we just take our day to get day for granted. So this is where taking an emergency preparedness class will make you go. </w:t>
        <w:br/>
      </w:r>
    </w:p>
    <w:p>
      <w:r>
        <w:rPr>
          <w:sz w:val="22"/>
        </w:rPr>
        <w:t xml:space="preserve">Oh, and you might not think about some of the things that I may point out because you don't have an emergency background. And that's fine. That's why coming out here and ensuring my experience is important for you guys, because I don't watch. I don't want you to have to experience that. I had to experience it, and now I'm just going to share it with you so you don't have to. Oh, and by the way, I ordered the book. It'll be here in two days. awesome. Ok, so we are little 15. After the hour, we will be back at the top of the hour with Amanda Layton. </w:t>
        <w:br/>
      </w:r>
    </w:p>
    <w:p>
      <w:r>
        <w:rPr>
          <w:sz w:val="22"/>
        </w:rPr>
        <w:t xml:space="preserve">So we'll see everybody. In 45 minutes.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