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Grow Your Business With TikTok</w:t>
      </w:r>
    </w:p>
    <w:p>
      <w:r>
        <w:rPr>
          <w:sz w:val="22"/>
        </w:rPr>
        <w:t xml:space="preserve">Okay, everybody. Welcome to the last session of the first day of the Business Summit for Positive Educational Training. I hope if you're watching this later, that you did enjoy your Memorial Day, All right? Because we did not have any barbecues here. So the last session is going to be on tick tock with. Marcia strong so, Marcia, it's all yours. All right? hello. Well, bye. Well, hi, everybody. Welcome, welcome. Thanks for being here. I'm Marcia, and I'm here to teach you how to make money through social media. Just doing whatever you're already doing every day in your salon. I have been a rumor for roughly 14 years. I'm a certified master stylist and I'm a certifier for the Canadian professional pet stylist, which is. </w:t>
        <w:br/>
      </w:r>
    </w:p>
    <w:p>
      <w:r>
        <w:rPr>
          <w:sz w:val="22"/>
        </w:rPr>
        <w:t xml:space="preserve">Our only legal board in Canada, so. But you probably don't know any of that. You probably know me from my silly Internet videos, my tik tok videos my instagram reels. That sort of stuff, and I have a blast with it. I started doing it because I wanted to make other groomers feel like they weren't alone, like we were all experiencing the same things, and to also poke a little bit of fun at it and make it lighthearted and make everybody laugh a little bit. </w:t>
        <w:br/>
      </w:r>
    </w:p>
    <w:p>
      <w:r>
        <w:rPr>
          <w:sz w:val="22"/>
        </w:rPr>
        <w:t xml:space="preserve">So I'd like to teach you how to do that as well. I love seeing when people tag me in their reels and. You know, maybe they took an idea from me and they made it their own and then I get tagged in it just brightens my day up so much So the more people that I can get on board doing this, the better. All right, I have written everything out here. I'm going to try and keep this short and sweet and I'm going to try and get as much information packed into this for you as possible. We are going to talk about how to create content, what sort of content to create, what apps to use to make it. </w:t>
        <w:br/>
      </w:r>
    </w:p>
    <w:p>
      <w:r>
        <w:rPr>
          <w:sz w:val="22"/>
        </w:rPr>
        <w:t xml:space="preserve">Where to post it, when to post it, how to post it. And we're also going to focus heavily on what to do with your Internet trolls and then the big part is how do we profit from this financially. So tik tok is different depending on where you live. I'm Canadian, so I don't get paid per views. Americans, you guys get paid per views. You're going to have to research that on your own to see state to state. How that works for you, Canadians and Australians, we don't get paid for that. </w:t>
        <w:br/>
      </w:r>
    </w:p>
    <w:p>
      <w:r>
        <w:rPr>
          <w:sz w:val="22"/>
        </w:rPr>
        <w:t xml:space="preserve">We heavily rely on brand deals and I'm going to get into that a little bit later. I need to stay on track or else we're not going to get anything accomplished. So if you don't already have content and you're kind of confused about how to start making it, just start. Just take whatever little silly idea is in your head and put it into a video and post it and see what happens. It can be a little bit scary, but for the most part it's gonna go out to other dog groomers, especially if you're posting dog groomer stuff and we're all pretty supportive of one another and. </w:t>
        <w:br/>
      </w:r>
    </w:p>
    <w:p>
      <w:r>
        <w:rPr>
          <w:sz w:val="22"/>
        </w:rPr>
        <w:t xml:space="preserve">The app that I use the most is Cap Cut. I used to really heavily edit everything in the tik tok app, but I have found that Cap Cut is much easier. I'm not going to get super into how to use Cap Cut because I could do an entire hour long seminar on that, but in Cap Cut you have you can take an hour long video and condense it down into 3 minutes. </w:t>
        <w:br/>
      </w:r>
    </w:p>
    <w:p>
      <w:r>
        <w:rPr>
          <w:sz w:val="22"/>
        </w:rPr>
        <w:t xml:space="preserve">You can zoom in, you can zoom out, you can add sounds, you can add music, you can add audio, you can do voiceovers, you can incorporate pictures and stickers and all sorts of things. So Cap Cut is free. It is a really good app to use to edit your content and then you can also post that anywhere because when you post your videos to tik tok will put a watermark on it and. When you take that video and you post it other places, other platforms are going to see that watermark and they're actually going to block that content from being shared around to people. </w:t>
        <w:br/>
      </w:r>
    </w:p>
    <w:p>
      <w:r>
        <w:rPr>
          <w:sz w:val="22"/>
        </w:rPr>
        <w:t xml:space="preserve">So you want to take the watermarks off of your tik tok videos, and with Cap Cut you're not going to have that issue. If you are editing in tik tok, you can use a website called. Snap tick and it will take your watermarks off and then you can share them across other platforms. Recycle man, recycle your content. We are dog groomers. We're working hard. We don't have a lot of extra time to make all of these reels and these videos. Most of my videos are made. Within the 1st 10 minutes of my day while I am waiting for customers, while I still kind of look all right, while my hair isn't a complete mess. </w:t>
        <w:br/>
      </w:r>
    </w:p>
    <w:p>
      <w:r>
        <w:rPr>
          <w:sz w:val="22"/>
        </w:rPr>
        <w:t xml:space="preserve">While my eyebrows are still on my face and not dripping down into my eyes from dog water after being shook on all day. So most of my reels and my videos are made within the 1st 10 to 15 minutes of my day and then I post them. Maybe I'll post it on Instagram that day and then a couple days later I'll post that same video to tik tok and. To just kind of recycle them through the different platforms and you can also see where certain content does better. </w:t>
        <w:br/>
      </w:r>
    </w:p>
    <w:p>
      <w:r>
        <w:rPr>
          <w:sz w:val="22"/>
        </w:rPr>
        <w:t xml:space="preserve">You know, Instagram still kind of has that whole like bougie atmosphere. People want to see you being fancy and whatever, whereas tik tok is kind of like just more fun. People want to see your messy house. They want to see your messy life. They want you to make them feel normal. And yeah, it's not super bougie over there, so. Some content will do better on some platforms, other content will do better on other platforms. So, and when I do original content, which means I'm not using a voiceover sound, I'm not using a sound that somebody else created. This is a skit that I came up with in my head, and it's just the mess that has jumbled around in there all day. </w:t>
        <w:br/>
      </w:r>
    </w:p>
    <w:p>
      <w:r>
        <w:rPr>
          <w:sz w:val="22"/>
        </w:rPr>
        <w:t xml:space="preserve">And then I blurted out into a video that tends to do better for me than if I'm just kind of doing a voiceover or whatever so you just have to see. You have to find out what's gonna work best for you. And I'm just gonna double check here and make sure they're not getting too off topic, because that will happen. Ok. Sorry about that. In the background. It's a beautiful day here. So people are gonna be driving their motorcycles and their loud cars. So how to figure out what kind of content you wanna create? I'm gonna assume that most of you are here because you wanted. Share your dog grooming journey with the rest of the world. </w:t>
        <w:br/>
      </w:r>
    </w:p>
    <w:p>
      <w:r>
        <w:rPr>
          <w:sz w:val="22"/>
        </w:rPr>
        <w:t xml:space="preserve">You can make any kind of content you want, but for the most part, you can either show cute videos of your dogs in your salon or you can do like cute little voice overs with them of what they'd be thinking you can do educational videos. Educational videos are huge, and they're actually really on the upswing for what's popular and what people want to see. A lot of people go to tik tok to learn how to, like, live their lives. So if you're posting education on there, that is awesome. </w:t>
        <w:br/>
      </w:r>
    </w:p>
    <w:p>
      <w:r>
        <w:rPr>
          <w:sz w:val="22"/>
        </w:rPr>
        <w:t xml:space="preserve">And another thing with tik tok is people really want to see you as a person. They don't want to see you as a salesperson. They don't want to see you as this fancy person that they can't relate to. So you can show people the good, the bad, the ugly of your life. I mean, don't only show them so much, keep them at an arm's distance. But your viewers do want to see that you are a person just like them, and interact with them in your comments. </w:t>
        <w:br/>
      </w:r>
    </w:p>
    <w:p>
      <w:r>
        <w:rPr>
          <w:sz w:val="22"/>
        </w:rPr>
        <w:t xml:space="preserve">So I'll usually post a video to tik tok. I'll wait 10 minutes. Maybe I get one comment, maybe I get 2, maybe I get 100 And then I'll sit there for about 1520 minutes and I'll reply to certain comments, especially if I see somebody who comments a lot on my videos. I'll make sure to reply to their comments and then people feel seen and I like a lot of my viewers, I like interacting with people. It's mostly dog groomers. So we have a little chitchat. It's really good if you can get a lot of people talking about something in your comments, if you can get people bantering back and forth. The more comments, the more likes your video gets, the more it's going to get pushed around the algorithm and that's what you want to get the views, you want to get people talking about it. </w:t>
        <w:br/>
      </w:r>
    </w:p>
    <w:p>
      <w:r>
        <w:rPr>
          <w:sz w:val="22"/>
        </w:rPr>
        <w:t xml:space="preserve">Because then people follow you. And then that's how you grow your numbers. And then that's how you become an influencer. And that's how companies start asking you to advertise for them. And you get the views. And as Americans, you get paid for the views. So I have it in point form. Figure out what type of content you want to create and then just create it. </w:t>
        <w:br/>
      </w:r>
    </w:p>
    <w:p>
      <w:r>
        <w:rPr>
          <w:sz w:val="22"/>
        </w:rPr>
        <w:t xml:space="preserve">Ok? See what types of videos land the best for you. If your voiceovers land the best, just keep doing those. Make simple reels. Find cute sounds. Take those sounds or do the trends. Do the little cute dance trends or the voice over trends and incorporate those into your daily life and what kind of content you're creating. Put your own personal spin on it. That's a really easy way to make content. You don't have to think about it. You're just saying the words right that in this way you're going to find your target audience. Make consistent content. And this I really need to practice what I preach because I get burnt out. </w:t>
        <w:br/>
      </w:r>
    </w:p>
    <w:p>
      <w:r>
        <w:rPr>
          <w:sz w:val="22"/>
        </w:rPr>
        <w:t xml:space="preserve">We all get burnt out, you know? And when you're not posting consistent content, you fall off of that for you page or off of those Instagram real pages. And people forget really quickly, just as fast as they follow you, they unfollow you and you don't really need to be worried about that, but you want to be posting consistent content. So people come to your page. They want to know what to expect. This is really rare. I need to practice what I preach because a lot of the times I am all over the place. I'm just posting whatever I want. But that's why I am not as big as Girl with the dogs Vanessa. </w:t>
        <w:br/>
      </w:r>
    </w:p>
    <w:p>
      <w:r>
        <w:rPr>
          <w:sz w:val="22"/>
        </w:rPr>
        <w:t xml:space="preserve">Her platform is huge. She's retired from grooming completely. Tiktok pays her like, I won't tell you how much Tiktok pays her to do a live stream, but it's a lot. And she's posting consistent content that's pretty much exactly the same daily. And she does really good with it. I don't have a whole lot of fun doing that. And I like to keep the fun in social media. So same with Dogs by Logan. When you go to Dogs by Logan, he's killing it. Like, but when you go to him, you know you're going to get a video of him grooming a cute dog with some snarky little voice over that he's come up with. </w:t>
        <w:br/>
      </w:r>
    </w:p>
    <w:p>
      <w:r>
        <w:rPr>
          <w:sz w:val="22"/>
        </w:rPr>
        <w:t xml:space="preserve">It's going to make you laugh and it's going to be the same every single video, every single time. So that's a really good point. Be consistent with your content, post videos on a regular basis. Ok, now I'm going to get into how to film and record your videos. I've already talked to you a little bit about that. How I used to use the tik tok app but now I use Cap Cut and tik tok prefers when you record in their app. Believe it or not but I just find Cap Cut to be so much easier because you can just literally leave your phone recording all day and then take those videos and edit them down into a 3 minute clip. </w:t>
        <w:br/>
      </w:r>
    </w:p>
    <w:p>
      <w:r>
        <w:rPr>
          <w:sz w:val="22"/>
        </w:rPr>
        <w:t xml:space="preserve">Whereas tik tok you have to like press record for us record. Time it out this and that. You only get 3 minutes of recording time with tik tok so that's a big struggle and it they're editing can be a little bit fussy too and a little bit frustrating. And this is might make me sound a little bit silly but you want to make sure that you have good lighting if people are scrolling their FYP and they see your video come up and you have. Really sharp colors and really sharp images and it's bright and light in there. </w:t>
        <w:br/>
      </w:r>
    </w:p>
    <w:p>
      <w:r>
        <w:rPr>
          <w:sz w:val="22"/>
        </w:rPr>
        <w:t xml:space="preserve">They might stop for a second and have a look at what you're doing, but if you're fuzzy and you're blurry and it's dark and they can't see anything and it looks unprofessional, they're just gonna keep scrolling. So make sure that you have good natural light where you're filming you can use. A ring light. I don't overly enjoy the ring light so much. I really prefer the natural lighting better. So you can use a ring light if you want, but I would recommend just doing it on sunnier days and make sure there isn't a lot of outside noises around you. </w:t>
        <w:br/>
      </w:r>
    </w:p>
    <w:p>
      <w:r>
        <w:rPr>
          <w:sz w:val="22"/>
        </w:rPr>
        <w:t xml:space="preserve">So a bunch of road. If you're doing voiceovers it road. Noise and stuff like that. Background noise doesn't matter. But if you're using your original sounds that you filmed, make sure there isn't a bunch of road. Noise in the background or people talking in the background that people can't hear you over. That if people can't see you and they can't hear you, they're not going to watch you and use I didn't even write this in here. Use your captions, use your closed captioning because we have a lot of hard of hearing people who are secretly watching. </w:t>
        <w:br/>
      </w:r>
    </w:p>
    <w:p>
      <w:r>
        <w:rPr>
          <w:sz w:val="22"/>
        </w:rPr>
        <w:t xml:space="preserve">Videos while they're at work or wherever because they're bored and they don't want other people to hear it. So if they can't read what you're saying, they're going to scroll. So be considerate. Use your closed captioning. It is very easy. You just click a button and sometimes the closed captioning will screw up and it'll actually like, every time I say Caribou terrier, it'll turn it to Caribou terrier. And people think that's so funny. So then a bunch of people will go in and comment on that video and be like, ha Caribou terrier or just make the caption, say something a little off to what you said to make it a little funny and then you'll get a conversation started in your comments and that'll push your video around like it could be the worst video in the world. </w:t>
        <w:br/>
      </w:r>
    </w:p>
    <w:p>
      <w:r>
        <w:rPr>
          <w:sz w:val="22"/>
        </w:rPr>
        <w:t xml:space="preserve">But if people found something like I have a Scary Eddie doll, if any Iron Maiden fans are here, I have a Scary Eddie doll that sits in the background in most of my videos and the amount of videos I have had get. 200,000 thousand views or three hundred thousand views. Just because people are talking about that creepy doll in my background, they don't even care what I'm doing. In the video, they see that creepy doll and they want to talk about it. </w:t>
        <w:br/>
      </w:r>
    </w:p>
    <w:p>
      <w:r>
        <w:rPr>
          <w:sz w:val="22"/>
        </w:rPr>
        <w:t xml:space="preserve">They can have some really weird stuff in your background that people will see. That's just a little easy trick to get your video to do better, but really you just want to be relatable. Those dog videos that I did like the dog breeds at the grooming salon. They did so well because it related to so many people on such a broad spectrum. It wasn't just for dog groomers. It was for pet owners, for trainers, for, you know, just dog lovers. But I mostly make content for dog groomers because I love you guys the most and I want you guys to laugh. All right, I'm just going to read here for a second and make sure I'm not skipping anything. </w:t>
        <w:br/>
      </w:r>
    </w:p>
    <w:p>
      <w:r>
        <w:rPr>
          <w:sz w:val="22"/>
        </w:rPr>
        <w:t xml:space="preserve">Make a funny typo and your captions. Ok, so when it comes to answering comments, I've said that it's really good to interact with people in your comments section. It's also not good to interact with negative comments. You can educate sometimes people with negative comments, but there's also just Internet trolls who are out there to start a fight. And to start a witch hunt and to make you look really bad and to make you feel really sad. So the best thing you can do with people who are just being ignorant and rude is block and delete. The block and delete option is wonderful. </w:t>
        <w:br/>
      </w:r>
    </w:p>
    <w:p>
      <w:r>
        <w:rPr>
          <w:sz w:val="22"/>
        </w:rPr>
        <w:t xml:space="preserve">It's amazing. Use it. Do not interact with Internet trolls. You're not going to get anywhere because all they're doing is trying to upset you. They don't even believe in what they're typing, They're just typing it to piss you off. And it works. So don't let them do that. It's just like when we deal with clients every day, right? Like, don't let them get a rise out of you. Just step back, walk away, block, delete. Don't ever book them again. Ok? People can see what's happening. All right? I'm going to talk about attention spans. As much as I love tik tok, and as much as I love social media, for certain things, it has ruined our attention spans. </w:t>
        <w:br/>
      </w:r>
    </w:p>
    <w:p>
      <w:r>
        <w:rPr>
          <w:sz w:val="22"/>
        </w:rPr>
        <w:t xml:space="preserve">We have no attention span anymore. If you can't grab people within the first two to three seconds of a video, they're going to scroll. If they don't see something they like and that they want to watch within the first two to three seconds, they're gone. I try to keep all of my videos between 30 and like 60 seconds because that's as long as you're really going to hold people's attention. If your clips are too long, like say you like your video clips. If they're too long, people are just going to leave. </w:t>
        <w:br/>
      </w:r>
    </w:p>
    <w:p>
      <w:r>
        <w:rPr>
          <w:sz w:val="22"/>
        </w:rPr>
        <w:t xml:space="preserve">They're going to scroll. They're going to get bored. And so say you have a dog on a table and you're showing how to cut nails. Well, don't just have the 1st 30 seconds of your clip of you just standing there with the dog on the table going today. I'm going to teach you how to cut nails. And this is fluffy and he's going to help me do the nails with you. I'm Bripper Bripper Prepper. Instead, you're gonna show you with your dog on the table and say, hey, I'm Marcia, and today I'm gonna show you how to cut nails. </w:t>
        <w:br/>
      </w:r>
    </w:p>
    <w:p>
      <w:r>
        <w:rPr>
          <w:sz w:val="22"/>
        </w:rPr>
        <w:t xml:space="preserve">And then I'm gonna put Fluffy on the floor. And then I'm gonna have a clip of Fluffy on the floor. And then I'm gonna say, and this is Fluffy and he likes to maybe throw in something fun and he likes to poop in his mom's shoe. People are gonna love that hahaha they're gonna stand there. They're gonna stay there and watch Fluffy get his nails cut. And then you put Fluffy back on the table. Or maybe you show your grooming equipment. These are my nail Clippers. </w:t>
        <w:br/>
      </w:r>
    </w:p>
    <w:p>
      <w:r>
        <w:rPr>
          <w:sz w:val="22"/>
        </w:rPr>
        <w:t xml:space="preserve">This is my Dremel. This is my quick stop. This is how we're gonna do this. And then maybe you show a little picture or something of where the quick is on the nail. You explain to people that this is the nail, this is the quick, this is, you know, so you're jumping every three seconds. You should have a different visual image. And as you're editing, make sure you're looking to see that clip is edited down to at the most 3 seconds. And go over sometimes if it's really super interesting. But I can tell you right now, most people are probably not going to find it that super interesting and they're going to scroll. </w:t>
        <w:br/>
      </w:r>
    </w:p>
    <w:p>
      <w:r>
        <w:rPr>
          <w:sz w:val="22"/>
        </w:rPr>
        <w:t xml:space="preserve">So try to keep your clips to three seconds. Try to keep your videos under 60 seconds on tik tok on youtube it's a totally different world over there, completely different. So today we were talking about tik tok. We're talking about Instagram reels. We're talking about Facebook reels. You want to try and stay under 60 seconds? We went over your sound and lighting. You don't need any fancy microphones. If you have, you know, a pretty recent iPhone or Samsung. </w:t>
        <w:br/>
      </w:r>
    </w:p>
    <w:p>
      <w:r>
        <w:rPr>
          <w:sz w:val="22"/>
        </w:rPr>
        <w:t xml:space="preserve">You don't need to go and get yourself a fancy microphone or fancy lighting or anything. The natural light through the windows, as long as it's not a bunch of background noise. Your microphones are just fine on your phone or your laptops, whatever you're recording on. If you want to get real fancy and bougie, go ahead, go out and get yourself a Blue Yeti. But I don't find it made any difference. I went out and spent 180$ on a Blue Yeti microphone and it sits and collects dust. Now maybe I should put it in the background of a video and get myself get it paid off somehow. </w:t>
        <w:br/>
      </w:r>
    </w:p>
    <w:p>
      <w:r>
        <w:rPr>
          <w:sz w:val="22"/>
        </w:rPr>
        <w:t xml:space="preserve">Alrighty, maybe we talked about you can just follow trends. Trends are when. Everybody on tik tok and everybody on Instagram are using the same sound and doing the same thing. Whether it be a dance or whatever. Follow the trends. It's a really easy way to get yourself on the FYP and to get yourself out there. Ok, I feel like I've given you some pretty basic ideas on how to make content. If you have any other questions, you can reach out to me on my social medias. </w:t>
        <w:br/>
      </w:r>
    </w:p>
    <w:p>
      <w:r>
        <w:rPr>
          <w:sz w:val="22"/>
        </w:rPr>
        <w:t xml:space="preserve">Don't message me on tik, tok please. It is that inbox is just slammed on a regular basis. I cannot keep track of that one, but you can reach out to me on my Instagram. Marcia underscore. Grooms i'm pretty good at answering messages on there and you can also reach out to me on Facebook. Just Marcia Strong. You can add me as a friend and you can message me on there. </w:t>
        <w:br/>
      </w:r>
    </w:p>
    <w:p>
      <w:r>
        <w:rPr>
          <w:sz w:val="22"/>
        </w:rPr>
        <w:t xml:space="preserve">And if you're having trouble with content, I am more than happy to help you. Create content. Come up with ideas. I have a million ideas up here that I just do not have time to create myself. So I'm happy to share to share with you, OK, we are going to get to the nitty gritty of it. We're going to tell we got about a half an hour left, we got about 40 minutes left, and we're going to talk about what everybody wants to know about how to make the money. So Americans, you guys are super lucky because you get paid per view. Some of my videos have gone into the millions, five six seven eight nine ten million views. </w:t>
        <w:br/>
      </w:r>
    </w:p>
    <w:p>
      <w:r>
        <w:rPr>
          <w:sz w:val="22"/>
        </w:rPr>
        <w:t xml:space="preserve">If I was getting paid per view on those videos, I tell you right now I'd be grooming one dog a day, one day a week. But unfortunately I don't get paid for those, so I heavily rely on my brand deals. Right now, if I'm lucky, sometimes I make an extra 500$ a month in a slow month. In a busy month, I've been really lucky to make about fifteen hundred dollars with brand deals. But I also don't want to look like a salesperson. People get people get miffed when you start just flooding their feed with you. </w:t>
        <w:br/>
      </w:r>
    </w:p>
    <w:p>
      <w:r>
        <w:rPr>
          <w:sz w:val="22"/>
        </w:rPr>
        <w:t xml:space="preserve">Talking about like this is the best brand of cheese to buy and this is the best. You know, whatever, this is the best dog hairbrush to buy and whatever, People will stop watching you. I get annoyed when I see some of my favorite creators just blasting all of their brand deals on me. I'm like, OK, like, I get it. You've got to make money. But at the same time, like, where is that creative content that I'm used to seeing? Where is that? Where's that funny? I want to laugh. </w:t>
        <w:br/>
      </w:r>
    </w:p>
    <w:p>
      <w:r>
        <w:rPr>
          <w:sz w:val="22"/>
        </w:rPr>
        <w:t xml:space="preserve">The whole reason I followed you was to laugh so try to keep your brand deal. Like I try to post maybe 2 brand deals a month sort of thing. Like that's not true. I have some companies that I'm a Rep for that I will post weekly, but I try to do it really sly. Like I'll post a video of me doing something completely unrelated to that brand and then I'll just tag them in it. </w:t>
        <w:br/>
      </w:r>
    </w:p>
    <w:p>
      <w:r>
        <w:rPr>
          <w:sz w:val="22"/>
        </w:rPr>
        <w:t xml:space="preserve">So that covers my. Quantity for that brand, but I'm not shoving it down people's throats so you can set your price. My price is 500$ a video. If people want me to make a video up to 60 seconds, if they want a longer video, I don't really want to do that. But we can talk further about that. So it's 500$ for an original content video. That's where I am coming up with the concept. I am coming up with the idea, I am coming up with the skit, the script, the execution. And I'm mostly doing that while I'm blow drying dogs and disassociating. And in La La land daydreaming, I'll come up with it, I'll type it down on my phone real quick and then the next day before the clients get there, I whip it out into some videos so. </w:t>
        <w:br/>
      </w:r>
    </w:p>
    <w:p>
      <w:r>
        <w:rPr>
          <w:sz w:val="22"/>
        </w:rPr>
        <w:t xml:space="preserve">Yeah, 500 bucks for that. If they just want me to do like a quick voiceover sound for a trend, I can be pretty like if they're gonna send me free product and they just want me to do a quick voiceover trend. 200 bucks. Two fifty if it's, like you know, a product that I don't really want. But I also don't take, I don't take brands that I'm not genuinely interested in the product and I think that people will, you know, I've had like. </w:t>
        <w:br/>
      </w:r>
    </w:p>
    <w:p>
      <w:r>
        <w:rPr>
          <w:sz w:val="22"/>
        </w:rPr>
        <w:t xml:space="preserve">Alibaba message me and places like this where they're just going to send me some little kind of just crappy grooming equipment and I'm like, I don't want to push this on my people because that makes me look cheap, that makes me look a sell out and money's tight and I don't want people to waste their money on this crap. I wouldn't waste my money on this crap. So if I wouldn't personally buy it myself, I'm not going to push it on people. I am getting completely sidetracked. Back to you guys making money. Ok. So your brand deals, brands will message you can either negotiate a price or just say this is my price, you can sign up for the tik tok Creator fund and brands can message you through tik tok. </w:t>
        <w:br/>
      </w:r>
    </w:p>
    <w:p>
      <w:r>
        <w:rPr>
          <w:sz w:val="22"/>
        </w:rPr>
        <w:t xml:space="preserve">That's a good way to run it. You know tik tok kind of somewhat has your back. If they don't pay you tik tok will either block them or. They kind of filter through the people who take advantage of creators. So if they're messaging you through tik tok and then you can see their content and you can see past creators who have worked with them. That's how I like to get brand deals. I do have. I've had grooming companies message me privately and that's fine because I know the grooming company. I've seen them at trade shows. I know they're legit. </w:t>
        <w:br/>
      </w:r>
    </w:p>
    <w:p>
      <w:r>
        <w:rPr>
          <w:sz w:val="22"/>
        </w:rPr>
        <w:t xml:space="preserve">I know it's not a scam. So that's different. I hope you guys had your expectations low for this because this is like I know this is on video but this isn't like I can go back and edit this later. All of my videos. I can go back and edit this later. This is all just me talking to you. It's like when I do a seminar in person I'm like there's no editing this one. Ok, so that's your brand deals. If you have a really big deal you might want to contact a lawyer i'm pretty small still, right? Like, I only got 400,000 thousand followers, so I'm not dealing with big brands. </w:t>
        <w:br/>
      </w:r>
    </w:p>
    <w:p>
      <w:r>
        <w:rPr>
          <w:sz w:val="22"/>
        </w:rPr>
        <w:t xml:space="preserve">I'm not dealing with huge companies. I'm not dealing with a ton of money. If you get to the point where you're like dogged by Logan or Girl with the Dogs, you're going to want to get yourself a social media lawyer and make sure that your brands are legit. Another way that you can make money is becoming a Rep for different companies. Just going to wait for the background noise to be gone. Becoming a Rep for different companies. I am a Loyalty Pets Rep and Loyalty Pets contacted me and asked me if I would try some of their product and if I liked it, if I would join on as a Rep And I'm telling you right now, I'm not doing sales pitch. </w:t>
        <w:br/>
      </w:r>
    </w:p>
    <w:p>
      <w:r>
        <w:rPr>
          <w:sz w:val="22"/>
        </w:rPr>
        <w:t xml:space="preserve">I love it. I live in this. I live in all of Loyalty, pets stuff. It's so comfortable. It's hair resistant, it dries quick, this is not an ad. But I genuinely liked their product. I genuinely enjoyed the company. So I said yes, absolutely. So I have to make one social media, something, content week, whether I post a picture on Instagram, whether I make a tik tok, video i have to do something every week for loyalty, pets. And then if people use my code when they check out, I get a kickback. So that's how I get paid. </w:t>
        <w:br/>
      </w:r>
    </w:p>
    <w:p>
      <w:r>
        <w:rPr>
          <w:sz w:val="22"/>
        </w:rPr>
        <w:t xml:space="preserve">From Loyalty pets they that company is amazing though. They have so many other perks and amazing things that they give their reps so I'm not too worried about that one. Sorry Groom House. I'm also a representative for SO same thing. I make Q videos for them. I get their name out there. I have a few people subscribe. They use my code. I get a kickback from groom house again. Another company that I truly believe in, that I truly enjoy that I think groomers will really benefit from because I have and groomers supply house and LA sharpening. </w:t>
        <w:br/>
      </w:r>
    </w:p>
    <w:p>
      <w:r>
        <w:rPr>
          <w:sz w:val="22"/>
        </w:rPr>
        <w:t xml:space="preserve">I am also a Rep for because I really enjoy their products and I am more than happy to advertise for them and then I also get my little kickback or I get my free product. So the Rep stuff, I don't even really even consider. Every month I might make an extra hundred. Bucks might make an extra two hundred bucks. It's the brand deals that I want to make the money off of. You want to make money anywhere, but it's the brand deals where you can really make the good money. And especially if you don't have morals and you're just willing to take whatever brand comes your way. </w:t>
        <w:br/>
      </w:r>
    </w:p>
    <w:p>
      <w:r>
        <w:rPr>
          <w:sz w:val="22"/>
        </w:rPr>
        <w:t xml:space="preserve">I I'm not. I wouldn't be able to sleep at night knowing that I've sold someone some cruddy brush off Alibaba to get those companies interested in you can comment on their social media, You can message them straight up and be like, hey, look, here's my content, I think I'm pretty funny. These people think I'm pretty funny. Would you guys be interested in having me as a Rep? You can tag them in your social media, comment on their social media, interact with them, share their posts, all that stuff. </w:t>
        <w:br/>
      </w:r>
    </w:p>
    <w:p>
      <w:r>
        <w:rPr>
          <w:sz w:val="22"/>
        </w:rPr>
        <w:t xml:space="preserve">Get your name noticed. Ok? And the big one, especially for Americans, are live streams. You can make a lot of money just live stream grooming every single day. I don't live stream my entire day because my staff is not comfortable being on a live stream. That's totally fine. So at the end of the day, usually I've got like one dog left and everybody else has gone home. That's when I'll hook up my live stream. I might tell the owner, hey, your dog might take a little bit longer because I'm going to somewhat interact with the people who join my live. </w:t>
        <w:br/>
      </w:r>
    </w:p>
    <w:p>
      <w:r>
        <w:rPr>
          <w:sz w:val="22"/>
        </w:rPr>
        <w:t xml:space="preserve">But you as a dog groomer, you need to be. So careful of what you are showing the public, because the public, they think all we're doing all day is playing with puppies and it's so much fun. And if you give a dog a treat, it's going to behave. And we all know that that's not the case. We don't need to be rough, we don't need to be aggressive. We don't need to. But sometimes you're hold even sometimes when you're holding a dog, people are like. You're holding him too rough and you're doing this, or you're combing him too hard or you're brushing him too hard and you're like, you know you're not doing anything to hurt that dog, but people see it and people see what they want to see. </w:t>
        <w:br/>
      </w:r>
    </w:p>
    <w:p>
      <w:r>
        <w:rPr>
          <w:sz w:val="22"/>
        </w:rPr>
        <w:t xml:space="preserve">So when you're live streaming, please just be aware of how the public is going to view you. Maybe you don't care how the public is going to see that, but. The rest of us do. We already have so much trouble getting owners to help us or to trust us with their pets that when you're live streaming and you have a dog in a hammock that's muzzled and it is still fighting for its nails, maybe a dog that should be sent home, people are going to see that. </w:t>
        <w:br/>
      </w:r>
    </w:p>
    <w:p>
      <w:r>
        <w:rPr>
          <w:sz w:val="22"/>
        </w:rPr>
        <w:t xml:space="preserve">And they're going to think that all groomers do that, and they're going to think that their sweet baby who doesn't act up at the groomers at all, is getting thrown into a hammock. And being muzzled or whatever. Or maybe, you know, you're just moving a dog around a table really quickly and they slide and people hear the nails go well. It looks bad. Like it looks bad. It might not be bad, but it looks bad. So you really need to be careful when you're live streaming of how the public is going to view that and the public as just in your everyday pet owners. </w:t>
        <w:br/>
      </w:r>
    </w:p>
    <w:p>
      <w:r>
        <w:rPr>
          <w:sz w:val="22"/>
        </w:rPr>
        <w:t xml:space="preserve">A lot of groomers might join. You don't need to worry about us. We know you're not hurting the dogs. We know the dogs are fine. But if you're live streaming, you have just a bunch of everyday pet owners watching you need to be aware of how you're handling the animals, your energy, how you're talking to that animal. I know like if you got a bad dog on the table, sometimes we're blowing off steam and we're like, Oh my God, you are so difficult. </w:t>
        <w:br/>
      </w:r>
    </w:p>
    <w:p>
      <w:r>
        <w:rPr>
          <w:sz w:val="22"/>
        </w:rPr>
        <w:t xml:space="preserve">You can't do that. You can't do that because people think you hate the dog when you're just blowing off a little bit of steam. So if you're gonna live stream. Please be professional. Please be aware of how you're handling the animals. Please be aware of how you're being viewed by the public. Because not only are you representing you, you're representing the business, you're representing those companies that you're a Rep for. You're representing the entire grooming industry. So maybe don't have Pantera blaring in the background and blasting out dogs, eardrums, and maybe don't be walking away from your dog and shouldn't be doing that anyways, but don't be walking away from your dog on the table and don't be like swearing and excessively and making it a big spectacle and ripping coat out of the animals and all that sort of stuff. </w:t>
        <w:br/>
      </w:r>
    </w:p>
    <w:p>
      <w:r>
        <w:rPr>
          <w:sz w:val="22"/>
        </w:rPr>
        <w:t xml:space="preserve">So please, yeah, I know I've said it a thousand times, but please be aware of how the general pet public is going to view you. Why you're live streaming. That's just the negative about it. Live streaming is a lot of fun. People get in there and they ask so many questions and you can offer so much education to people and then they send you gifts and those gifts turn into money. And a lot of people send gifts over live stream. You know, if you answer a question, they send you a little rose. And that's a dollar and this is a dollar and that's a dollar. </w:t>
        <w:br/>
      </w:r>
    </w:p>
    <w:p>
      <w:r>
        <w:rPr>
          <w:sz w:val="22"/>
        </w:rPr>
        <w:t xml:space="preserve">And if you're live streaming all day long, sometimes you make an extra 50 to 100 bucks. I know there's some rumors that are out there making an extra 500 bucks a day live streaming. Especially if you're an American, you make a lot more. So, you know, i'm really stoked at the end of the day if I make an extra 50 bucks live streaming. Hundred bucks is even better, but I don't expect anything from anyone. I am super appreciative if anybody ever sends me any gifts over live streaming. So we've covered brand deals, We've covered live streaming. Set up an Amazon wish list. </w:t>
        <w:br/>
      </w:r>
    </w:p>
    <w:p>
      <w:r>
        <w:rPr>
          <w:sz w:val="22"/>
        </w:rPr>
        <w:t xml:space="preserve">People will send you presents. People will send you gifts. People see your happy little self on the Internet. Taking care of people's animals. And they want to help too, especially if you're grooming rescue dogs. So I started grooming for a standard poodle rescue years ago, like years ago before I ever started making content. And then I got this really clever idea, like, man, I could mesh these two things together, Like I could get a lot of exposure for this rescue and get these dogs homes a lot faster because I have such a large platform. But what I didn't realize is that a lot of people would see that and they would be like how can I help? What can I do? What do you need? Do you need a new pair of scissors? Do you need new blades? Do you need a new brush? Does that dog need a bed? Does this not need a bed? Do you need dog food? People want to send you stuff to help the dogs. </w:t>
        <w:br/>
      </w:r>
    </w:p>
    <w:p>
      <w:r>
        <w:rPr>
          <w:sz w:val="22"/>
        </w:rPr>
        <w:t xml:space="preserve">Like they want to send cute bandanas and cute collars and stuff to send on these to put these rest on these rescue dogs excuse me and send them home with and when you get gifts from people make sure to say thank you. Be appreciative maybe. You know I had a lady send me a whole pack of Christmas bandanas and they were so fur rigging cute. So on my Instagram I just posted all of these dogs wearing the Christmas bandanas and I tagged her in them and I said look at this Diane, like this dog is wearing this Grinch bandana and this dog is wearing so keep people love that. </w:t>
        <w:br/>
      </w:r>
    </w:p>
    <w:p>
      <w:r>
        <w:rPr>
          <w:sz w:val="22"/>
        </w:rPr>
        <w:t xml:space="preserve">It warms their heart. It makes them feel good. It makes me feel good. We're all just happy and we're all having a good time. Ok. So make sure you do an Amazon wish list and make sure you also add your Venmo. I don't know what that is. I'm Canadian. We do not have Venmo. We have PayPal and E transfer. And I know I say E transfer to Americans and they're like, what is an E transfer? So I think it's along the same lines as Venmo. </w:t>
        <w:br/>
      </w:r>
    </w:p>
    <w:p>
      <w:r>
        <w:rPr>
          <w:sz w:val="22"/>
        </w:rPr>
        <w:t xml:space="preserve">You can just email money to each other. You just give someone your email and they can email you money. So have your Venmo in your account. Set up a link tree. You know where you have links to the products you use, where you get a kickback. You have links to your Venmo where people can send money. You have links to whatever you want to have a link to. Make sure you have a link tree. It's free. It's great to use. And if you are going to have gifts sent to you, please have a P O box. </w:t>
        <w:br/>
      </w:r>
    </w:p>
    <w:p>
      <w:r>
        <w:rPr>
          <w:sz w:val="22"/>
        </w:rPr>
        <w:t xml:space="preserve">Do NOT, DO not put your personal address out there on the Internet for a bunch of people to see A P O box is an investment, but if people are going to want to start sending you gifts on a regular basis, it's a very smart investment for your safety. So get a P O box. Tik tok has also started this new thing I think I covered all of. That yes Venmo people will send you your Amazon gifts. Tik tok live gifts yes tik tok has also started this new thing that I'm gonna be honest, I have not had a chance to look into just yet where people can subscribe to you now i have a feeling it's along the same lines as a Patreon. </w:t>
        <w:br/>
      </w:r>
    </w:p>
    <w:p>
      <w:r>
        <w:rPr>
          <w:sz w:val="22"/>
        </w:rPr>
        <w:t xml:space="preserve">If you guys are not familiar with Patreon, it is a platform where people can pay a monthly subscription to subscribe to your content. And you have different levels. Say you have the bather brusher level. I'm just calling them cute names. You can call them whatever you want. You have level one, level 2, Level 3, level 4, as many levels as you want. So say you have level one, and you call it something cute like the bather brusher level. </w:t>
        <w:br/>
      </w:r>
    </w:p>
    <w:p>
      <w:r>
        <w:rPr>
          <w:sz w:val="22"/>
        </w:rPr>
        <w:t xml:space="preserve">And that's. 5$ a month. So the people at the bather brusher level are going to pay 5$ a month and they're going to get access to this and this. And it's going to be really basic. Like maybe they get every month, they get a new video on how to do a face trim or how to do a foot trim or how to do whatever. And then you'll have your level twos and maybe you call that like the kennel cutters or whatever. </w:t>
        <w:br/>
      </w:r>
    </w:p>
    <w:p>
      <w:r>
        <w:rPr>
          <w:sz w:val="22"/>
        </w:rPr>
        <w:t xml:space="preserve">I don't know. I'm not thinking on the spot good today. But you have your level 2 and maybe they pay 10 bucks a month or 20 bucks a month and they get this and this and this and this. Maybe they get that same face trim that the level one got. But then they're also going to get an added hand strip video or whatever and then say the level threes pay 30 bucks a month. Whatever you want to charge, you can charge 100 you could charge fifty cents. Whatever you think will make it worthwhile to you to make all of this extra content just for your subscribers. </w:t>
        <w:br/>
      </w:r>
    </w:p>
    <w:p>
      <w:r>
        <w:rPr>
          <w:sz w:val="22"/>
        </w:rPr>
        <w:t xml:space="preserve">This is not for the general public, this is just for your subscribers. So the level threes I see, what always see a lot of people doing is their live stream is open to their subscribers only. So you can join the live stream and you can ask these people questions. One-on-one you can get a lot of education that way. You can get a lot of information that way. So I'm going to be signing up for that, and I'm actually going to be doing it mostly for pet owners. </w:t>
        <w:br/>
      </w:r>
    </w:p>
    <w:p>
      <w:r>
        <w:rPr>
          <w:sz w:val="22"/>
        </w:rPr>
        <w:t xml:space="preserve">I feel like there is a lot of information out there for dog groomers, and there are way better accounts that you can follow than mine, but I'm going to be directing mine mostly to pet owners. Dog groomers are going to learn a lot too, but I'm going to teach dog groomers how to maintain their dogs at home, not how to cut their hair at home. How to maintain their dogs at home, how to do nails, how to do a bath, how to brush them out, how to care for different coat types, stuff like that. </w:t>
        <w:br/>
      </w:r>
    </w:p>
    <w:p>
      <w:r>
        <w:rPr>
          <w:sz w:val="22"/>
        </w:rPr>
        <w:t xml:space="preserve">So I'm gonna charge those people to get that information because I'm worth it. I've been doing this for 14 years. I'm currently in a whole other province than what I live in to come and learn and teach and grow and we're worth it as professionals. So you know, I say that to people too with pet grooming, charge your worth. And the same thing with this subscription and with brand deals. </w:t>
        <w:br/>
      </w:r>
    </w:p>
    <w:p>
      <w:r>
        <w:rPr>
          <w:sz w:val="22"/>
        </w:rPr>
        <w:t xml:space="preserve">Charge your worth. Ok, OK. I'm going to talk a little bit about using different content on different platforms. We got about 20 minutes, 1520 minutes left, so. If you upload anything to Tick not Tick Tock. Do not use certain words like Youtube or Instagram. Tick Tock has filters for that sort of stuff. They don't like those other platforms. They don't want to be friends with them. They're like the grooming salon down the street that wants to undercut your prices and talk smack about you. </w:t>
        <w:br/>
      </w:r>
    </w:p>
    <w:p>
      <w:r>
        <w:rPr>
          <w:sz w:val="22"/>
        </w:rPr>
        <w:t xml:space="preserve">So they don't want to hear about your other platforms. So don't use the words YouTube, Don't be like come over and check out me out on YouTube for a longer video or whatever. Don't say it. They don't like that They will block your video. And it's the same with youtube is exactly the same. Don't go on YouTube with your tik tok watermark, they'll block that video. Same with Instagram, Don't have tik tok watermarks. We already talked about that, but they will filter it out. </w:t>
        <w:br/>
      </w:r>
    </w:p>
    <w:p>
      <w:r>
        <w:rPr>
          <w:sz w:val="22"/>
        </w:rPr>
        <w:t xml:space="preserve">They don't like you advertising other companies. And it's funny because tik tok really pushes you to become sponsored by brands, But whenever you post brand sponsored content, the views are shit. And I'm sorry Marie, if I'm not supposed to swear, but the views are terrible. I don't care if you have a million followers, if you post a video, that's brand content sponsored you're gonna get like 4000 views. It's just it's just the way it is. I don't understand it. But so don't feel bad if you get a brand deal and you post and you're like, oh, I got 200 views, like, what did I do wrong? You're not doing anything wrong. </w:t>
        <w:br/>
      </w:r>
    </w:p>
    <w:p>
      <w:r>
        <w:rPr>
          <w:sz w:val="22"/>
        </w:rPr>
        <w:t xml:space="preserve">It's the same for all of us. Ok, yeah, Sponsored post flops. It's really common. And like, don't compare yours. I'm getting a little sidetracked here, but like, don't compare. When you first don't compare yourself to others ever in grooming in life at social media is fake. Completely fake. People are posting what you want, that like what we think you want to see, right? So don't compare yourself when you're first starting out or even if you're two years in say you just got a thousand followers and you've been doing this for two years and then you look at I use Dogs by Logan a lot because I love him. </w:t>
        <w:br/>
      </w:r>
    </w:p>
    <w:p>
      <w:r>
        <w:rPr>
          <w:sz w:val="22"/>
        </w:rPr>
        <w:t xml:space="preserve">I think he. Bringing amazing. He's killing it. And you look at him and you're like you know, he's just, he just hit another 2000000 another 3000000 and maybe I'm outing myself here because I do look at his content a lot and I'm like, what's he doing that I should be doing? But it's because he's consistent and he posts consistently and he's funny and he's talented and all that stuff. But try not to compare yourself to other people. </w:t>
        <w:br/>
      </w:r>
    </w:p>
    <w:p>
      <w:r>
        <w:rPr>
          <w:sz w:val="22"/>
        </w:rPr>
        <w:t xml:space="preserve">If I post a video with 400,000 thousand followers and it gets 10.000 thousand views. 5000 likes. You post the exact same video with 5000 followers, it gets 200 views and 50 likes. That's gonna be the same thing, right? That's because I have more followers. You have less followers, so I get more views than you but it's the same thing. Does that mean? I hope that makes sense to you guys? Don't compare yourself to these big creators who have been doing this forever and have a huge following, because you're killing it just as much as they are. If you get 200 views on that video that you posted with 5000 followers and they got 10.000 thousand views on the same video, you're killing it just as much as they are. </w:t>
        <w:br/>
      </w:r>
    </w:p>
    <w:p>
      <w:r>
        <w:rPr>
          <w:sz w:val="22"/>
        </w:rPr>
        <w:t xml:space="preserve">Don't compare yourself. Have some fun, all right? We talked about. Recycling your content. Oh, I just want to talk about lip syncing for a second. I should have gone over this earlier. I think I just. I tossed this in here. If you're doing lip syncing over sounds, make sure that lip syncing is tight. I don't even want to see if your lip syncing is off by this much. People will scroll immediately and it is one of my biggest pet peeves. Don't be attached to anything Bluetooth because there will be a lag with your lip syncing. </w:t>
        <w:br/>
      </w:r>
    </w:p>
    <w:p>
      <w:r>
        <w:rPr>
          <w:sz w:val="22"/>
        </w:rPr>
        <w:t xml:space="preserve">And make sure you have those words tight. If you film a lip sync thing in Cap Cut and you go to upload that into you tik tok, there will be a lag. Don't record your lip syncs in Cap Cut. Don't record your lip syncs in tik tok that you want to upload to Instagram. You have to record the lip sync within whatever particular app for that specific platform or there will be a little bit of a lag and people don't want to lag so. </w:t>
        <w:br/>
      </w:r>
    </w:p>
    <w:p>
      <w:r>
        <w:rPr>
          <w:sz w:val="22"/>
        </w:rPr>
        <w:t xml:space="preserve">As much as doing the lip syncs is like a quick and easy way to make content, you do have to unfortunately make it in that app on its own. You can't just recycle that through different platforms, unfortunately. So there is a little bit that's a little bit of a drawback to doing the lip syncs, but there's so much fun and you can knock out a lip sync with, you know, in between clients, so it takes no time. Recycling content. We talked about the watermarks. </w:t>
        <w:br/>
      </w:r>
    </w:p>
    <w:p>
      <w:r>
        <w:rPr>
          <w:sz w:val="22"/>
        </w:rPr>
        <w:t xml:space="preserve">Yeah, I'm not really going to go into Youtube I said. Also, Youtube is a scary place. Tik tok has filters that you can be when you. Get your profile or get your account. You can actually put filters on the comments for certain words so like traumatized people can't comment anything. The word traumatized because pet people love that word, right? As we all know, my rescue dogs traumatized the groomer, traumatized my dog, they can't even type that into the comment section. It will say like, Nope, your comment has been filtered youTube doesn't have that. </w:t>
        <w:br/>
      </w:r>
    </w:p>
    <w:p>
      <w:r>
        <w:rPr>
          <w:sz w:val="22"/>
        </w:rPr>
        <w:t xml:space="preserve">So people can just say whatever they want and it's very scary and I don't like that. So kudos to you Youtubers that can handle that pressure. I can't handle that pressure. All right, Now we talked about you're don't compare yourself to other people. And yeah, we've got about 10 minutes left and I have run out of stuff to talk about, So I am going to say that. At the end of the day, social media isn't serious. </w:t>
        <w:br/>
      </w:r>
    </w:p>
    <w:p>
      <w:r>
        <w:rPr>
          <w:sz w:val="22"/>
        </w:rPr>
        <w:t xml:space="preserve">This is social media. It's stupid. It's the Internet. Don't take it too seriously at like we're not performing brain surgery. It's not rocket science. It's social media. Try not to be too hard on yourself. And just try to have fun with it. If you're having fun with it, that'll radiate through the screen. People will see that they'll like it. You'll make people feel good. You'll get followers. You'll get people sending you gifts. </w:t>
        <w:br/>
      </w:r>
    </w:p>
    <w:p>
      <w:r>
        <w:rPr>
          <w:sz w:val="22"/>
        </w:rPr>
        <w:t xml:space="preserve">You'll get people sending you money to make more content to make them feel good. And yeah, just try to have some fun and try to make some money. And if I can help, please reach out to me on any of the socials other than the tik, tok because i'm sorry, I won't see it. But you can reach out to me through Instagram. You can reach out to me through Facebook. And I really hope this has helped. Oh, I love this. By the way, did you? Yes, I did. </w:t>
        <w:br/>
      </w:r>
    </w:p>
    <w:p>
      <w:r>
        <w:rPr>
          <w:sz w:val="22"/>
        </w:rPr>
        <w:t xml:space="preserve">I really did. Ok. Because you know what? Oh, look at that. Even Pooh Bear says he liked it. Loved it, He did. He hasn't come out for anyone, by the way, Pooh Bear said he wants his time to shine. He wants his 15 minutes of fame. Get him in a tik. Tok ok, so here's the thing. I have this, like, love, hate relationship with tik tok you have a tik tok i probably have. 200 followers? Yeah, something like that. I spend zero time on it. </w:t>
        <w:br/>
      </w:r>
    </w:p>
    <w:p>
      <w:r>
        <w:rPr>
          <w:sz w:val="22"/>
        </w:rPr>
        <w:t xml:space="preserve">And the time I was on it, I was not consistent with it right yeah. So maybe I'll change my mind about that. It's hard to be consistent, right? Like, we're so busy. We have so much going on. And then two, before, you know what, two weeks has passed. You haven't posted a video. So what? Are we still recording? Yes, we are. Ok, perfect. Because I forgot about this part. What I will try to do is when I have some downtime, I'll record maybe four or five reels and then I'll just have them in my drafts. </w:t>
        <w:br/>
      </w:r>
    </w:p>
    <w:p>
      <w:r>
        <w:rPr>
          <w:sz w:val="22"/>
        </w:rPr>
        <w:t xml:space="preserve">So say one week, I'm not feeling good, or I'm tired, or I'm on vacation and I don't wanna deal with it. I'll just post that old draft that I have and maybe it's not gonna hit, maybe people aren't gonna like it. But it is content to keep me relevant, to keep people coming back to your profile. And they'll be like, oh, I haven't seen that purple haired dog groomer in a while. I'm gonna go and check out the rest of her content to see what's going on yeah so I'm probably gonna have to sit down and kind of figure out what angle I wanna do with that. </w:t>
        <w:br/>
      </w:r>
    </w:p>
    <w:p>
      <w:r>
        <w:rPr>
          <w:sz w:val="22"/>
        </w:rPr>
        <w:t xml:space="preserve">I'm not a dog groomer anymore. I'm retired. Yeah, you know, well maybe you can teach us retired dog groomers how to keep the income flowing. And well, that actually might be a really good thing for me to talk about. Yeah, yeah. Cuz none of us, you know, none of us are getting a pension, so. And also, i forgot to mention you will see your followers increase and decrease because tik tok does have a lot of bots that will follow you to make you feel like you're getting more followers to make you feel like you should keep creating more content and then all of a sudden you'll see a plummet. </w:t>
        <w:br/>
      </w:r>
    </w:p>
    <w:p>
      <w:r>
        <w:rPr>
          <w:sz w:val="22"/>
        </w:rPr>
        <w:t xml:space="preserve">In your followers. But those aren't real people. Typically 9 times over ten maybe. I only have three followers. You might you might only have three real people following you, and the rest of them could be bought. But it can be really discouraging to a lot of creators. They're like, Oh my content, my followers are dropping. And a lot of the times it's not the real people, it's the robots that are, you know, getting wiped out. Ok, so a lot of good food for thought, you know? Marcia, thank you so much for taking time out of your day to do this. I really do appreciate it. You're very welcome. I had a blast. </w:t>
        <w:br/>
      </w:r>
    </w:p>
    <w:p>
      <w:r>
        <w:rPr>
          <w:sz w:val="22"/>
        </w:rPr>
        <w:t xml:space="preserve">I hope that a lot of people can learn something and just have fun. Life's short, right? Let's have some fun with it. Well, no i'm gonna tell you right now. I mean, I learned quite a bit. So thank you for that good awesome awesome. Ok, let me stop the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