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Ready Set Launch</w:t>
      </w:r>
    </w:p>
    <w:p>
      <w:r>
        <w:rPr>
          <w:sz w:val="22"/>
        </w:rPr>
        <w:t xml:space="preserve">Okay, let's try this again. So welcome to the third session with Amanda Layton of the Business Summit. So we're going to get started right now. Welcome everyone. My name is Amanda. I am positive approach coaching. This presentation is a sample of my 16 week course ready, set launch. Which takes you from start to finish with opening a grooming business. I also have a program called Ready Set Lunch which is for revamping a current business that might be struggling or just needs a new looks. </w:t>
        <w:br/>
      </w:r>
    </w:p>
    <w:p>
      <w:r>
        <w:rPr>
          <w:sz w:val="22"/>
        </w:rPr>
        <w:t xml:space="preserve">Additionally, i offer several one off seminars about topics such as marketing and branding, pricing, client reviews and more. Coaching consultations are also available. Before we dive into this presentation, let me tell you a little about myself. Like I said, my name is Amanda. I'm not only a business coach, but a groomer as well. I've been grooming for over 20 years. I worked for corporate for 8 and a half almost nine years before I decided to do try a couple private salons. </w:t>
        <w:br/>
      </w:r>
    </w:p>
    <w:p>
      <w:r>
        <w:rPr>
          <w:sz w:val="22"/>
        </w:rPr>
        <w:t xml:space="preserve">Realized I needed to start my own business. If I was already doing most of the work myself, how hard could it be, right? Is that wrong? Was quite a struggle. I had many tears coming down my face. I didn't know where to start. I took business classes at a local Community College or. 18 months. There were several different classes I took a couple times. I was asked to come back with some ideas that I had developed in what are the courses that I took. That was great because it ended up being a freeze. That's for me. So after struggling with eating and growing a business, I did succeed. And I realized how much easier it would have been if I had someone to guide me along this process to help me avoid that potholes and dead end roads that when I decided to fill that need to give back to my grooming community by offering many levels of grooming business coaching. </w:t>
        <w:br/>
      </w:r>
    </w:p>
    <w:p>
      <w:r>
        <w:rPr>
          <w:sz w:val="22"/>
        </w:rPr>
        <w:t xml:space="preserve">Been there again that now let me help you on your own path to success. You can contact me at my email approach coaching at yahoo dot com positive approach coaching dot com texting me at two zero six seven one eight three one six usually respond to my taxes pretty fast. Unless I'm grooming. Then you're going to have to. So you're going to need just scan the QR code on your screen. We'll get you right to my website. </w:t>
        <w:br/>
      </w:r>
    </w:p>
    <w:p>
      <w:r>
        <w:rPr>
          <w:sz w:val="22"/>
        </w:rPr>
        <w:t xml:space="preserve">All right, let's start in. Starting a business is tough. I'm here to make it easier. Wish somebody did that for me. So here is our road map for. The day first we will talk about different resources available to you when starting a business. Then we'll point out the important, important and mandatory government things which trust me, you will want to stay on our dead side. Next we'll talk about things like finances, because remember we are business and we're trying to make a profit, so to have our finances in order. </w:t>
        <w:br/>
      </w:r>
    </w:p>
    <w:p>
      <w:r>
        <w:rPr>
          <w:sz w:val="22"/>
        </w:rPr>
        <w:t xml:space="preserve">Then we will talk about some miscellaneous items that were all important, kind of random. Last but not least, if there's any questions, I will try to answer towards the end. So let's jump into resources. All right so one big suggestion, if you're planning on going mobile, do some ride alongs. Try doing ride alongs with people who have trailers and these wagon tails d i y 's. Do you want to make your own mobile unit? There is specialties out there that can help you. </w:t>
        <w:br/>
      </w:r>
    </w:p>
    <w:p>
      <w:r>
        <w:rPr>
          <w:sz w:val="22"/>
        </w:rPr>
        <w:t xml:space="preserve">Trust me. My first one was a DIY I get a breeder and half of that from someone else, but not really. I prefer mine already made from someone else. Lessons learned. Yay here. Next one is going to be SBA dot love. That's a fun one because And you know they'll help you with grants and loans. And we have Chamber of Commerce, another great resource books. I think books are even better. We have several books out there. Just got to look for them. I found a few on Amazon. </w:t>
        <w:br/>
      </w:r>
    </w:p>
    <w:p>
      <w:r>
        <w:rPr>
          <w:sz w:val="22"/>
        </w:rPr>
        <w:t xml:space="preserve">Amazon has everything. There is a business guy to type. Grooming, mobile, grooming, mobile. You know the Hostess with the mostest, Mary wrote. We also have. Mobile pet grooming. I'll just start and put together a grooming business in seven days. I can laugh at that one. I start my process and probably about 16 months, 1618 months before I finally watched, yeah, seven days. I can laugh at that. </w:t>
        <w:br/>
      </w:r>
    </w:p>
    <w:p>
      <w:r>
        <w:rPr>
          <w:sz w:val="22"/>
        </w:rPr>
        <w:t xml:space="preserve">Facebook groups, excellent resources. You would have your mobile groomer zone. There's a lot of info in there. Pro groomer network, your grooming business owner with your mobile grooming. Blackboard, the business side of pet grooming. All those are good for mobile house, call, home salon and stationery. Whatever you choose, we'll help you get there. Also, reach out to your local groomers. Sit down, have a cup of coffee. Ask them some questions as you know who doesn't love coffee? Starbucks great place to meet up. Speaking of meetups, a lot of times groomers get together, discuss different topics. See if there's one near you. I do know. In my mobile group, we meet up a few times a year and hang out, usually purchase products with from one of our favorite suppliers. </w:t>
        <w:br/>
      </w:r>
    </w:p>
    <w:p>
      <w:r>
        <w:rPr>
          <w:sz w:val="22"/>
        </w:rPr>
        <w:t xml:space="preserve">Often times we leave with a new number. With someone joining the group, we're always there to help them move on. Continued education is always key in my book. How can we grow without continued education? And trade shows. Gosh, my first one was a little overwhelming. But you know what? I loved it. After it was over. I was like, gosh, when's the next one signing up or? Is there going to be one in a few months at a different location? Nice little break. </w:t>
        <w:br/>
      </w:r>
    </w:p>
    <w:p>
      <w:r>
        <w:rPr>
          <w:sz w:val="22"/>
        </w:rPr>
        <w:t xml:space="preserve">Vacation work. Hey, let's have fun. All right, let's go on to government. Ooh, we have some serious topics here. Your UBI Yes. Which one's important Unified Business Identifier? More importantly, you have your Employer Identification Number also e. I n. You'll see that a lot. It'll show up on every piece of paper, Comes in the mail with your business name on it. Can't miss it. Business structure. That is a fun one nope. There's a lot of nightmares in there, but I'm here to make it easy. Once you realize what structure you need for your business goal, that's easy zoning you got to look at. What area you live in? Sometimes you can't have a mobile business in your driveway. </w:t>
        <w:br/>
      </w:r>
    </w:p>
    <w:p>
      <w:r>
        <w:rPr>
          <w:sz w:val="22"/>
        </w:rPr>
        <w:t xml:space="preserve">Got h o a 's? Got apartments? Not always having access to plugins or water. And let's say if you're in an apartment, being an in home groomer might be frowned upon. Also, you have to deal with the health department. I live in King County which is in the state of Washington. They are tight. We have to have inspection every year. So I will help you to figure out what your health department and your county is like. You might get lucky. You might have an easy health department. </w:t>
        <w:br/>
      </w:r>
    </w:p>
    <w:p>
      <w:r>
        <w:rPr>
          <w:sz w:val="22"/>
        </w:rPr>
        <w:t xml:space="preserve">I hear we have one of the toughest one in my county. Yes, your business license. Gosh, this got me. Way overwhelmed. I didn't realize how many different licensing had to go. Thank you. Now only did you have your business license? You had your state. That's where your UBI comes in. We also have if you're mobile, what cities are you going to service? That one we're going to have to research. As I was going a little bit all over the place so I stopped. I thought I was going to do like 5 cities. Once I realized like how much certain cities business license cost, I ended up narrowing that down after a couple years some of my cities around my area. </w:t>
        <w:br/>
      </w:r>
    </w:p>
    <w:p>
      <w:r>
        <w:rPr>
          <w:sz w:val="22"/>
        </w:rPr>
        <w:t xml:space="preserve">Not only do I have to have their city license to in order to work their cities, I have to pay them additional taxes every quarter. Seriously, are we taxed enough? Speaking of taxes, tax obligations? Now that's a tough one Who likes to play the government money? Nope, I certainly don't. So I have also for tax obligations automatically set aside about 33 % of what it makes that sounds like big, but guess what, you may be only a fraction of that into taxes. So that little extra that I say this side, that's a little extra. </w:t>
        <w:br/>
      </w:r>
    </w:p>
    <w:p>
      <w:r>
        <w:rPr>
          <w:sz w:val="22"/>
        </w:rPr>
        <w:t xml:space="preserve">Me, Tom. Wow, whatever. Extra special I want to add to the business revamp. A little something here, catch up there. Maybe a fresh paint with that little extra. Who knows, stuff that's always coming up or in case of emergencies. Just like that, right over Allah. What's next? finances. Oh, boy. Here we go. All right, bank accounts. Now, if you have a business, you need to have a separate bank account than your personal. I ran out. Just you who Just think. </w:t>
        <w:br/>
      </w:r>
    </w:p>
    <w:p>
      <w:r>
        <w:rPr>
          <w:sz w:val="22"/>
        </w:rPr>
        <w:t xml:space="preserve">I'll just dump it in my personal tell. That little feeling called tax obligation to come along. Whoops, so with your business accounts you should have an emergency fund. Please want to say I don't leave the quarter. At least do if you can. A week's worth in a month in your emergency account in case if something happens you have a vehicle breakdown. Some vehicles are expensive when they go to the shop in there. </w:t>
        <w:br/>
      </w:r>
    </w:p>
    <w:p>
      <w:r>
        <w:rPr>
          <w:sz w:val="22"/>
        </w:rPr>
        <w:t xml:space="preserve">From that can I tell you my first two years with my first rig as a DIY that I had to half redo? I'll tell you that one, it was 2 fires in that thing. Luckily I was home and I saw the smoke first. Before there's flames, inverter fried, battery fried, Woo, I was home. That's kind of expensive. That was a few hundred bucks going out the door pretty fast. You also need to start your retirement fine. And some people like, Oh yeah, just starting retirement will sneak up on you fast. So you should at least maybe put an eighth to start with and don't touch it. </w:t>
        <w:br/>
      </w:r>
    </w:p>
    <w:p>
      <w:r>
        <w:rPr>
          <w:sz w:val="22"/>
        </w:rPr>
        <w:t xml:space="preserve">I started. I will say for my personal selves, that which is a type of retirement plan I can't touch until I'm thinking back. Hey dad, that's that little retirement funds. You can put up to 25 % of what you make in a year. Any more than that you get being by yes, the government one. We all love to start our funds that will take us back to the SBA dot gov. </w:t>
        <w:br/>
      </w:r>
    </w:p>
    <w:p>
      <w:r>
        <w:rPr>
          <w:sz w:val="22"/>
        </w:rPr>
        <w:t xml:space="preserve">Or you can get grants or loans. Or if you have a savings account that you had going ever since you started grooming. Some people have. Some people don't think that they're going to start their own business. I always say always start putting money in a way, just in case you have the brilliant idea of doing something fun with it. Only in a business can be tough, can be fun, super rewarding. So our funds are always a must. That's how I did it. I did have any loans starting up. I saved, saved, saved my first 18 months and that's over business plan. </w:t>
        <w:br/>
      </w:r>
    </w:p>
    <w:p>
      <w:r>
        <w:rPr>
          <w:sz w:val="22"/>
        </w:rPr>
        <w:t xml:space="preserve">You need to figure out how we are going to do your business. Are we doing off school? Stationary somewhere connected to another building business? Strip mall? Are we going to do in home? mobile. Plenty of different options out there. We needed to figure out what you want to do, what fits best for your personality, your lifestyle, being your own boss. Yeah, you can run your own times, but depending on what you do, you need to figure that out. Build your business plan, get your grants, your loans. You have a startup fund that can cover it. </w:t>
        <w:br/>
      </w:r>
    </w:p>
    <w:p>
      <w:r>
        <w:rPr>
          <w:sz w:val="22"/>
        </w:rPr>
        <w:t xml:space="preserve">That is great. We have your insurance. Now, a lot of people don't think about this, but if you have a mobile vehicle, there's special insurance that you need to operate a business out of. You need insurance on your vehicle as well as your business. If you are in home, not only will you have your homeowners insurance, but you need a business insurance again and another separate insurance on top of that. I am drawing a blank on what that is. If I remember, I'll get back to you. </w:t>
        <w:br/>
      </w:r>
    </w:p>
    <w:p>
      <w:r>
        <w:rPr>
          <w:sz w:val="22"/>
        </w:rPr>
        <w:t xml:space="preserve">We also have building insurance. If we are leasing somewhere like in the street mall, they may require you to have several separate insurance. Also property. Some states you have someone's pet is property. Yes, you need to make sure your insurance can cover an animal injured or death encouraged in your chair please. Let's not have that then. But we all know. Can happen. Dogs are moving, we are moving. Sometimes we zig and zag and something happens. We've all been there, done that. And I probably won't believe you saying we've never done it because knock on wood, don't say those words. I will not be the one because I did that. </w:t>
        <w:br/>
      </w:r>
    </w:p>
    <w:p>
      <w:r>
        <w:rPr>
          <w:sz w:val="22"/>
        </w:rPr>
        <w:t xml:space="preserve">And pricing, we need to figure out actually one thing. In a week, in a day, month, a year, You need to figure out how we're going to break that down for you. And are you planning on working couple days a week, three four days a week five six seven days a week? Please don't do 7. Where do you have vacation? Currently I'm only grooming four days a week. Trust me. I'm done with those Six and seven days. Wait, two more. I'm happy at work. Three days on, one day off. 2 days on, two days off. It works for me. </w:t>
        <w:br/>
      </w:r>
    </w:p>
    <w:p>
      <w:r>
        <w:rPr>
          <w:sz w:val="22"/>
        </w:rPr>
        <w:t xml:space="preserve">I'll help you figure out what works for you. What do we have next? Oh, my goodness. Miscellaneous clutch. Head over there. Oh, look at that HOA again. Yes, HO A's can be tricky. There are some cases where you can have your mobile van sitting in your driveway, but it cannot be a commercial vehicle, or if you have a trailer, it cannot be in your driveway with. Graphics as a considered as a commercial vehicle. </w:t>
        <w:br/>
      </w:r>
    </w:p>
    <w:p>
      <w:r>
        <w:rPr>
          <w:sz w:val="22"/>
        </w:rPr>
        <w:t xml:space="preserve">Also some HOA don't like you to run businesses out of their house or if you are servicing an HOA area you need to check with those HOA areas see if they allow you to park on the street or do you have to park in their driveway and. Trust me, some of those driveways kind of steep. We don't do steep. Just face it, it's like a damp damn it, we're standing there for an hour grooming a dock. Those boots are going to be nice and firm. </w:t>
        <w:br/>
      </w:r>
    </w:p>
    <w:p>
      <w:r>
        <w:rPr>
          <w:sz w:val="22"/>
        </w:rPr>
        <w:t xml:space="preserve">Too many hills for in my day. Set those out sony. I use own residential only. Are you zoned commercially? Are you zoned to have animals in your area? This is something we're going to have to explore. I got lucky when my husband, he said he bought this house for us or for me. That's not exactly what I would have picked out, but we got super lucky because of previous owners got it zoned for commercially. </w:t>
        <w:br/>
      </w:r>
    </w:p>
    <w:p>
      <w:r>
        <w:rPr>
          <w:sz w:val="22"/>
        </w:rPr>
        <w:t xml:space="preserve">It used to run a catering business out of that house, so it was so easy when we purchased the house that automatically got rolled over into us. Now our neighbors on either side? They're residential. Lucky us. Parking again. Hoa can come in handy. Revert back to that, or parking in your own driveway? Can you park? If there will, you have to park it at the storage unit? Let's see water do you have access to water? Do you have access to electricity? Mobile vehicles? All of them will have to have access to both of those. </w:t>
        <w:br/>
      </w:r>
    </w:p>
    <w:p>
      <w:r>
        <w:rPr>
          <w:sz w:val="22"/>
        </w:rPr>
        <w:t xml:space="preserve">I know some people will have to resort to storage units to park their vehicles. Because their city does not allow those type of vehicles or each away. That is something to think about. So if you have a landlord and you have nasty safe snow, are you reliable for that parking area? Do you have to keep it clean? Do you have to have your sidewalk the ice? Is that your obligation? Some of us don't even think about that. Read your lease. If you are renting a space, you'll have a contract. You'll be responsible for more things than you realize. Your a c. If it breaks down, do you have to service It? Does your landlord? Nine times out of 10, you will have to If a pipe breaks, is it on the landlord or is it on you? This is where you'll have your emergency fund. </w:t>
        <w:br/>
      </w:r>
    </w:p>
    <w:p>
      <w:r>
        <w:rPr>
          <w:sz w:val="22"/>
        </w:rPr>
        <w:t xml:space="preserve">Remember we talked about that little bit ago lawyers. You will need lawyers. Goes back to your insurance policies. Be very helpful. Your policies, Okay. What kind of policies are you going to have? No show matting policies. What's another good one? Do we have senior, senior dogs? Where do you stop grooming them? Do you continue with them? Seniors i have this thing with seniors. If I haven't groomed them all their life, I have them see a vet at least twice a year. Have them go over head to tail, make sure there's nothing extra going on, low heart murmur or just the grooming. </w:t>
        <w:br/>
      </w:r>
    </w:p>
    <w:p>
      <w:r>
        <w:rPr>
          <w:sz w:val="22"/>
        </w:rPr>
        <w:t xml:space="preserve">You need to make sure you are protected and once again, a lawyer can look at your policies where you need to add something to help cover you from preventing injuries or being sued for something as somebody slips and falls right out. So once again, feed your lease, you have to DI set sidewalk. Also, you know what? Let's go back to see which one do we want to do. If you're in home grooming, do you want people to know where you live? What happens if you kind of upset a customer? They know where you live. </w:t>
        <w:br/>
      </w:r>
    </w:p>
    <w:p>
      <w:r>
        <w:rPr>
          <w:sz w:val="22"/>
        </w:rPr>
        <w:t xml:space="preserve">Security cameras that could be part of your software. I know a few people who have in home grooming that use security cameras, but me, I tried that. It will work for some people but I'm just a little paranoid software. I love my soft foot. There are a few different types. My favorite that works for me. And of course this was in my first private salon. I was introduced to Room Soft. This is the only software I've used. I do know there's Mogo which is similar. </w:t>
        <w:br/>
      </w:r>
    </w:p>
    <w:p>
      <w:r>
        <w:rPr>
          <w:sz w:val="22"/>
        </w:rPr>
        <w:t xml:space="preserve">I have not used it, but it's. Text through the app only that can work for a lot of people from me personally it doesn't work but I see a lot of my friends using it and they are super happy with it. Just that my Forte but I've seen it works for them, just doesn't work for me. But we'll figure out what works for you. Because I have few of my friends, I hooked them up with that. They just don't like my software which is great more time for me. But software also help you with rowdy scheduling reminders and also can help you keep track of your policies and keep them in place. </w:t>
        <w:br/>
      </w:r>
    </w:p>
    <w:p>
      <w:r>
        <w:rPr>
          <w:sz w:val="22"/>
        </w:rPr>
        <w:t xml:space="preserve">I do my policies are signed by paper which. I might be changing that. It's time for me to get up at the times with everyone else. I know I'm behind on this one. Geez, I didn't know it's available. My software. I just have not explored it. I love to wait. It's up. So it works for me and I will work with you for that one. All right, let's see. </w:t>
        <w:br/>
      </w:r>
    </w:p>
    <w:p>
      <w:r>
        <w:rPr>
          <w:sz w:val="22"/>
        </w:rPr>
        <w:t xml:space="preserve">What else can we think we can go back and answer questions on? Thank you for attending. Let's just do questions and don't forget you can text me at 2-6 now, Answer any messages that come through. You can also email coaching at yahoo dot com right now. Let me go in here and see if there's any questions to be answered. Thank you. And I hope you enjoyed this class very much. Ok. I stopped to share too quick. Do me a favor, Say your number again, two zero six seven one eight three one six ok ok so. </w:t>
        <w:br/>
      </w:r>
    </w:p>
    <w:p>
      <w:r>
        <w:rPr>
          <w:sz w:val="22"/>
        </w:rPr>
        <w:t xml:space="preserve">We don't have any questions. Sorry, going to stop.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