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Coat Damage</w:t>
      </w:r>
    </w:p>
    <w:p>
      <w:r>
        <w:rPr>
          <w:sz w:val="22"/>
        </w:rPr>
        <w:t xml:space="preserve">Okay, Barbara, Okay. So we're past the technical difficulties. Barbara, it's all yours. And remember, you got to tell me when to advance the slide. All right. Well, hello, everybody. So thanks for tuning in and for joining me in this journey into the hair shaft. Little science today and with some, I hope, practical application. So let's get started. Hit it. Hold on, hold on. That's not letting me do it This way. The chat box open won't let me close the freaking chat box. We'll get there we go. Hey, good morning. So, our webinar goals. My intention today is to bring to pet and show groomers a fact based clear understanding of the nature of dog hair. </w:t>
        <w:br/>
      </w:r>
    </w:p>
    <w:p>
      <w:r>
        <w:rPr>
          <w:sz w:val="22"/>
        </w:rPr>
        <w:t xml:space="preserve">Based on current science, we kind of get some misunderstandings along the line. Sometimes we learn things that aren't exactly true, but today we will learn how hair coat is damaged over time, what factors aggravate that damage, and how we can mitigate the potential for coat damage from grooming next. Yeah, I know. It's what it feels like it So the hair follicle. The follicle is the envelope in which the hair shaft is formed. The hair follicle is such a complex thing that it is sometimes referred to as a mini organ. It has a life of its own. It's ever so much more complicated than we ever imagined. </w:t>
        <w:br/>
      </w:r>
    </w:p>
    <w:p>
      <w:r>
        <w:rPr>
          <w:sz w:val="22"/>
        </w:rPr>
        <w:t xml:space="preserve">Hit it. Do I have to say that every time? Yeah, it's not hitting. It's being a pill. Hold on a second. Let me just stop the share for a second. Well Dang. And I'm trying to turn off my camera too, and it's not letting me do anything. Barbara, barbara. Are we just stuck? Yes, we are just stuck. Well, shoot. So now I've said Dang and shoot, that's pretty good for me. It is. We'll leave it at that. What are we going to do, Mary, up there? So there we go. </w:t>
        <w:br/>
      </w:r>
    </w:p>
    <w:p>
      <w:r>
        <w:rPr>
          <w:sz w:val="22"/>
        </w:rPr>
        <w:t xml:space="preserve">So one of the things that happens to us is that as groomers and as a as a kind of. Not scientists. We are often shown highly simplified drawings of hair follicles, such as the picture on your left. There's a really simple drawing of a hair follicle and it sort of looks like you could pour something in that pour at the opening of the skin and, you know, water, the plant. Doesn't it look like that? But the truth is, the more realistic drawing is on your right. And you can see that it's ever so more complicated. </w:t>
        <w:br/>
      </w:r>
    </w:p>
    <w:p>
      <w:r>
        <w:rPr>
          <w:sz w:val="22"/>
        </w:rPr>
        <w:t xml:space="preserve">And it's also, you can see that it's actually a part of the skin. So that hair follicle is skin. It's just a different form that's yeah, I'm trying, Barb. Well, I'm sorry. Oh, there we go. Is that the next one? Yeah, that's the next slide. So how products are marketed can create an incorrect idea about skin and ear. And here's an example. One of my favorite examples is Greek yogurt dog shampoo. So it's marketed as Greek yogurt shampoo is a deeply penetrating and restoring grooming shampoo. This shampoo feeds protein to hair follicles to strengthen roots and restore moisture. It gently cleans, repairs, and nurses the skin and coat of your furry friends. </w:t>
        <w:br/>
      </w:r>
    </w:p>
    <w:p>
      <w:r>
        <w:rPr>
          <w:sz w:val="22"/>
        </w:rPr>
        <w:t xml:space="preserve">So they're kind of going on the plant watering model there. Bull Patty alert. A shampoo cannot, absolutely cannot feed protein to hair follicles. Nope, Nope. And also nope. A takeaway Here's a picture now of an actual hair follicle in the skin. You don't see any air there for bubbles to go down or nutrients to go down. It's all moored together. It's all like sewn. The hair shaft is like sewn into the hair follicle. It's it doesn't come out until the very end where the tip protrudes from the skin. Some facts about follicles they hear. Follicle is an integral part of the skin. </w:t>
        <w:br/>
      </w:r>
    </w:p>
    <w:p>
      <w:r>
        <w:rPr>
          <w:sz w:val="22"/>
        </w:rPr>
        <w:t xml:space="preserve">It is nourished through the dermal papilla way at the bottom of the hair shaft into that where it meets with the blood supply. Deep into the skin, the number of hair follicles is established in the womb, so you can't add more hair follicles by using products. And the hair growth cycle is guided by the stem cells, not the shampoo. Let's look at the hair shaft. So here's a picture of canine skin and hair. And here's an actual picture of canine hair, dog hair coming poking through the skin. </w:t>
        <w:br/>
      </w:r>
    </w:p>
    <w:p>
      <w:r>
        <w:rPr>
          <w:sz w:val="22"/>
        </w:rPr>
        <w:t xml:space="preserve">And you can see there that there's a large fat primary hair shaft surrounded by or associated by, along with several secondary, slimmer, smaller. Miscellaneous undercoat hairs or lesser hair. Secondary hair shafts the biology of hair. The hair is made-up of dead hard protein called keratin in three layers. In addition to the keratin protein, the hair is composed of 12 to 15 % water, 2 to 5 % lipids, and 1 % melanin. </w:t>
        <w:br/>
      </w:r>
    </w:p>
    <w:p>
      <w:r>
        <w:rPr>
          <w:sz w:val="22"/>
        </w:rPr>
        <w:t xml:space="preserve">That's the color. A keyword in this description is dead. The other is moisture content. Loss of water content results in diminished integrity of the hair shaft. So we have to know it's dead. We can't fix it. There, there's a picture of it, the anatomy. Now, this is an oversimplified picture. Let's get the next slide. There's a more accurate picture of the hair shaft. </w:t>
        <w:br/>
      </w:r>
    </w:p>
    <w:p>
      <w:r>
        <w:rPr>
          <w:sz w:val="22"/>
        </w:rPr>
        <w:t xml:space="preserve">Notice that the cortex, which is the central part of it, is actually these fibrils, since they're fibrils inside of fibrils, you know, so they just get. Littler and littler as you go deeper into the, into the structure there, and likewise the hair cuticle itself is several layers, and each layer is several layers. Hit it. To give you an example, the cuticle is formed by tightly packed scales in an overlapping structure similar to roof shingles. </w:t>
        <w:br/>
      </w:r>
    </w:p>
    <w:p>
      <w:r>
        <w:rPr>
          <w:sz w:val="22"/>
        </w:rPr>
        <w:t xml:space="preserve">The purpose of the cuticle is to protect the cortex. That's its own function. It's kind of like bark to a tree, except that it's wrapped tighter and more layers than. Tree bark usually peel off tree bark. You got a tree underneath it. You would have to peel away many layers, that the layers are not just on top of each other, but they're actually wrapped around the hair shaft. So in terms of maintaining hair integrity and coat health, the cuticle is what concerns us the most. Here's a picture of real hair cuticle and all the different layers. You're going to see those. I don't know, it kind of, it looks maybe like lasagna or maybe like to me it kind of looks like a Taco plate, but it can. </w:t>
        <w:br/>
      </w:r>
    </w:p>
    <w:p>
      <w:r>
        <w:rPr>
          <w:sz w:val="22"/>
        </w:rPr>
        <w:t xml:space="preserve">But the point of it is that's one layer. See all those are little parts. That's one layer of cuticle. It has all those parts in there. So you know it's really much more complicated than we're led to believe. The most important thing for you today is I want you to remember that a key element of the hair cuticle is the cell membrane complex known as the CMC This is the glue that holds the cuticle layers together. It's cements the cuticle layer and it attaches the cuticle layer to the cortex. </w:t>
        <w:br/>
      </w:r>
    </w:p>
    <w:p>
      <w:r>
        <w:rPr>
          <w:sz w:val="22"/>
        </w:rPr>
        <w:t xml:space="preserve">So on each layer of cuticle there's glue on the underside, there's glue on the top side, and that's what keeps the hair sealed. Our current understanding is that the CMC is made-up of proteins. Got to know that science is still digging into all of this. Hair is hydrophobic, so hair is kind of like a raincoat. The cuticle acts as a raincoat for the cortex of the hair, the cortex of those fibrous elements that are all pushed together that make up the strength and the tensile. </w:t>
        <w:br/>
      </w:r>
    </w:p>
    <w:p>
      <w:r>
        <w:rPr>
          <w:sz w:val="22"/>
        </w:rPr>
        <w:t xml:space="preserve">The tensile strengthen the elasticity of the hair. The cuticle is like a high a water repellent raincoat on the top of it all hydrophobic means water heating. Hydrophilic inside the hair is water loving when hair loses that hydrophobic nature. It can become hydrophilic and take on water and become damaged from the inside out. The hydrophobic nature of the hair shaft is protective and one of the things that we lose when we damage hair and ages out is it loses that hydrophobic nature. </w:t>
        <w:br/>
      </w:r>
    </w:p>
    <w:p>
      <w:r>
        <w:rPr>
          <w:sz w:val="22"/>
        </w:rPr>
        <w:t xml:space="preserve">This is pretty self-explanatory Next. There's some more. This is just to show you how the cortex is made of fibers within fibers. Go ahead. The very innermost layer of the hair shaft is called the medulla, and it's not present in all hair. It's not present in all animal hair. It's not present in all human hair. The medulla cells that are actually, it's kind of an air canal that runs through the center of the hair shaft. Very little is known about the function of the medulla. </w:t>
        <w:br/>
      </w:r>
    </w:p>
    <w:p>
      <w:r>
        <w:rPr>
          <w:sz w:val="22"/>
        </w:rPr>
        <w:t xml:space="preserve">The medulla is most important in the science of now I'm losing my word that it's most important in kind of identifying what kind of hair it is animal. Dog, pig. You know, like that because the different species have identifiable medullas. Go forensic, forensic science. Now here's a real hair shaft. You don't even see those five in the cortex. It just looks like mush, you know, and but this is a cross section of real hair. This happens to be a. An Oval shaped hair, which is a curly hair and it has no medulla. I'm I went to a hair show one time and they had a gadget. </w:t>
        <w:br/>
      </w:r>
    </w:p>
    <w:p>
      <w:r>
        <w:rPr>
          <w:sz w:val="22"/>
        </w:rPr>
        <w:t xml:space="preserve">You could look at your hair microscopically, put it to your scalp and see your hair. I saw my medulla. It was mind blowing go. So here's some key differences between canine dog hair and human hair. Average dog hair is smaller in diameter, the average dog hair. But you know, we say average dog hair. But there's such a huge range of dog hair types, many more types of dog hair than really types of human hair. </w:t>
        <w:br/>
      </w:r>
    </w:p>
    <w:p>
      <w:r>
        <w:rPr>
          <w:sz w:val="22"/>
        </w:rPr>
        <w:t xml:space="preserve">The average dog hair has fewer layers of cuticle. And it recent science suggests that when there's fewer layers of cuticle, the CMC the glue is thicker and more dense. That's interesting. Canine hair has a compound follicle with a single primary hair and several to many secondary hair. Human hair grows a single hair per follicle. Canine hair often has a more distinct and larger medulla. Human hair has a growth. Dominated antigen dominated growth cycle. So it's growing and growing and growing and then it goes through a catagen phase where it kind of changes and then it has a resting phase and finally it sheds. </w:t>
        <w:br/>
      </w:r>
    </w:p>
    <w:p>
      <w:r>
        <w:rPr>
          <w:sz w:val="22"/>
        </w:rPr>
        <w:t xml:space="preserve">But dog hair has a much longer resting phase than human hair. Human hair resting then sheds. Dog hair can rest in intelligent phase for years. This is important because it that doesn't turn over as fast in the growth cycle as human hair, and so it's more likely to become damaged just by wear and tear. There's a lot more variety of care nine hair types than we ever imagined. Important takeaway facts. Contrary to many marketing claims, hair cannot be nourished. It can't. It's dead. It can't metabolize nutrients, It can't do anything. You know, it can't take it on. Hair growth cannot be influenced by topic cleopride products. </w:t>
        <w:br/>
      </w:r>
    </w:p>
    <w:p>
      <w:r>
        <w:rPr>
          <w:sz w:val="22"/>
        </w:rPr>
        <w:t xml:space="preserve">Hair growth is a function of stem cell activity. Hair health is directly connected to skin health disease. Skin cannot produce healthy coat and the health of the skin is related to the health of the animal. A healthy hair coat suggests a healthy dog. Let's talk a little bit about curly hair because we all know that doodles have increased our awareness of problems related to curly hair. Here's some facts about. Curly hair. It's inhuman. In the study of hair science, curly hair is often referred to as ethnic hair because it was first kind of A and also ran type of hair that was found in African American hair and it wasn't studied very much, but now they've become. </w:t>
        <w:br/>
      </w:r>
    </w:p>
    <w:p>
      <w:r>
        <w:rPr>
          <w:sz w:val="22"/>
        </w:rPr>
        <w:t xml:space="preserve">More interested in it, The diameter of tightly curly hair is more elliptical. It's more Oval in cross section compared to straight hair. Cuticle areas vary around the perimeter, which causes of course hair texture, so it can be thinner and thicker on different parts of a hair shaft. It also makes it more easy to break and more easy to be damaged fiber diameter. Varies along the hair shaft, which makes controlling it a lot more difficult than just like red other hair 7 migration to the hair shaft is very low and not evenly distributed because of the form of the curly hair. </w:t>
        <w:br/>
      </w:r>
    </w:p>
    <w:p>
      <w:r>
        <w:rPr>
          <w:sz w:val="22"/>
        </w:rPr>
        <w:t xml:space="preserve">So it just, you know, like it makes sense that if you've got a straight hair. And there's seven to be distributed along the length of that hair. When it's straight, it's going to just drip on down, right, or move on down. When it's curly, it's got to go uphill and downhill and around and have what have you. So it doesn't move evenly along the hair shafts like the sebum in straight hair or even WAVY hair in general ethnic hair. Or curly hair tends to not entangle and it's very dry. It very easily loses moisture. It can become frizzy and fragile. It breaks easily, especially in the areas where there's curvature. And we kind of push that envelope because the more we attempt to straighten curly hair, the more we force it. </w:t>
        <w:br/>
      </w:r>
    </w:p>
    <w:p>
      <w:r>
        <w:rPr>
          <w:sz w:val="22"/>
        </w:rPr>
        <w:t xml:space="preserve">Be in an unnatural form, right? That's interesting to think about next. Curly hair. This is a quotation. Curly hair is more prone to breakage by simple daily grooming. It's calming weakens hair at the curvature. Thus, protection against hair breakage is the most important care factor for ethnic hair. Intensive conditioners reduce hair breakage, so you got a condition. This is a diagram that I ran into in a study of mixed ethnicity hair, and it kind of explains to me why some curly dog hair is so difficult. </w:t>
        <w:br/>
      </w:r>
    </w:p>
    <w:p>
      <w:r>
        <w:rPr>
          <w:sz w:val="22"/>
        </w:rPr>
        <w:t xml:space="preserve">To maintain, look at the curls on the on the right. Curl phases are synchronized so that the hairs don't cross each other. Now look at the hair curl phases on the left. They're just a mess. This is because they're not all aligned. Together in the same curl pattern, there's one hair will have one curl pattern, another hair will have another curved pattern. Now mixed ethnicity sounds a whole lot to me like mixed breed. And what about Lagoda Romanolo coats? I don't know if any of you have groomed this breed, but I fell into a specialization in this breed because I had a customer who was a breeder. </w:t>
        <w:br/>
      </w:r>
    </w:p>
    <w:p>
      <w:r>
        <w:rPr>
          <w:sz w:val="22"/>
        </w:rPr>
        <w:t xml:space="preserve">And Oh my God was I ever sorry that I became two sons Lagoto romanolo specialist because they've got a code from hell and it it's that it's that stuff on the left. That's what the lagoto here is it just met at the at the. At the scalp it matches. At the skin, it doesn't match. Most hair match weathers and match at the ends 1st and then you know it's pretty nice in the last three inches of at the skin. But let go to romanola hair it match right at the skin and right away it's. This kind of explains it to me. </w:t>
        <w:br/>
      </w:r>
    </w:p>
    <w:p>
      <w:r>
        <w:rPr>
          <w:sz w:val="22"/>
        </w:rPr>
        <w:t xml:space="preserve">Next, so let's take a closer look at some dog hair. This is a dog hair magnified by scanning electron microscope to a thousand times. And here we see the sebum under the scales. You also see all the dander which is the large. Flaky, icky thing. Parts, no. And the smaller little bits, all this is dander. This is a little piece of dander, little piece. This sebum here, all these little sebum is not a real uniform oil like we kind of thought it was. It's bulky stuff and here they take it up another thousand times magnification and you can say you've really seen. </w:t>
        <w:br/>
      </w:r>
    </w:p>
    <w:p>
      <w:r>
        <w:rPr>
          <w:sz w:val="22"/>
        </w:rPr>
        <w:t xml:space="preserve">Dog here. I find this quite fascinating. Canine here comes in many types and varieties, but there's not very many pictures of these different types and varieties. So I found two good pictures. One German Shepherd here. This looks a lot like a human here. Most likely this is a guard here. It's fat, it's tight, it's shiny, the hair cuticle is smooth and we would consider this hair to be non porous. On the other extreme we have Shih tzu hair. </w:t>
        <w:br/>
      </w:r>
    </w:p>
    <w:p>
      <w:r>
        <w:rPr>
          <w:sz w:val="22"/>
        </w:rPr>
        <w:t xml:space="preserve">Wow, look at that. Difference the cuticle edges raised and damaged. Now it isn't really another color. It's been stained to highlight and show us the raised cuticle edge. Excuse me. Most likely this is an undercoat here. Or maybe not, I don't know. But for sure this is very porous hearing. It's just not tightly knit together like that other here. Let's look at the two of them together. There they are. German Shepherd hair at 150 times magnification, Shih Tzu hair at 240 almost another hundred times magnified and it still is a third of the diameter of the German Shepherd dog hair. </w:t>
        <w:br/>
      </w:r>
    </w:p>
    <w:p>
      <w:r>
        <w:rPr>
          <w:sz w:val="22"/>
        </w:rPr>
        <w:t xml:space="preserve">And it's just you can just see how that Shih Tzu hair is going to be more fragile more easily damn, it's look at how it's breaking apart. You can you can see where this edge is just kind of coming off and lifting up. Man oh man, I love that. Here's some cat hair I threw in there because I know we got cat hair enthusiasts. Cat hair has got a little different cuticle pattern and this is British short hair. Cat here. And it's kind of got and this is where we going. Yeah, I know. </w:t>
        <w:br/>
      </w:r>
    </w:p>
    <w:p>
      <w:r>
        <w:rPr>
          <w:sz w:val="22"/>
        </w:rPr>
        <w:t xml:space="preserve">I was trying to go back, but apparently not. Ok, that's OK There. This is a good one. This is important because if you look right up here, you can see what looks to be like the CMC, the cuticle membrane stuff. The glue. See how that's gluey? That's not really open. You know this business about open, close, open, and that ain't happening. Go ahead, Mary, move us along. Here's a dog and cat hair together to show a contrast. And again, they've been colored to differentiate and all of that gold stuff is dander. </w:t>
        <w:br/>
      </w:r>
    </w:p>
    <w:p>
      <w:r>
        <w:rPr>
          <w:sz w:val="22"/>
        </w:rPr>
        <w:t xml:space="preserve">But the brown, these are cat hairs and these fatter dog hairs and then all of this, the under and dirt. Here's a healthy hair shaft. I want you to see how the light is reflected off the surface of that hair. That's a shiny hair. And this is it's non porous, it's tight. The cuticle is just kind of in good shape. So i'm just wonder, I'm curious, is there such a thing as a healthy porous here? I don't, I don't know. Let's take a look at some damage is gradual. </w:t>
        <w:br/>
      </w:r>
    </w:p>
    <w:p>
      <w:r>
        <w:rPr>
          <w:sz w:val="22"/>
        </w:rPr>
        <w:t xml:space="preserve">It's kind of like hearing damage starts small, you don't even notice it and it builds and accumulates and there's no going back. So this is an early. Some just see how this cuticle has been chipped and little pieces are coming off that like that. Yeah, it's raised, just raised a little bit and chipping off. That's beginning damage. This is a crack. See that crack? See these pokey holes now? I wasn't told this, but it seems to me that this is the type of damage that we could have from a harsh slicker brush. We'll talk more about slicker brushes, not my favorite tool. </w:t>
        <w:br/>
      </w:r>
    </w:p>
    <w:p>
      <w:r>
        <w:rPr>
          <w:sz w:val="22"/>
        </w:rPr>
        <w:t xml:space="preserve">Here's some damage from simple brushing and combing everything we do to hair causes some wear and tear and some damage everything that we do. So you need to be cautious and mindful. Next, here we have actually some exposed see how that strands Here's the undamaged cuticle. But all of a sudden you have this rough spot in the middle where it's actually starting to fray. That's a piece of cortex that has frayed right there. So eventually. So ultimately we can have something like this one on the far right where you have a whole area of missing scales. </w:t>
        <w:br/>
      </w:r>
    </w:p>
    <w:p>
      <w:r>
        <w:rPr>
          <w:sz w:val="22"/>
        </w:rPr>
        <w:t xml:space="preserve">Now don't go anywhere Mary, cuz one talk for a minute this raised cuticle on the middle picture that's probably caused by chemical damage when it's that bad, it's usually permed or straightening chemical or some bleaching. It's been chemically assaulted and that's caused that kind of you rarely get that kind of raised cuticle from just ordinary wear and tear, but you do get this kind of stuff where eventually. The damage has accumulated in this area so much that it's just totally exposed the cortex, and that cortex is going to start losing moisture and losing integrity and strength and ultimately will break and that could be anywhere along the hair shaft, more likely towards the end. </w:t>
        <w:br/>
      </w:r>
    </w:p>
    <w:p>
      <w:r>
        <w:rPr>
          <w:sz w:val="22"/>
        </w:rPr>
        <w:t xml:space="preserve">Unless there's matting and we've broken it off more towards the skin. Okay next, so damage accumulates. Here is an exposed cortex. Again, there's no mending of hair. When the cuticle is completely worn, moisture is lost from the cortex and the cortex will start to shred. These are cortex shreds. It's sort of like chicken that you that you shred the chicken, right? And here's split ends. If you ever wanted to know what your split ends look like, there you go. </w:t>
        <w:br/>
      </w:r>
    </w:p>
    <w:p>
      <w:r>
        <w:rPr>
          <w:sz w:val="22"/>
        </w:rPr>
        <w:t xml:space="preserve">That's some severe stuff. And look at that. Ooh, ooh, ooh. Even Mary can't stay looking at that. Look at that is something. Ok next. Here's some different types. We have a battered end that could be broken. It could be caused by a not sharps. We have raised cuticle. Notice how this is a curved or curly hair. So this is what happens with curly hair. That outer edge which is stretched, it doesn't have as good of protein. It's not as strong as underneath here. We'll look at it. </w:t>
        <w:br/>
      </w:r>
    </w:p>
    <w:p>
      <w:r>
        <w:rPr>
          <w:sz w:val="22"/>
        </w:rPr>
        <w:t xml:space="preserve">It's fine under there, but it's not fine up there And we're in the top of the curvature. Here's a here that's broken but hasn't severed yet. You would just feel this. It would just feel like a little bump, a little teeny bump. So it is a good thing if you're doing, you're maintaining a drop coat in length. It's a good idea to take your hair like I do this to my hair all the time and feel along the ends of a hair shaft or two or four. </w:t>
        <w:br/>
      </w:r>
    </w:p>
    <w:p>
      <w:r>
        <w:rPr>
          <w:sz w:val="22"/>
        </w:rPr>
        <w:t xml:space="preserve">Feel what it feels like. You can tell if it's damaged. My hair is terrible. So in this and in the bottom right raised and worn cuticle. That's just pretty much from everyday grooming. Well, maybe not every day, but regular wear and tear next. Here's some damage from detangling, especially when we're, quote, ripping out tangles. This is not going to stay detangled. That hair is going to gather its neighbors into another clump. This is what happens when we rip out tangles, when we when we don't. </w:t>
        <w:br/>
      </w:r>
    </w:p>
    <w:p>
      <w:r>
        <w:rPr>
          <w:sz w:val="22"/>
        </w:rPr>
        <w:t xml:space="preserve">Treasure the hair and it just leaves a mess and it just like it's going to just like catch its neighbors and create a big map. This is damage from wet combing. The wet hair is very elastic and it will stretch to the point of breaking and it actually breaks from the inside out. This is all. Cortex that is broken from the inside. Broken cortex. And that's just going to feel like a bump. Bumpy area. This is damage from back combing or teasing, and I remember when I reached the point that I told my hairdresser to never do that again. We'll just find another way to make my hair lovely. </w:t>
        <w:br/>
      </w:r>
    </w:p>
    <w:p>
      <w:r>
        <w:rPr>
          <w:sz w:val="22"/>
        </w:rPr>
        <w:t xml:space="preserve">Because we used to do a lot of teasing of hair in the seventies and eighties. So in order to minimize damage from coming and brushing, always work in the direction of the hair growth. Don't work back against the hair, work with the hair, Work to lay it down, work to smooth it out, work with conditioner next. Everything we do can and will cause some damage. At the best we can use products and tools to minimize wear and tear to the coat. This was meant this was just from banding the hair for elastic bands, bows banding for show. </w:t>
        <w:br/>
      </w:r>
    </w:p>
    <w:p>
      <w:r>
        <w:rPr>
          <w:sz w:val="22"/>
        </w:rPr>
        <w:t xml:space="preserve">Think you're you think you're protecting the hair body. By rolling it up and banding it. Not necessarily look at how we do that to poodle hair. They just come on all these banded areas and in a poodle topknot in between shows. That's what you're going to do to that. It's next a broken hair shaft. This is easy to imagine how these. Broken ends like that are going to cause more and more tangling in the coat. Now the thing about microscopic scanning electron microscopy is that you can't tell the extent of the damage. </w:t>
        <w:br/>
      </w:r>
    </w:p>
    <w:p>
      <w:r>
        <w:rPr>
          <w:sz w:val="22"/>
        </w:rPr>
        <w:t xml:space="preserve">Or if that's just a single hair that's like that. You can't tell where in the coat that hair was. You don't know enough about it. To be able to make a lot of generalizations. But you do know that that's nasty. That's bad. You don't want that At the ends are in the middle. Here's a tango, and here's a broken hair shaft. Right in the middle of the tango. That's broken right there. </w:t>
        <w:br/>
      </w:r>
    </w:p>
    <w:p>
      <w:r>
        <w:rPr>
          <w:sz w:val="22"/>
        </w:rPr>
        <w:t xml:space="preserve">Here's a knotted hair shaft. Have you ever done it? Made a whip mat? I have boy, and it's You might as well just cut those things out with a sharp scissor, because there's no fixing that. Here is an actual picture from Best Shot. Best Shot has graciously. Allowed me to shared with me some of their pictures. Best Shot is the only company that I know that's actually paid for their own electric their own big pictures, their own magnification. </w:t>
        <w:br/>
      </w:r>
    </w:p>
    <w:p>
      <w:r>
        <w:rPr>
          <w:sz w:val="22"/>
        </w:rPr>
        <w:t xml:space="preserve">And here is Yorkie hair and the damages right along there. Can you see that there's a kind of a long tear right along that? Here's a collie here with an even longer fracture. Look at that. This is probably from a deshedding blade. Yep, that's what we do. Important factoid. A raised here cuticle is most susceptible to damage. The cuticle cannot be open and closed like a door. And here's a quote. The term uplifted or open implies that cuticles can be coaxed into lying back down, but in reality they have been torn free, free from the underlying CMC the cement, and are faded to a road and dislodge via mechanical action. </w:t>
        <w:br/>
      </w:r>
    </w:p>
    <w:p>
      <w:r>
        <w:rPr>
          <w:sz w:val="22"/>
        </w:rPr>
        <w:t xml:space="preserve">That means as we comb and brush, we're going to be breaking that coat. Here's some factors that raise. The air cuticle heat, hot water, hot air drying, desert heat, alkaline solutions over 7PH as in soap People soap, hard soaps are like 9 to 9 5 in PH Very harsh detergents, especially strong degrees. Degreasers and bleaching agents and static electricity is our enemy. Static electricity grooming itself causes frictional forces within the hair coat, Factors that raise the hair cuticle. Well, we just did that. Well, just to there we go, give it to you again that there's a tighten the hair cuticle. </w:t>
        <w:br/>
      </w:r>
    </w:p>
    <w:p>
      <w:r>
        <w:rPr>
          <w:sz w:val="22"/>
        </w:rPr>
        <w:t xml:space="preserve">Cold water, Tepid water. This is why a lot of groomers suggest teachers suggest that we do a final rinse in cool or tepid water because it does help to tighten. It's not going to close and open cuticle, but it's going to tighten the skin and the hair cuticle. Mild acidic solutions. Most conditioners are mildly acidic. And the removal of static electricity. So we want to fight. </w:t>
        <w:br/>
      </w:r>
    </w:p>
    <w:p>
      <w:r>
        <w:rPr>
          <w:sz w:val="22"/>
        </w:rPr>
        <w:t xml:space="preserve">We want to use products with anti static agents. According to Doctor Zoe Dreylos, a leading educator in the field of human hair care, hair damage is the result of trauma to the physical structure of the hair that occurs every day. Damage is inevitable and some causes. Can be pinpointed friction is our biggest enemy in hair care. Any excessive rubbing of the hair can cause cuticle damage, especially when the hair is wet and more elastic. </w:t>
        <w:br/>
      </w:r>
    </w:p>
    <w:p>
      <w:r>
        <w:rPr>
          <w:sz w:val="22"/>
        </w:rPr>
        <w:t xml:space="preserve">This is why hair experts recommend that we pat the hair when we towel it rather than rub it with the towel, even though dogs love the rubbing part. The hair doesn't really love it. Pets create friction themselves with the movement of their legs and ears, and that's why we have that's behind the ears. Wait, if we just teach our customers to mist behind the ears daily with us a leavein conditioner, we'd probably not have so much matting behind the ears. </w:t>
        <w:br/>
      </w:r>
    </w:p>
    <w:p>
      <w:r>
        <w:rPr>
          <w:sz w:val="22"/>
        </w:rPr>
        <w:t xml:space="preserve">So dirt plus friction is like sandpaper on the hair cuticle all grooming creates friction. All now how about some shampoo damage? It's a new concept. Shampoos can damage the hair by abrasion and erosion and deformation during the shampoo process itself, when the hairs are rubbed against each other or when deformed by bending, torsion and stretching, while lathering or while combing or towel drying, or even when. Blow drying that another reason to blow dry in the direction of the hair growth. Always encourage the hair to blow dry in the direction of the hair growth, not against the growth. Newsflash shampoos can also dissolve or remove structural lipids. </w:t>
        <w:br/>
      </w:r>
    </w:p>
    <w:p>
      <w:r>
        <w:rPr>
          <w:sz w:val="22"/>
        </w:rPr>
        <w:t xml:space="preserve">Cmz and protonaceous. Material from the hair, so those would be strong, harsh detergents. One in study suggested that a large amount of cuticle damage occurs in the lathering step. Just when we you know, our favorite step. We love the lather, We love the foam. It's like chocolate to the hands, but actually the recirculating bather that just pours the product through the hair. Is probably the less damaging way than our lovely fun lathering it up. Kelly and Robinson concluded that shampooing and towel drying of the hair also, well, causes damage. Which we are blocking. However, these scientists suggest that combing and brushing damages They hear more than the lathering step of shampoo, and furthermore, that brushing is more damaging than combing. </w:t>
        <w:br/>
      </w:r>
    </w:p>
    <w:p>
      <w:r>
        <w:rPr>
          <w:sz w:val="22"/>
        </w:rPr>
        <w:t xml:space="preserve">They've also shown that cuticle loss is greater from wet combing than from dry combing. And that the use of a conditioner was shown to significantly decreases damage by reducing the friction forces generated in the hair during combing. So get this brushing is more damaging than combing environmental factors. Are you know like especially for dogs that spend a lot of time outdoors and we won't even we don't even hear talk about chlorine in the pool. I know in Arizona here we have a lot of dogs that go into chlorinated pools and that is terribly drying and damaging to hair coat. </w:t>
        <w:br/>
      </w:r>
    </w:p>
    <w:p>
      <w:r>
        <w:rPr>
          <w:sz w:val="22"/>
        </w:rPr>
        <w:t xml:space="preserve">So I always recommend that people. Wet their dog down with the hose before they let it go in the pool because that saturates the coat with tap water, so not as much chlorinated water gets absorbed into the coat, so UV rays just being outside all the time can actually degrade the natural glue for the hair cuticle. Next, static electricity is our enemy. Got it? Got it? Enemy static. So that's why when you're doing dry hair, when you're when you're combing or brushing dry coat you want to use. Misting lightly with a leavein conditioner that has an antistatic, as most of them do, so that you just reducing and getting rid of static within the coat. </w:t>
        <w:br/>
      </w:r>
    </w:p>
    <w:p>
      <w:r>
        <w:rPr>
          <w:sz w:val="22"/>
        </w:rPr>
        <w:t xml:space="preserve">As you as you groom, you know you know that a whole lot of what happens to coats is what happens at home. We really need to. Gently continue to educate our clients at what they might be doing at home to contribute to damage of their coach that they want more full so curly or kinky hair is more easily damaged. Hit it. Wine hair is thinner with fewer layers of cuticle protecting it, so it's more vulnerable to damage. Like my Maltese coats are much more easily damaged than what or might be shown coats. More porous hair has a rougher cuticle edge which is more easily damaged by grooming tools. </w:t>
        <w:br/>
      </w:r>
    </w:p>
    <w:p>
      <w:r>
        <w:rPr>
          <w:sz w:val="22"/>
        </w:rPr>
        <w:t xml:space="preserve">So health factors, especially hormonal disorders, can cause poor hair, brittle hair loss and breakage. And one of the things when you discover that you've got a dog that's, you know, like really losing hair abnormally, I mean, there's going to be some thinning out of here as dogs age, but. The hair foll can be even beyond normal for an older dog. You want to suggest that they get the dog tested for thyroid because that's a sneaky illness that can exist for a long time before it's ever diagnosed, and it is most obvious in hair growth and hair breakage. </w:t>
        <w:br/>
      </w:r>
    </w:p>
    <w:p>
      <w:r>
        <w:rPr>
          <w:sz w:val="22"/>
        </w:rPr>
        <w:t xml:space="preserve">As well as lethargy, and just like not being so happy anymore, allergies cause the dog to do a lot of mechanical damage and extremely poor nutrition can cause poor quality hair or hair loss because the nutrients are going to go to the most vital functions such as heart. You know what I'm saying? And then hair growth is kind of lower on the list. Groomers can create the appearance of healthier coat, and we can prevent some further damage. But we can't make unhealthy hair into something it's not. </w:t>
        <w:br/>
      </w:r>
    </w:p>
    <w:p>
      <w:r>
        <w:rPr>
          <w:sz w:val="22"/>
        </w:rPr>
        <w:t xml:space="preserve">We can help create healthier skin, which will create better hair with regrowth. But we have to encourage people to be patient and allow for regrowth. And you know, sometimes it is best for the animal just to do a short shave down and start a new coat. Behavioral factors. We already kind of touched on that. There's that picture again. And some stuff about moisture. A damaged hair cuticle will allow too much moisture to enter the hair shaft, swelling the cortex, making it lose strength, and sometimes causing the cuticle to crack from the internal pressure of greater volume of water logging. The key to maintaining moisture balance is to protect the integrity of the hair cuticle and keep it at a balanced well. </w:t>
        <w:br/>
      </w:r>
    </w:p>
    <w:p>
      <w:r>
        <w:rPr>
          <w:sz w:val="22"/>
        </w:rPr>
        <w:t xml:space="preserve">The key to moisture is balanced. Dry, brittle hair is often in need of oils and minerals, not more water, moisture, excessive heat. Here's something interesting. This is a bubble here. Look at this is bubble here where the water inside the air shaft boils leaving air pockets. That's air in the middle. This can happen with flat irons and, you know, heated grooming tools. Probably a problem more likely associated with. Human hair care than pets, but I've seen dog show handlers be so mindless about how they use irons and heat on coats with just like not really paying attention to how much heat they're subjecting the hair to. </w:t>
        <w:br/>
      </w:r>
    </w:p>
    <w:p>
      <w:r>
        <w:rPr>
          <w:sz w:val="22"/>
        </w:rPr>
        <w:t xml:space="preserve">The beauty brains. One of my favorite experts says blow drying and this would be with a hot human hair dryer. Most of our dog hair dryers are not excessive and eat enough to cause flash drying. But blow drying causes a flash drying effect that not only removes the surface moisture but also removes water that is bound to the hair inside the hair cuticle, called the water of hydration. The effect of this is that the cuticles become dried, rigid, brittle, and when the hair flexes, the pressure causes the cuticles to crack. </w:t>
        <w:br/>
      </w:r>
    </w:p>
    <w:p>
      <w:r>
        <w:rPr>
          <w:sz w:val="22"/>
        </w:rPr>
        <w:t xml:space="preserve">Heat is Heat is brutal. One study showed that cracks occur not only on the surface layer of the cuticles, but actually two or three cuticle layers deep. That was some dried out hair cuticle. Combing here with this degree of cuticle cracking causes significant breakage. So here's just a little few facts about. Degrees of how hot is hot? Healthy hair burns at roughly the same temperature as paper. However, burning or scorching can occur at lower temperatures in here. That has been subjective to other harsh treatments, so especially people who are doing. Creative grooming and using color and bleaching need to be especially conscious that bleaching tends to make the hair more vulnerable to heat damage, and again, wet hair is more vulnerable to breakage from stretching, tugging or rubbing. </w:t>
        <w:br/>
      </w:r>
    </w:p>
    <w:p>
      <w:r>
        <w:rPr>
          <w:sz w:val="22"/>
        </w:rPr>
        <w:t xml:space="preserve">It's because it's so elastic that it will just go. It will elastic, it will elongate until it breaks. Water breaks the hydrogen bonds in the hair that give the hair its strength in its form, and this increases the elasticity, allowing the hair to stretch to the breaking point you know, like. You can do some deshedding in the tub, but you might not want to do a whole lot of detangling in the tub unless you really know what you're doing. </w:t>
        <w:br/>
      </w:r>
    </w:p>
    <w:p>
      <w:r>
        <w:rPr>
          <w:sz w:val="22"/>
        </w:rPr>
        <w:t xml:space="preserve">Wet hair has less tensile strength. The hair is weakened and as it dries, however, the hydrogen bonds reform and the hair regains its strength. So you want to do it, You know, like you're better off detangling half dried hair. Bleaching hair, a longer calm stroke, increasing fiber curvature, curly hair, wet combing versus dry combing, and brushing versus combing all provide for an increase in long segment breaks in the hair shaft and the largest effect being produced by brushing. Who would have thunk? Hard damage repair appears to the groomer. This is what we see mats tangles, hard to manage coat, you know. It just seems to be getting worse every time you groom it. </w:t>
        <w:br/>
      </w:r>
    </w:p>
    <w:p>
      <w:r>
        <w:rPr>
          <w:sz w:val="22"/>
        </w:rPr>
        <w:t xml:space="preserve">That's accumulated air damage. It's not necessarily, because the owners are not. Brushing the dog. The owners might be brushing the dog too much without any care to the haircut. Like, without misting, without using a leavein conditioner. They're just, you know, are using the wrong kind of rough tools yeah hello, i have my, I've had my. People come in, bring their tools to me, show me what you use at home. And then I say, oh, this is good, use this. You got to toss this is good. This ain't good. This is not so good, you know. And here's a product that will make everything better. Next dull coat. Well, some coat just does latch shine like. </w:t>
        <w:br/>
      </w:r>
    </w:p>
    <w:p>
      <w:r>
        <w:rPr>
          <w:sz w:val="22"/>
        </w:rPr>
        <w:t xml:space="preserve">It's poorest coat. Poodle coat is poorest coat it. Poodles rarely have that shine. Not like. I mean, just think about a Doberman. They just glow when they're, you know, groomed. And that's because they have a tight hair cuticle that reflects a lot of light that's shiny. Now we can make a coat shine by using the silicone which reflects. Light and creates the illusion of shine. So this is A and if you know, like if you're breaking coke during grooming, you're not just seeing coke come out, but you're you can hear it. </w:t>
        <w:br/>
      </w:r>
    </w:p>
    <w:p>
      <w:r>
        <w:rPr>
          <w:sz w:val="22"/>
        </w:rPr>
        <w:t xml:space="preserve">It's snapping, it's cracking that's breaking. I once had a had a hairdresser going to my ear with a. Fine plastic comb. And I could hear it breaking. I said you got it. Don't use that comb, please. I just stop her. It was a new hairdresser to me. I had to stop her to i can tell that's not a good comb for me. She was insulted, but I didn't get. </w:t>
        <w:br/>
      </w:r>
    </w:p>
    <w:p>
      <w:r>
        <w:rPr>
          <w:sz w:val="22"/>
        </w:rPr>
        <w:t xml:space="preserve">But she was breaking my hair. I couldn't hear it. So what can a pet groomer do? I want you. This is Dukey. He's long gone, but I promised him. It would appear in every presentation from forever. Ok next we can condition. Conditioning is the answer. It is essential. It's the most important thing you can do to minimize air damage. Conditioner protects the cuticle. Conditioner fills in the rough. Exposed cuticle edges, especially conditioners that have a combination of protein and a sealant like a silicone. Those kind of conditioners really can smooth the hair shaft and create much less frictional force as you're grooming and brushing and combing. </w:t>
        <w:br/>
      </w:r>
    </w:p>
    <w:p>
      <w:r>
        <w:rPr>
          <w:sz w:val="22"/>
        </w:rPr>
        <w:t xml:space="preserve">And of course, it reduces the static electricity our enemy. Here's a picture of a conditioned hair shed. See, now that's pretty smooth. Next, Watching removes this, even making the cuticle more vulnerable. And hit it. Conditioner replaces the strips through them and gives even better coverage than nature. Tool choice is a very important element in code management and damage management, so brushes should be widely spaced. Pins or tines or bristles to prevent increased heat along the brush. So This is why I like some of the newer. We'll see. I'll show you some of the newer brush. You know what? I don't use metal tools too much in my grooming except for really wide tooth poodle Combs. </w:t>
        <w:br/>
      </w:r>
    </w:p>
    <w:p>
      <w:r>
        <w:rPr>
          <w:sz w:val="22"/>
        </w:rPr>
        <w:t xml:space="preserve">So you want to choose a comb with a smooth, rounded, coarse teeth that easily slips through the hair. So my I always say start with wide teeth and then finish with finer teeth. I have a bather that just starts with a finer side of the cone just. To breaking hair that way. If you start with a wider part, work that through, and then go to a finer part, you're going to break less shafts. </w:t>
        <w:br/>
      </w:r>
    </w:p>
    <w:p>
      <w:r>
        <w:rPr>
          <w:sz w:val="22"/>
        </w:rPr>
        <w:t xml:space="preserve">So invest in tools that are designed to minimize hair damage. Now news flash, very few tools are marketed to. Minimize hair damage. But they're marketed to minimize skin damage, and that'll do it OK So look for brushes and Combs with rounded, polished tips. And generally speaking, cheap slicker brushes have the most potential for hair damage, while wide tooth Combs have the least. Pin brushes with polished pins are also an excellent choice, as are some of the nylon brushes that are on the market now. </w:t>
        <w:br/>
      </w:r>
    </w:p>
    <w:p>
      <w:r>
        <w:rPr>
          <w:sz w:val="22"/>
        </w:rPr>
        <w:t xml:space="preserve">Next, here's the Panello hybrid brush cone. Now you wouldn't think this is a. Great tool. You can see that the very the tips of those pins or whatever you want to call them are narrow, more narrow but not real narrow and it's they're silicone coated they this is very hair friendly very dog friendly and it actually. Removes a lot of undercoat. This is one of my favorite newer tools that I use. I sell. I advocate for because I think this is an extremely hair friendly dog. Friendly dogs that are very touchy about being groomed will tolerate A Panello hybrid brush much better. </w:t>
        <w:br/>
      </w:r>
    </w:p>
    <w:p>
      <w:r>
        <w:rPr>
          <w:sz w:val="22"/>
        </w:rPr>
        <w:t xml:space="preserve">Than traditional tools. Next being difficult again. Hey, it happened. You turned your camera off. No, it doesn't say I did. Hold on a second. All right, hold on. I think we have to do the share screen again. There, we hope. Play, play. I also just want to make mention, it's going to be difficult to answer questions during this and we're going to save that to the end. Oh yeah, we got to save it till the end cuz I get too distracted. So this is a care Co brush with flexible fingers so you see each of these things that move separately and but it moves as like a whole brush and you can see where the tips are rounded. </w:t>
        <w:br/>
      </w:r>
    </w:p>
    <w:p>
      <w:r>
        <w:rPr>
          <w:sz w:val="22"/>
        </w:rPr>
        <w:t xml:space="preserve">This is a. Fabulous brush. It's a human brush. It was brought to my attention in one of my groups, The Groom Pod group actually, and I highly recommend the Carico brush. This is a traditional. This is Chris Christiansen Woodpin brush. This is another brush. Very hair friendly. It's also rather expensive but. You know it's worth it to not be damaging coat next. I love this brush. I use this in my own hair. Yeah, I I've used those in my own hair. </w:t>
        <w:br/>
      </w:r>
    </w:p>
    <w:p>
      <w:r>
        <w:rPr>
          <w:sz w:val="22"/>
        </w:rPr>
        <w:t xml:space="preserve">Here, let's talk about slicker brushes. So slicker brushes have a reputation among dog show people for causing coat damage. I learned this one before I was a groomer, my mother and I. My mother bred Laza Opsos and we showed them and interestingly enough, she did the grooming and I would took them in the ring. Who would have thought so? It's difficult to imagine pet grooming without slickers, but slicker brushes can cause a great deal of damage. We can. You don't have to throw them away, but you can reduce our dependence on slickers. And you can use slickers that are have protected tips, which we'll see in a minute. </w:t>
        <w:br/>
      </w:r>
    </w:p>
    <w:p>
      <w:r>
        <w:rPr>
          <w:sz w:val="22"/>
        </w:rPr>
        <w:t xml:space="preserve">But so select slicker brushes that are not rough on your skin. If you if it's too scratchy on your hand, it's going to damage the hair cuticle. That's it. You know it might. Hair cuticle might be like bark to a tree, but it's not tree bark, it's not roof tiles. It's agile stuff. Here's the Artero protected pin, Nature's collection. These are good tools. You can see maybe that they've got very small tips on the end of the pins. But they're all tipped. It's all protected. They have short coat, short pins and longer pins and four pad sizes X small, medium and large. </w:t>
        <w:br/>
      </w:r>
    </w:p>
    <w:p>
      <w:r>
        <w:rPr>
          <w:sz w:val="22"/>
        </w:rPr>
        <w:t xml:space="preserve">This I just found this. I've been looking for a curved base because my groomer Dave, he doesn't want to give up his slicker brush because it has a curved pad and he's got to have that. So I just found this. At I think that should be paw brothers, not pet brothers, did that in the middle of the night. So what about boar bristles? They're kind of alleged for being here on hair. They're touted as being ideal for smoothing hair. They're also some hair experts said that borblet bristles can have very pointy tips and also. Damaged hair cuticle. So that's your call there. </w:t>
        <w:br/>
      </w:r>
    </w:p>
    <w:p>
      <w:r>
        <w:rPr>
          <w:sz w:val="22"/>
        </w:rPr>
        <w:t xml:space="preserve">Again, take a look at it. I you know what? I look at my brushes and my Combs. I look at everything went through a magnifying glass. I love looking at. And by the way, I look in my brushes and Combs every few months to see if there's coating that's coming off and making a rough spot that can actually cause some damage. Next, oh, so we say discard, discard worn brushes and cones. So we come, we become attached to our tools, right? And that and you use them for years and years, even though they're worn and maybe not as smooth. </w:t>
        <w:br/>
      </w:r>
    </w:p>
    <w:p>
      <w:r>
        <w:rPr>
          <w:sz w:val="22"/>
        </w:rPr>
        <w:t xml:space="preserve">And you want to use a smooth surface to work hairs smooth rough is bad. Smooth is good. Ok so you got to look out for rough spots or chips. Coated cones, I love them. But when the looks like coating starts to chip, you got to put them away, put them in A-frame hang them on the wall. My favorite cone. Ok so use only sharp shears, he's a good. Illustration of what can happen, here's a doll cut with the doll, scissor cut with a razor blade. So that's quite a big difference. And you can see this is look at this doll scissor, it chomped on the on the hair cuticle kind of all the way back, not just the end. </w:t>
        <w:br/>
      </w:r>
    </w:p>
    <w:p>
      <w:r>
        <w:rPr>
          <w:sz w:val="22"/>
        </w:rPr>
        <w:t xml:space="preserve">That's rough. But look at all the way up here. This thing was not quite so bad. So use only sharp shears. Get your shears sharpened. Once they dough put them away. You know you can buy cheap, cheap shears from China Direct Valley Express and have them. It can be even cheaper than. It's telling me that my computer's running low. I'm going to plug it in next. </w:t>
        <w:br/>
      </w:r>
    </w:p>
    <w:p>
      <w:r>
        <w:rPr>
          <w:sz w:val="22"/>
        </w:rPr>
        <w:t xml:space="preserve">How's our time, Mary? Let's see. You're an hour and 15 minutes in. So you 45 more minutes. Oh, I'm doing OK Doing good OK, next. Avoid tugging on hair. Oh, avoid tugging on hair. But of course, do you not? Can you tell me what number slide this is number five what. Five says five. Avoid tugging on hair. That's the point. But it's not slide number five. I have no idea. Ok, so every time you run into a snag in the hair and you tug on it, you create an explosion of energy. </w:t>
        <w:br/>
      </w:r>
    </w:p>
    <w:p>
      <w:r>
        <w:rPr>
          <w:sz w:val="22"/>
        </w:rPr>
        <w:t xml:space="preserve">This is the physics of hair care, right? You an explosion of energy. And then when untangling, so that that's not a good thing because that explosion of energy can be enough to break a hair. So when untangling it's best to pick it apart. And I think some of us had been trained that lay pooch taught us how to pat and pick pat and lift. This is the way that you should Russian comb. Out tangles. You want to pick at them. You want to pull apart with your fingers. You want to lift and separate the hair. You want to not just yank it through. </w:t>
        <w:br/>
      </w:r>
    </w:p>
    <w:p>
      <w:r>
        <w:rPr>
          <w:sz w:val="22"/>
        </w:rPr>
        <w:t xml:space="preserve">If you yank it through, you're going to be damaging the coat. So tugging causes breakage, which leaves snaglians within the coat. That will create more tangles, so don't do it. Be kind. Treasure that hair. Next, I'm trying, Barb. I'm trying. Oh, OK, well, there you go. Use Ambien Air drying. Well, this is hard. This is easier for me in a stationary shop than it is for someone in the mobile, for example but. For example, I don't use a hair dryer on my hair at all. </w:t>
        <w:br/>
      </w:r>
    </w:p>
    <w:p>
      <w:r>
        <w:rPr>
          <w:sz w:val="22"/>
        </w:rPr>
        <w:t xml:space="preserve">I only use fan or just the air drying. So the use of the air drying as much as possible actually. So actually cage drying with fans is coat friendly. Now you're going to have, you're not going to have. Totally stretched out. Do we really need to fluff dry every dog? That's a good question. Am I actually suggesting that we don't need to fluff dry every dog? Yeah, I am. So you can incorporate the use of fans or ambient air. </w:t>
        <w:br/>
      </w:r>
    </w:p>
    <w:p>
      <w:r>
        <w:rPr>
          <w:sz w:val="22"/>
        </w:rPr>
        <w:t xml:space="preserve">I have a say hair turbo. I don't think they make those anymore. But you know these big air mover kind of dryers that originated as carpet dryers And then they have you have these big ducts that you can put around and create nice kind of movement of air that will. Dry coat and then you can use the heat or the blow dryer to finish so you know like you can blow off the excess. You can use Ambien Air to do some drain and then you can finish with brushing and combing on the last quarter of the way. So direct heat can be brutal to the hair. </w:t>
        <w:br/>
      </w:r>
    </w:p>
    <w:p>
      <w:r>
        <w:rPr>
          <w:sz w:val="22"/>
        </w:rPr>
        <w:t xml:space="preserve">If the hair dryer. If the dryer air is too hot for your hands, it's probably too hot for the hair. Now, if you have to use gloves to hold on to your high velocity dryer because it gets so hot, it's probably too hot for the hair. You're probably in danger of frying the hair. So you don't want to do that. I mean, I've had those kind of dryers I've had. I'm not going to name names, but I've had. Big name dryers that have been so hot to my hands that I had to wear leather glove on my hand or you buy their glove for the hose maybe that's too hot. </w:t>
        <w:br/>
      </w:r>
    </w:p>
    <w:p>
      <w:r>
        <w:rPr>
          <w:sz w:val="22"/>
        </w:rPr>
        <w:t xml:space="preserve">And if you are ironing coats like. For a show coat on a have an ease or Maltese or whatever. Use a professional grade ceramic flat iron only clean conditioned dry coat. You don't dry the coat with an iron. Use the lowest temperature that gets the job done. Fine hair is the easiest to damage, which is a lot of what they use. So you know what, at the dog show I've even seen them ironing Borzoi coats. I love the WAVY nature of my Borzoi, so section off here with clips so you don't need to rework or reheat. </w:t>
        <w:br/>
      </w:r>
    </w:p>
    <w:p>
      <w:r>
        <w:rPr>
          <w:sz w:val="22"/>
        </w:rPr>
        <w:t xml:space="preserve">Parts sections that have already been done iron in a single smooth sweep. Don't hesitate, don't hold it there just and use a thermal protection product. I've seen handlers just go after the hair coat with an iron and not use any kind of protection on the coat and then blame the previous handler. Yeah, I saw that happen. So that's all that next. Hold on, Barbara. It's I go 2 slides over or where's one, how many slides did I go over? Is that one or just is that one or two? I don't know mary, hold on. </w:t>
        <w:br/>
      </w:r>
    </w:p>
    <w:p>
      <w:r>
        <w:rPr>
          <w:sz w:val="22"/>
        </w:rPr>
        <w:t xml:space="preserve">Let me see if I can go back. But this is a good one for your owners, especially in the winter time. It's a very good idea to suggest a humidifier to use in the home or in the area of the dog bed where the dog sweep, because static and dry air with static electricity, which is what happens in our homes when we turn on our dry furnaces. </w:t>
        <w:br/>
      </w:r>
    </w:p>
    <w:p>
      <w:r>
        <w:rPr>
          <w:sz w:val="22"/>
        </w:rPr>
        <w:t xml:space="preserve">In the winter time we get static electricity in there. If you're getting shocked when you open the door to your house to let somebody in, you might want to use a humidifier, even just an aromatherapy mister. Of some sort. You're going to have less matted code problems if the air in the home is humidified. Ok so. Mischief from static cling can also be reduced by lightly missing the coat with a nanny spread static spray daily just as he walks by. Just get him right. It can just be helpful so when a coat, when a pet's coat seems dry and brittle to the touch, it is at risk. </w:t>
        <w:br/>
      </w:r>
    </w:p>
    <w:p>
      <w:r>
        <w:rPr>
          <w:sz w:val="22"/>
        </w:rPr>
        <w:t xml:space="preserve">Moisture loss leads to breakage and easily damage easy damage. Rehydrate with shampoos that contain glycerin, panthanol or other moisturizer and or remoisturizing conditioners. Consider a pre bath treatment with a light oil like conditioner so at like a pre condition bath condition system or minerals. Listen to Michelle will talk to you about minerals. Curly coats, by the way, respond well to protein conditioners. The protein fills in the uneven areas of the curly hair. Can hair can damage hair be repaired? It's nearly impossible. To repair badly damaged hair, we can use products for some minor restoration and to give a temporary effect at best for a few days, but hair damage is best prevented. </w:t>
        <w:br/>
      </w:r>
    </w:p>
    <w:p>
      <w:r>
        <w:rPr>
          <w:sz w:val="22"/>
        </w:rPr>
        <w:t xml:space="preserve">You just can't rip it out and then somehow mask the damage that is done. The marketing claims that promised to repair here like we've seen today, damage like we've seen today are appealing to our desperate imagination. Except hair scientists and cosmetic chemists are developing better and better products as we speak. Advanced technology is on the horizon and has already entered the human hair care marketplace. It used to be that you needed to use if you're going to do deep conditioning. </w:t>
        <w:br/>
      </w:r>
    </w:p>
    <w:p>
      <w:r>
        <w:rPr>
          <w:sz w:val="22"/>
        </w:rPr>
        <w:t xml:space="preserve">You needed to use a conditioner that you let sit on the hair for 5 to 15 minutes. Nowadays they have cationic polymers that do instant hair quote repair. Instantly kind of fill in the hair cuticle. It's coming along. They were closer to hair repair than we've been before, but it's still more of a fantasy than a fact. We're almost done good next slide is up. Oh, sorry. I guess I'm almost done. This is what happens when you get to be 83 The next slide is up and you're just sitting there to minimize damage from brushing and coming. </w:t>
        <w:br/>
      </w:r>
    </w:p>
    <w:p>
      <w:r>
        <w:rPr>
          <w:sz w:val="22"/>
        </w:rPr>
        <w:t xml:space="preserve">Hair should always be protected this you need to emphasize this to your people. It's one thing that they brush. If they think they're brushing daily or weekly, they need to be brushing and combing with a conditioning process of some kind. Just a light? Leave in conditioner, A grooming mist. You always want to have some protection for the coat against the mechanical stress that you're about to do to the hair. Ok so always use a mister. </w:t>
        <w:br/>
      </w:r>
    </w:p>
    <w:p>
      <w:r>
        <w:rPr>
          <w:sz w:val="22"/>
        </w:rPr>
        <w:t xml:space="preserve">Mist with a light conditioner, even just take a regular conditioner and dilute it way down and put it in the spray bottle and use that at home. Final word. So we're at the end people, so learning happens. When new information is processed and sinks in, think over this information about hair and hair damage As you go about your work in the next few weeks, just keep it in your mind. Keep an open mind and be and look at how you groom and what you're doing that just might be contributing to coat damage. </w:t>
        <w:br/>
      </w:r>
    </w:p>
    <w:p>
      <w:r>
        <w:rPr>
          <w:sz w:val="22"/>
        </w:rPr>
        <w:t xml:space="preserve">Look at your tools, look at your products, look at your procedures and if you can go back and review this presentation, think about it. What can you do to minimize hair damage in your salon? So let's stop here and start digesting and you can answer any questions. Okay, that was fun. Okay, so Barb's here. So put your questions in either one of the chats and we will get to all of them. 11 So first question in relation to dog hair, would curly coats be Oval? Yes, curly hairs are Oval okay that's a fundamental structural fact about curly hair. </w:t>
        <w:br/>
      </w:r>
    </w:p>
    <w:p>
      <w:r>
        <w:rPr>
          <w:sz w:val="22"/>
        </w:rPr>
        <w:t xml:space="preserve">It's Oval, all right. So the question is, how do you dry dogs quickly without a high velocity dryer? I don't kennel dry dogs, and there's that two people who don't kennel dog, kennel dry dogs in their salon well. You of course. High velocity drying is the quickest way. I have a I have options in my salon. I do kennel dry some dogs and they might be dogs that don't tolerate the high velocity dryer well or dogs that have. I sometimes kennel dry doodles so that I don't get a totally straightened, fluffed out coat. My doodle people like their curly coats, so I will blow off the worst of the water and then put them. </w:t>
        <w:br/>
      </w:r>
    </w:p>
    <w:p>
      <w:r>
        <w:rPr>
          <w:sz w:val="22"/>
        </w:rPr>
        <w:t xml:space="preserve">I've got an exercise pen where I can put. Air around it and blow in a couple of directions on the dog and then I'll take them out when they're about 80 % dry and finish that with my sand dryer. And all right, So what about spraying products with drying? I think what she's trying to say, and correct me if I'm wrong, Anita. That if you are using a high velocity dryer about adding in spray in products to counteract the heat. Is that what you're asking Anita? Well, you don't like that's true. You can use silicones especially that are and quick drying products that are. Meant to help break down water particles into smaller pieces and blow it off more rapidly. </w:t>
        <w:br/>
      </w:r>
    </w:p>
    <w:p>
      <w:r>
        <w:rPr>
          <w:sz w:val="22"/>
        </w:rPr>
        <w:t xml:space="preserve">You can do that. The thing to be mindful of is the temperature of your dryer. It's not so much that you know, ambient air is the least. I mean high velocity dryers are wind. In fact, my first high velocity dryer was called Mighty Wind because it was a mighty wind. Boy, was it loud too and it just blew us all away. Well, the wind can actually cause frictional force within the air, so there's enough and there's too much, you know, you just. You know, and I have a I like a water. I like the flat nozzle more than. I don't use a cone nozzle hardly at all, except when I'm really deep, shedding a deep, deep coat that's badly packed. </w:t>
        <w:br/>
      </w:r>
    </w:p>
    <w:p>
      <w:r>
        <w:rPr>
          <w:sz w:val="22"/>
        </w:rPr>
        <w:t xml:space="preserve">I'll use a cone nozzle. That cone nozzle really can whip mats into a coat. But the flat nozzle? Using it in the direction of the hair and working from the top down, I can get the dog dry without with the least amount of damage. And I like to use a certain amount of kennel drying with dogs who are afraid of the getting their faces dried, of dogs where I want to have kind of a curly informal finish. And like that, I don't think that. </w:t>
        <w:br/>
      </w:r>
    </w:p>
    <w:p>
      <w:r>
        <w:rPr>
          <w:sz w:val="22"/>
        </w:rPr>
        <w:t xml:space="preserve">I mean, it's I'm not talking about hot air cage dryers here. I'm talking about ambient air fans, air movers, you know, and I do and I use fans and air movers. I've got bearded collies that we grew so we can put fan on one side of the dog and be. High velocity, drying the other side of the dog and then when you get around to the already fanned side, there's less water there. It's easier, it's faster, you know. But the main thing when I started to groom, we groomed every dog with a stand. Dryer hot air from start to finish. Hey I just wanted I just want to make mention for mobile grooming that is a technique that mobile groomers use especially on the big hairy dogs. </w:t>
        <w:br/>
      </w:r>
    </w:p>
    <w:p>
      <w:r>
        <w:rPr>
          <w:sz w:val="22"/>
        </w:rPr>
        <w:t xml:space="preserve">So we will dry a section at a time with a high velocity while having this stand dryer pre drying in area. So by the time we get to the next area it's predominantly dry already and we're just you know flopping off the rest the rest of the water. So like I said, a lot of mobile groomers, especially those who do the large dogs, that's a really good technique. And one of us is frozen. So if it's me, say something. I mean, if it's Barb, say something. So I know which one of us is frozen barb OK So just to answer a question for Melanie Marks, OK Every stand dryer is going to be different. </w:t>
        <w:br/>
      </w:r>
    </w:p>
    <w:p>
      <w:r>
        <w:rPr>
          <w:sz w:val="22"/>
        </w:rPr>
        <w:t xml:space="preserve">All right, So look at the settings or make sure that you're buying one that gives you options as far as whether there is a high or low, We lost Barb, but she'll be back on. Keep an eye on that. So anyway, moving along, there was another question I can answer. And that is from Christina. If we just debunked open, close, open, then why are we told this and how do you know what to believe? Ok so first thing I would tell you is are you back? Hold on a second. </w:t>
        <w:br/>
      </w:r>
    </w:p>
    <w:p>
      <w:r>
        <w:rPr>
          <w:sz w:val="22"/>
        </w:rPr>
        <w:t xml:space="preserve">I got to make you host so you can turn your camera back on big host. Ok So what the terminology open, close open, whatever. Ok that was Shell knows cover that actually really good in yesterday's in her workshop where it's not it's not things like are hinging open. Close opening. It's just very simple terminology to really mean condition shampoo condition is proper yeah so that's really open, close is misleading and I'm going to just like stand there okay, okay. So the next question is okay. So going back to the protectant sprays for the high velocity dryers, I groom wonder spray, is that something that they say it's formulated for the protection from heat? Well, it that probably just means that it's got there's a number of ingredients that are thermal protective and they're also they're also going to speed up drying and it doesn't matter which they emphasize in their marketing. </w:t>
        <w:br/>
      </w:r>
    </w:p>
    <w:p>
      <w:r>
        <w:rPr>
          <w:sz w:val="22"/>
        </w:rPr>
        <w:t xml:space="preserve">They're good for protecting the coat from the heat and from the wind of your velocity, so. Go for it Wonder Spray. Isn't that an high groom product? It's a wonderful and unfortunately costly product. But I love that product and it is, it's the it's really my sense of it. I couldn't quite squeeze out ingredients from them on the Wonder Spray, but my sense of it is that it's very much like a human speed drying, heat protecting products. It's got a lot of silicones in it and it's good silicones, very technologically superior product. Okay, so I need it, has says. But COC is not important for every dog. I'm not quite certain what she's asking. </w:t>
        <w:br/>
      </w:r>
    </w:p>
    <w:p>
      <w:r>
        <w:rPr>
          <w:sz w:val="22"/>
        </w:rPr>
        <w:t xml:space="preserve">No, you don't need to do that. You don't need to. You don't need to condition before bathing every dog. You know like that's very much an individual protocol for dogs where you think the code is so fragile that you know, let's say it's fragile but dirty. So you want to use a fairly strong detergent, but you don't want to damage the coat. So you could do a conditioning first. It's going to give you some protection from the harshness of the detergent that follows, while still allowing the detergent to clean well. And but you don't have to do that to every coat it shouldn't. I mean, I don't think it's in every dog protocol Okay. </w:t>
        <w:br/>
      </w:r>
    </w:p>
    <w:p>
      <w:r>
        <w:rPr>
          <w:sz w:val="22"/>
        </w:rPr>
        <w:t xml:space="preserve">Do we have any more questions? Somehow I've lost it. There's one that's no. I think I've. I answered a couple while you were gone. Well, good for you, Okay. So far. Well, the ones I could answer. Let's put it that way. All right. So we are 15 minutes after the hour. We will be back on top of the hour with Chris Pearson. So we'll give it another second for questions. </w:t>
        <w:br/>
      </w:r>
    </w:p>
    <w:p>
      <w:r>
        <w:rPr>
          <w:sz w:val="22"/>
        </w:rPr>
        <w:t xml:space="preserve">And just again a reminder, they answered something. Go ahead. A little challenging question here, Christina posted. If we just debunked open, close, open, then why are we told this? Also, many things you mentioned to be better and to save hair. How do we know what to believe? I agree experts sometimes disagree and people have named their protocol in such a way that it represents them and their ideas but. What I've taught you today, what I've said, everything that I've said there. </w:t>
        <w:br/>
      </w:r>
    </w:p>
    <w:p>
      <w:r>
        <w:rPr>
          <w:sz w:val="22"/>
        </w:rPr>
        <w:t xml:space="preserve">I have science backing it up. Sometimes not so much. I have to kind of. I know it's hard to know what do you do when experts disagree? You have to kind of sort it out yourself. You have to see, well, what does somebody else say and what does somebody else than that say? And you have, you know, like that's what I have to do. If I go in and see something that is shocking to me or just like goes against what I thought was the truth, then I have to see do other scientists or have other studies. Came up with that like this business about brushing is harder on the coat then combing. </w:t>
        <w:br/>
      </w:r>
    </w:p>
    <w:p>
      <w:r>
        <w:rPr>
          <w:sz w:val="22"/>
        </w:rPr>
        <w:t xml:space="preserve">Several studies have said that wasn't just one guy that was studies that was that was actual experimental studies where they you know pulled on the air. They just, you know, it was several scientists. Concluded that as a result of their scientifically examined question. So you know, you have to just kind of notice that you've got a discrepancy between 2 experts and hold on and just go with what you're comfortable with and keep an open mind to see what somebody else says next time. </w:t>
        <w:br/>
      </w:r>
    </w:p>
    <w:p>
      <w:r>
        <w:rPr>
          <w:sz w:val="22"/>
        </w:rPr>
        <w:t xml:space="preserve">Does that make sense, Mary? Yes, it does. So Michelle suggests getting them all on a panel and then hash it out. But I can. I can see fists flying. Yeah, I know, I know. It's hard for me. It's hard for me. I respect, I respect people that hold this view and I and I know, but why do you use open close open or close, open, close if you don't really mean that? Michelle will mediate Okay. So where was I? There is a private Facebook group. I just want to remind everybody that you can tag any of the speakers in. All right Also, so if you don't know where that is, the link is on the website, Okay. </w:t>
        <w:br/>
      </w:r>
    </w:p>
    <w:p>
      <w:r>
        <w:rPr>
          <w:sz w:val="22"/>
        </w:rPr>
        <w:t xml:space="preserve">Just make sure you answer the questions. Because I need to make sure that you are either a Summit member or a or you paid for the Summit in order to have access to that group. The speakers as a whole will set a date to do a live q and a and when we set that date, we will put that information in the private Facebook group. So make sure you join Okay. So Barb, thank you as usual, it's wonderful. Thank you, Mary. It's been great being here. And we did it and I respect you. Michelle knows okay. So we're going to wrap it up and like I said, we'll see everybody in about 45 minutes. </w:t>
        <w:br/>
      </w:r>
    </w:p>
    <w:p>
      <w:r>
        <w:rPr>
          <w:sz w:val="22"/>
        </w:rPr>
        <w:t xml:space="preserve">So go have lunch. Thanks, Bob. Thank you. I go have lunch too. Yeah, me too. I got to stop. I got to walk and a nappy.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