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Fur Vs Hair</w:t>
      </w:r>
    </w:p>
    <w:p>
      <w:r>
        <w:rPr>
          <w:sz w:val="22"/>
        </w:rPr>
        <w:t xml:space="preserve">Okay, everybody. Welcome to the second session of the Skin and Coat Summit. This workshop is Fur versus Hair with Jennifer Jenkins and I have not seen this one yet, so I'm pretty excited to listen. So my question for you, before we get started, do you want me to interrupt for questions or do you want to wait till the end? I think interrupts for questions, i'm all for that. All right. So my camera will go off. And when my camera goes back on, there's a question okay. Hey, everybody. Thank you so much for being part of this skin and coat summit. And thank you so much to Mary for doing them. It's so wonderful to have these amazing monthly events and to have this. </w:t>
        <w:br/>
      </w:r>
    </w:p>
    <w:p>
      <w:r>
        <w:rPr>
          <w:sz w:val="22"/>
        </w:rPr>
        <w:t xml:space="preserve">Once a year, focus on skin and coat. I just think it's so important because clearly skin and coat is what we pet groomers do. We are professionals at the care of skin and coat of dogs and cats and other small mammals and it is really important for us to get some training in skin and coat. And it particularly has bothered me, worried me as a career school teacher in social studies and you know, where science and other things, English and so on, i taught a lot of subjects. But I do know that when you get training in something, you know it really does help to know the science behind it. </w:t>
        <w:br/>
      </w:r>
    </w:p>
    <w:p>
      <w:r>
        <w:rPr>
          <w:sz w:val="22"/>
        </w:rPr>
        <w:t xml:space="preserve">And there's really no required dermatology training or hair information training for pet groomers. There's no requirements pretty much anywhere of any kind for people to become pet groomers and I think that can at times cause harm to the dogs because people just kind of jump in and guess or get trained by somebody who maybe doesn't know everything. So it's really good that you all are taking this class and I'm very proud of you and I want to commend each of you for your commitment to education, your commitment to the wellbeing of the dogs. </w:t>
        <w:br/>
      </w:r>
    </w:p>
    <w:p>
      <w:r>
        <w:rPr>
          <w:sz w:val="22"/>
        </w:rPr>
        <w:t xml:space="preserve">And doing this kind of, you know, on your own time for no benefit other than your expertise that benefits the care of your clients. I'm just really proud of you and really grateful. And thank you so much to Mary for making this possible. So welcome to fur versus hair. Understanding the foundation of coat type and you can see I have pictures of. The one on top, obviously, is fur, and the poodle swinging her beautiful ears is hair. Obviously the difference. But technically I have to click on my screen here. Okay, technically there's not that much difference, at least scientifically. </w:t>
        <w:br/>
      </w:r>
    </w:p>
    <w:p>
      <w:r>
        <w:rPr>
          <w:sz w:val="22"/>
        </w:rPr>
        <w:t xml:space="preserve">So we're going to get into that. But I again wanted to start off by thanking Mary Acclindo for positive ads. Wonderful monthly summits. For this one that focuses on skin and coat and for all that she does for our industry. So important. And I hope that you all have already heard this if you have attended Melissa's before mine, that there is a discussion group that has been set up on Facebook by Mary just for attendees of this Skin and coat Summit. And so it's going to be a couple of weeks after the original broadcast. There is a Facebook group that you are to go on join called the Facebook Skin and Coach Summit Discussion Group, and in that group when you join you'll watch for notices. </w:t>
        <w:br/>
      </w:r>
    </w:p>
    <w:p>
      <w:r>
        <w:rPr>
          <w:sz w:val="22"/>
        </w:rPr>
        <w:t xml:space="preserve">You can post questions and discussion there if you want to as well, but there will be a Facebook Live event in there in a couple of weeks once everybody's had a chance to watch all the recordings. So stay tuned for that and anything that you want to ask. In that forum later on down the roads, we'll get in there. All of us that are teaching on this summit are going to be there and on this Facebook Live event, and we'll be able to really get into the weeds on any number of issues with you all. </w:t>
        <w:br/>
      </w:r>
    </w:p>
    <w:p>
      <w:r>
        <w:rPr>
          <w:sz w:val="22"/>
        </w:rPr>
        <w:t xml:space="preserve">So that's great. So a little bit about me, if you haven't ever had a class for me or have heard of me before, I'm Jennifer Bishop Jenkins. My website isgroomersguide.com This is a little bit of my qualifications and my interests I have mainly for the purposes here I've been, I've actually been a school teacher, I have a master's degree in history and education and in also in educational methods and so on. So I'm really interested in the teaching of grooming as well as because it's something that I've done. </w:t>
        <w:br/>
      </w:r>
    </w:p>
    <w:p>
      <w:r>
        <w:rPr>
          <w:sz w:val="22"/>
        </w:rPr>
        <w:t xml:space="preserve">For 40 plus years I got my certified master groomer in 1985 I started grooming and showing dogs when I was 2021 years old and just doing it on the side, and I have been doing it for 45 years. I've been a master groomer, one of the oldest master groomers out there. So it's really fun to be doing this as a teacher now. And you can contact me at Groomer's Guy. Oh one more thing I wanted to say about this, the Facebook group. There is a Facebook group called Groomer's Guide, and that is my Facebook group for anything that you want to talk to me about. If you want to ask, you know, where did you get that information, What was that study that you cited about this fact about the dog's hair, Whatever. </w:t>
        <w:br/>
      </w:r>
    </w:p>
    <w:p>
      <w:r>
        <w:rPr>
          <w:sz w:val="22"/>
        </w:rPr>
        <w:t xml:space="preserve">Anything you want to see from the PowerPoint again? Anything that you want, you know, more information or could you repeat what you said or I forgot what you had said about this? Go into that Groomer's Guide Facebook group. You have to prove to me that you're a real groomer to join it. And in that Facebook group, Groomer's Guide, that's where we have. All education It's no sales, no contests, no dissing on each other. It's a totally 100 % education science all about the dogs group. So hope you'll join me on Facebook and groomer Skype Okay. So this is just a few of the dogs that I have owned over my life and that's me in the upper left hand corner at 23 years of age with my. </w:t>
        <w:br/>
      </w:r>
    </w:p>
    <w:p>
      <w:r>
        <w:rPr>
          <w:sz w:val="22"/>
        </w:rPr>
        <w:t xml:space="preserve">First own dogs. I grew up with German Shepherds but got my own when I was a youngster. So there I am, a young 23 and a school teacher with my two favorite dogs. But that dark Shepherd, Sam, He is the dog that I always dedicate my Eagle of Westwind. The dog that taught me the meaning. And the purpose of a relationship with a dog. I mean, he taught me what was possible and I always dedicate my performances to him because he is the guy that made all this all possible. So love to you, Sam, across the Rainbow Bridge. And then you can see a long list of these breeds that I have read, owned and shown. </w:t>
        <w:br/>
      </w:r>
    </w:p>
    <w:p>
      <w:r>
        <w:rPr>
          <w:sz w:val="22"/>
        </w:rPr>
        <w:t xml:space="preserve">There's my husband showing our Bowie in the top center there. But you can see the variety of coat types I've had, including Himalayan cats. Cocker spaniels, boxers, a lot of herding group dogs. The working group dogs like Great Pyrenees. I've had Shelties, Aussies, German shepherds and of course standard miniature poodles. And so I've had quite a few different code types in my life and I have loved them all. But that was part of, you know, learning to groom. </w:t>
        <w:br/>
      </w:r>
    </w:p>
    <w:p>
      <w:r>
        <w:rPr>
          <w:sz w:val="22"/>
        </w:rPr>
        <w:t xml:space="preserve">And one of the things that's really been so fascinating to me is how diverse. The coat type is Coat types are on dogs are a single species. They are only one species. You breed a poodle to a Nikita, you get a dog. You breed on Afghan, to a schnauzer, you get a dog. These are it's a single species and yet it has such incredible physical diversity of coat types. Hairlessness, wire coats, smooth coats, curly coats, combination coats, corded coats, double coats, long coats. </w:t>
        <w:br/>
      </w:r>
    </w:p>
    <w:p>
      <w:r>
        <w:rPr>
          <w:sz w:val="22"/>
        </w:rPr>
        <w:t xml:space="preserve">All of these are just very diverse, and in fact, when I did a little digging, I found out that the dog is the most diverse species on the planet. On land, there's a seaworm under the ocean that is more physically diverse for a single species, but on land, the dog is the most diverse species on the Earth. Part of it. And that is pretty amazing that a single species from Chihuahua to Saint Bernard can all be interbred and it's all the same species and it's all going to come out as a dog. Not sure I want to breed to Chihuahua to a Saint Bernard, but biologically, especially if the male is the smaller one, you could do it. </w:t>
        <w:br/>
      </w:r>
    </w:p>
    <w:p>
      <w:r>
        <w:rPr>
          <w:sz w:val="22"/>
        </w:rPr>
        <w:t xml:space="preserve">It's just amazing how diverse the dog is. And so that makes our job really interesting. And that's why it's so important to know this difference between fur and hair. So let's start off by defining what we mean by dogs with fur and dogs with hair. Technically, that word, fur and hair. Is kind of meaningless. It's more like a nickname. I'm going to say right out of the bat that fur and hair is not anything other than a word that we are commonly using or choosing to use to try to give more clarity or ease of understanding. </w:t>
        <w:br/>
      </w:r>
    </w:p>
    <w:p>
      <w:r>
        <w:rPr>
          <w:sz w:val="22"/>
        </w:rPr>
        <w:t xml:space="preserve">But technically what these are is a genetic term and the two genetic terms are predetermined length. That is hair that grows to a predetermined length and stops, or undetermined length, which is hair that grows and grows and grows and grows until you cut it or it breaks. So we're going to call them fur versus hair because it's just easier than p d l and u d l or predetermined length and undetermined life. But when we say fur and hair, that is what we mean. Fur is predetermined length and hair is undetermined length. And I always give credit to the first groomer who's ever published. </w:t>
        <w:br/>
      </w:r>
    </w:p>
    <w:p>
      <w:r>
        <w:rPr>
          <w:sz w:val="22"/>
        </w:rPr>
        <w:t xml:space="preserve">You know, there's a rule in citing your sources. If you've ever written a paper and you don't want to plagiarize it, you always want to cite your sources. And I do a lot of that. And so I'm going to credit the master groomer, Billy Rafferty, who wrote a book around 1990 called Happy Dog. Billy Rafferty, like me was a Chicago is a chicago-based certified master groom, right my grooming shop. I still own it in suburban Chicago, although I'm currently for the last month living in Virginia, which is interesting a retirement plan for my husband and I. But Billy Rafferty and I are old friends, we go way back and he is the guy who wrote a book called Happy Dog and Happy Dog is the first publication. </w:t>
        <w:br/>
      </w:r>
    </w:p>
    <w:p>
      <w:r>
        <w:rPr>
          <w:sz w:val="22"/>
        </w:rPr>
        <w:t xml:space="preserve">That suggests that we should call p d l and u d l fur and hair so he gets the credit for it. The reason why Billy Rafferty's book Happy Dog. And even though he's a great master groomer, how did he become famous with us? Well, he is Oprah Winfrey's groomer. He still is Oprah Winfrey's groomer. She still flies her dogs from California to his groom shop Doggie Deuce in Chicago for him to groom them. So he is and was on her TV show a lot, especially in the late eighties early nineties. He was on almost a monthly basis and he started talking about the care of your pet on Oprah's show. </w:t>
        <w:br/>
      </w:r>
    </w:p>
    <w:p>
      <w:r>
        <w:rPr>
          <w:sz w:val="22"/>
        </w:rPr>
        <w:t xml:space="preserve">And that's when he wrote this book Happy Dog. And in this book he suggests. That the care of dogs needs to be understood in these two categories, fur type dogs and hair type dogs as he calls it or p d l and u d l. So Billy gets the credit for the fur and hair which is now becoming fairly common. I I'm going to show you some other people that are using it. For example a website called Dog Discoveries which is just a sort of a you know information about your dog kind of website. And on it says what distinguishes hair from fur. And then they acknowledge right off the bat that not everybody agrees on the terminology because it's not, you know, scientifically based. </w:t>
        <w:br/>
      </w:r>
    </w:p>
    <w:p>
      <w:r>
        <w:rPr>
          <w:sz w:val="22"/>
        </w:rPr>
        <w:t xml:space="preserve">It's more common usage based. But basically they agree here hair keeps growing while fur grows only up to a certain length. And then others may say that the term hair is more for humans and fur is for animals. But you know, it's all just usage. So we're going to use it that correct way. The scientific standpoint, the hair and first share the fact that they're both all made of the same stuff. </w:t>
        <w:br/>
      </w:r>
    </w:p>
    <w:p>
      <w:r>
        <w:rPr>
          <w:sz w:val="22"/>
        </w:rPr>
        <w:t xml:space="preserve">I mean really, no matter what we call it, hair for a predetermined length, undetermined length, it's all keratin and it's all protein and we're all mammals and we all get these hairy keratin protein growths that come out of these things called hair follicles. That's what a lot all mammals have in common. And so this applies. The same thing applies to eyelashes, whiskers, wool of sheep, porcupine quills, all sorts of other kinds of growths made out of keratin, collagen, and proteins that grow out of our hair follicles. So basically, even though there's no biological difference between here and fur, there's a genetic difference in the programming of the length okay. </w:t>
        <w:br/>
      </w:r>
    </w:p>
    <w:p>
      <w:r>
        <w:rPr>
          <w:sz w:val="22"/>
        </w:rPr>
        <w:t xml:space="preserve">And then this article gets into the part about. Antigen phases and categen phases. During in most dog breeds if you look down all hair is programmed to grow through different phases and grow to certain length. Once the length is reached the growing stops, hairs fall out and then a new growth cycle starts. And in most dog breeds hair grows during an antigen phase. Then during a categen phase the hair stops growing after it reaches a certain length and then it rests in the telogen phase and then in the exogen phase it falls out or sheds out. </w:t>
        <w:br/>
      </w:r>
    </w:p>
    <w:p>
      <w:r>
        <w:rPr>
          <w:sz w:val="22"/>
        </w:rPr>
        <w:t xml:space="preserve">And those are we're going to do a little bit more about that with diagrams in just a second, so you'll help to understand it. But let's just start with the understanding that all mammals who live on the earth have this thing. Hair, fur, wool, this keratin, collagen protein substance that grows out of hair follicles. Now mammals have other things in common. We human are mammals. All these animals listed here are mammals. But mammals are also warm blooded. We have a vertebrate, we have vertebrates with a backbone and we, the females of our species, manufacture milk to nourish their young with and most mammals also give live birth from carrying a child in utero. </w:t>
        <w:br/>
      </w:r>
    </w:p>
    <w:p>
      <w:r>
        <w:rPr>
          <w:sz w:val="22"/>
        </w:rPr>
        <w:t xml:space="preserve">So it's and the other characteristic that National Geographic kids points out that I think is a really good one. Is it? All mammals have the most developed brains of any other kind of animals on the planet. And so they are the, you know, we are the higher order intelligence animals. And so it's a really interesting thing to look at hair and fur on different kinds of animals, like look for example, they're at elephants. Elephants, like we humans are mostly skin, their skin is very much coarser than ours. </w:t>
        <w:br/>
      </w:r>
    </w:p>
    <w:p>
      <w:r>
        <w:rPr>
          <w:sz w:val="22"/>
        </w:rPr>
        <w:t xml:space="preserve">But they do have hairs as well and so on. So when we talk about hair and fur, this is again, we're just going to be, I'm just going to remind you, all that predetermined length hairs that grow out of the skin grows and grows to a specific length and stops, grows to a certain length and stops, that's fur. So if you look on the left side of this slide, you will see me and my groomer daughter, Amanda Jenkins. </w:t>
        <w:br/>
      </w:r>
    </w:p>
    <w:p>
      <w:r>
        <w:rPr>
          <w:sz w:val="22"/>
        </w:rPr>
        <w:t xml:space="preserve">Who are showing you the fur animals in our life, some of the fur animals in our life, and we have both fur and hair in our household. So there's Amanda with her ginger, There's me with our little Aussie puppy Lita, who's now 11 months old. There's our cat, our committees and which is definitely a fur type mammal. And then we have Dory and Cosmo who are sitting there in the kitchen floor, a shepherd mix and an Australian shepherd, both of which are fur type animals of a different length. So Cosmo's hair, the white shepherd, he kind of grows he he's like a short, like almost like a Labrador retriever, like a short double coat. </w:t>
        <w:br/>
      </w:r>
    </w:p>
    <w:p>
      <w:r>
        <w:rPr>
          <w:sz w:val="22"/>
        </w:rPr>
        <w:t xml:space="preserve">And Dory is a medium double coat. And then on the right side of this slide you see Amanda with one of our grooming clients. Bear, who is just all hair and needs a lot of cutting but all of and me with our two poodles, Bowie and Mariah, that's a mother and son pair there. And all of those dogs, the poodles and the doodles, they have to be cut. Their hair grows and grows and grows and grows and so you have to cut it or it'll break or mat or chair. So the dogs on the right side, they get. Haircuts, the dogs on the left side get. </w:t>
        <w:br/>
      </w:r>
    </w:p>
    <w:p>
      <w:r>
        <w:rPr>
          <w:sz w:val="22"/>
        </w:rPr>
        <w:t xml:space="preserve">Mainly deshedding. There's no cutting to those goats, except maybe a little bit on the Australian Shepherd's feet and the ears and so on. So let's talk about other mammals for a second and just get a little bit more about this idea. But of the differences between fur and hair you and I have on our bodies, also fur and hair. We have a predetermined length hair that grows on our arms. If you look at the diagram, there are arms, our legs, our private areas. Those are hairs on a men on men on their chest, on their beards that will grow and that I'm sorry, beards are undetermined like. </w:t>
        <w:br/>
      </w:r>
    </w:p>
    <w:p>
      <w:r>
        <w:rPr>
          <w:sz w:val="22"/>
        </w:rPr>
        <w:t xml:space="preserve">But chest hair, leg, arm hair and so on is all hair that grows to a certain length and stop. So you could call the hair on your arms fur if you wanted to. It doesn't you know it that for the purposes of our discussion it's just a nickname as I said. But if you and there's a really great a Wikipedia article on this if you're interested in more about this, a Wikipedia on body hair. But you can see there's a picture of a man's arm hair there, and that's a very plentiful when it grows to a certain length and stops. </w:t>
        <w:br/>
      </w:r>
    </w:p>
    <w:p>
      <w:r>
        <w:rPr>
          <w:sz w:val="22"/>
        </w:rPr>
        <w:t xml:space="preserve">So what this Wikipedia article says is that body hair is terminal hair, or androgenic they call it, which is the same as saying predetermined length, it has a termination of length. Genetically programmed into it. But then if you look at the undetermined length hair on the woman's head and the man's head and beard, and androgenic hair follows the same growth pattern, it's just the antigen phase is very long. It lasts longer and it grows and grows and grows until the hair is cut or it breaks. So the same rules apply to you and I have hair on our heads. </w:t>
        <w:br/>
      </w:r>
    </w:p>
    <w:p>
      <w:r>
        <w:rPr>
          <w:sz w:val="22"/>
        </w:rPr>
        <w:t xml:space="preserve">And if you will, fur on our arms and legs. This is becoming such a common term. The terminology is becoming so common. I'm happy to see that when I Google searched it, I kind of check in on this like every month or so. I see what the latest science is that's out there. I was thrilled to see last fall, a new article up on the AKC website, which American Kennel Club. </w:t>
        <w:br/>
      </w:r>
    </w:p>
    <w:p>
      <w:r>
        <w:rPr>
          <w:sz w:val="22"/>
        </w:rPr>
        <w:t xml:space="preserve">That's like, you know, the Bible for me. And has an article that quotes me which I'm excited to see Does my dog have fur or hair? By one of their PHD veterinary writers on the AKC website. And she did call me and interviewed me and she gets into this. It's a much more detailed article but she starts off by quoting me saying if I could just get one idea across of my teachings, it would be that hair and fur are different. </w:t>
        <w:br/>
      </w:r>
    </w:p>
    <w:p>
      <w:r>
        <w:rPr>
          <w:sz w:val="22"/>
        </w:rPr>
        <w:t xml:space="preserve">And must be treated differently. So there you go. That's the that's the whole seminar in a nutshell. But yeah, it's I'm on the AKC website as one of the several, many people that are quoted in this article, which I think is really cool. So let's talk about the difference between fur and hair or if you will, between the dog coat types that are predetermined in their length. And this applies to cats as well. Most cats are pre or fur, while all cats are fur. </w:t>
        <w:br/>
      </w:r>
    </w:p>
    <w:p>
      <w:r>
        <w:rPr>
          <w:sz w:val="22"/>
        </w:rPr>
        <w:t xml:space="preserve">But some have longer than others, and even the hairless ones, that's considered a fur type as well because no hair growth is considered a predetermined life. So here are some actual dermatological characteristics that are different between the genetic hairs that are programmed to grow to a certain length and stock fur and hair. Ok so fur type coats or PDL have a predetermined length they have. More undercoat. They have an undercoat or a secondary hair, and we're going to get into that in just a second. That actually comes in and falls out very quickly. </w:t>
        <w:br/>
      </w:r>
    </w:p>
    <w:p>
      <w:r>
        <w:rPr>
          <w:sz w:val="22"/>
        </w:rPr>
        <w:t xml:space="preserve">It goes through the antigen candidate, intelligent oxygen very quickly, several times a year. And as you guys know, you get your shedding breeds and they're constantly shedding, but they are shedding especially a lot, you know, just over this last month or two, right? For us here in the United States, anyway. So they have an undercrowd that grows through, goes through its growing cycle quickly. Fur is almost always shorter in length, denser than hair, meaning there's more of it. A lot more hair is per follicle and a lot more follicles per square inch. </w:t>
        <w:br/>
      </w:r>
    </w:p>
    <w:p>
      <w:r>
        <w:rPr>
          <w:sz w:val="22"/>
        </w:rPr>
        <w:t xml:space="preserve">There's a greater spread of dander, and dander is a flaking skin cells, and that's what usually causes some people to have allergies to their dogs. Which is why poodles are you know, are preferred breed for people with allergies because they had the least amount of dander. So the fur type dogs are going to have a greater spread of dander. And because they're constantly growing in and falling out and shedding more frequently in exogen phase, especially in their undercoat, they are going to pull some of that dander off with them and leave it laying around the house, as I well know from my 2 Australian Shepherds that I'm cleaning up constantly. </w:t>
        <w:br/>
      </w:r>
    </w:p>
    <w:p>
      <w:r>
        <w:rPr>
          <w:sz w:val="22"/>
        </w:rPr>
        <w:t xml:space="preserve">Fur also often has two or three layers and we're going to get into the difference between a double coat and a triple coat in just a minute. But it often has two or three layers. Shedding is constant and that means that there is always some hairs that are in exigent phase and falling out. But you can predict and I highly recommend in your grooming business that you plan on this. You book on this, you advertise around this. And you schedule around this, which is that you can predict that prior to the two solstices, the summer solstice, which is the longest day of the year, which is coming up here in just a few days. </w:t>
        <w:br/>
      </w:r>
    </w:p>
    <w:p>
      <w:r>
        <w:rPr>
          <w:sz w:val="22"/>
        </w:rPr>
        <w:t xml:space="preserve">And then the winter solstice, which is the shortest day of the year in terms of the Northern hemisphere for us in the Northern hemisphere. If you're in Australia listening to this, then you might be on a different schedule. But it is. The solstices are always the same and, you know, opposite sides of the planet get longer or shorter. But we get our longest day of the year, around June twenty second and our shortest day of the year in the United States anyway, and on December twenty second and it's that light. </w:t>
        <w:br/>
      </w:r>
    </w:p>
    <w:p>
      <w:r>
        <w:rPr>
          <w:sz w:val="22"/>
        </w:rPr>
        <w:t xml:space="preserve">And the length of light in the days that they found out about 20 years ago was what was causing or what was related to the shedding. A lot of people just assumed shedding was temperature related, but actually it's not. It's triggered in dogs by the changes in the length of light in their days. And that means that you can predict that you know the month of May. You're going to be seeing your golden retrievers and we do book around this at my shop. Love for dogs. You know we might take after the bath and the blow dry. We might take 20 to 25 minutes to finish your average golden retriever most of the year to do the finish works. </w:t>
        <w:br/>
      </w:r>
    </w:p>
    <w:p>
      <w:r>
        <w:rPr>
          <w:sz w:val="22"/>
        </w:rPr>
        <w:t xml:space="preserve">You know, trim the feet in the ears and you know run a good brush and come over them. But if. It's May. We book them for two hours just to do the deshedding part because they are blowing coat like crazy and that's their big D shed is in the month of May. So you can book around this. You can plan on it and know that as soon as daylight savings time hits in the spring it's going to trigger a longer day and that's going to trigger the dog to blow off of its winter coat. If it's a fur type dog, OK So, and then likewise, we actually have some people come into me around, you know, Thanksgiving, you know, and say why is my dog shedding more right now? It's supposed to be cold in winter time. </w:t>
        <w:br/>
      </w:r>
    </w:p>
    <w:p>
      <w:r>
        <w:rPr>
          <w:sz w:val="22"/>
        </w:rPr>
        <w:t xml:space="preserve">And that, my friends, is because with the approach of the winter solstice and the shortest day of the year and the day is getting shorter, they're blowing off their summer coat, which is a lighter weight couch to put on. The fur type ducks to put on their winter coat, which is a heavier type undercoat, OK So now let's talk about hair characteristics. Dogs that had this undetermined length type coat on their bodies on the main part of their torso where their hair grows and grows and grows until you cut it or it breaks. </w:t>
        <w:br/>
      </w:r>
    </w:p>
    <w:p>
      <w:r>
        <w:rPr>
          <w:sz w:val="22"/>
        </w:rPr>
        <w:t xml:space="preserve">So think poodles and doodles and Shih, Tzu's and yorkies and Maltese and so on. Ok so hair type dogs or UDL Have a slower growth cycle. It just takes a lot longer for them to go through antigen kettage, intelligent and exigent phases. They have an incredibly long antigen phase and some of them, poodles especially have a antigen phase that may be permanent for the lifetime of the dog. Like it goes for years and years. Meaning that the hair is antigen is when the hair is growing and growing and growing and growing, it's actually getting longer. </w:t>
        <w:br/>
      </w:r>
    </w:p>
    <w:p>
      <w:r>
        <w:rPr>
          <w:sz w:val="22"/>
        </w:rPr>
        <w:t xml:space="preserve">And I can say this is a person who has bred and shown poodles that I actually took Bowie, my grand champion miniature poodle. And when he was born, I guess i measured his hair at around 8 weeks. And I actually pulled up my little centimeter ruler and I started measuring it because I knew we were going to hopefully be showing him. And as we let that hair grow, especially on the back of his neck and around his shoulders, to get that long neck hair that you want in the show poodles. </w:t>
        <w:br/>
      </w:r>
    </w:p>
    <w:p>
      <w:r>
        <w:rPr>
          <w:sz w:val="22"/>
        </w:rPr>
        <w:t xml:space="preserve">We watched it go in his first year of life from, you know, a quarter of an inch at 8 weeks to by the time he was 14 months and won his grand championship. He had 14 inches of hair on the back of his neck and it was still growing. When we cut him down after he got his select grand champion, we actually he was still at he was at 18 inches. So we watched it go from, you know, 6 inches, 8 inches, 10 inches, 12 inches, fourteen sixteen eighteen inches long before we cut him down and he was still in the antigen phase all that time. </w:t>
        <w:br/>
      </w:r>
    </w:p>
    <w:p>
      <w:r>
        <w:rPr>
          <w:sz w:val="22"/>
        </w:rPr>
        <w:t xml:space="preserve">And that was for, you know, a couple of years. There are people who show standard poodles at, you know, for many years and keep them in that big continental with a giant neck. They have measured 1 poodle I actually read an article about. Where they measured her in antigen phase for 20 years, her hair continued to get longer and longer and longer for in the antigen phase. So that is one of the amazing properties of hair. Not all hairs grow that long if poodles are kind of extraordinary in that way. But hair predetermined undetermined length hair has the longest antigen phase meaning the growth phase. </w:t>
        <w:br/>
      </w:r>
    </w:p>
    <w:p>
      <w:r>
        <w:rPr>
          <w:sz w:val="22"/>
        </w:rPr>
        <w:t xml:space="preserve">They also shed way less because obviously they stay in the follicle longer. The hairs themselves are generally smoother, they're generally finer, and they're generally longer, but they're also thinner. The coats are thinner, there are fewer hairs per follicle, and there are fewer follicles per square inch. These hairs come in actual shapes of straight, WAVY or curly, and you have to kind of watch My Groomer's Guide to the 15 Coat Types class to get more information about that. </w:t>
        <w:br/>
      </w:r>
    </w:p>
    <w:p>
      <w:r>
        <w:rPr>
          <w:sz w:val="22"/>
        </w:rPr>
        <w:t xml:space="preserve">But basically you can actually see it with a microscope. The follicle and the hair shaft itself are actually bent, but the straight coats like a Yorkie's coat or Shizu's coat or an Afghan's coat. The long drop coats, those are perfectly round and the follicles are straight. But a WAVY or curly actually has a bend in the hair shape itself, the actual hair shaft itself, and an actual bend in the follicle. The wavy's have a mild bend and the curlies have a real severe bend. And the curly coats actually have a weak side of the hair and a strong side of the hair that actually causes it to kink up like a Corkscrew. </w:t>
        <w:br/>
      </w:r>
    </w:p>
    <w:p>
      <w:r>
        <w:rPr>
          <w:sz w:val="22"/>
        </w:rPr>
        <w:t xml:space="preserve">Their hairs can be straight, WAVY or curly hairs matte the most, but they trap dander the best and that's why they are the least elengenic. So that's a little bit about fur and hair characteristics. Now let's just go and do a quick bit of evolutionary science to explain why it is that the coat developed the way that it did so. I'm going to just start with the fact that there's millions of years of mammal evolution behind the dog and the myasu, the synodictus to Marcus. </w:t>
        <w:br/>
      </w:r>
    </w:p>
    <w:p>
      <w:r>
        <w:rPr>
          <w:sz w:val="22"/>
        </w:rPr>
        <w:t xml:space="preserve">These things go back millions of years to the modern day Canis lupus, which is the wolf, and the Canis lupus familiaris, which is the dog. And knowing that there is a lot of mammal history behind what you and I take care of on our grooming tables every single day. So when we talk about evolution as a science of the main thing to know. If you took high school biology, I'm sure this will be a quick review for you. But evolution occurs in living things because what life does is it tries out different things to see what works. And it goes with what works, and it adapts to its environment. And it'll try this, and it'll try this random thing and that random thing, and it'll try out different, you know, ways of doing things. </w:t>
        <w:br/>
      </w:r>
    </w:p>
    <w:p>
      <w:r>
        <w:rPr>
          <w:sz w:val="22"/>
        </w:rPr>
        <w:t xml:space="preserve">That's why not everybody born of the same parents looks the same. Mother Nature is randomly taking different genetic combinations and trying them together. You're never going to get an identical twin unless they are born from the exact same egg and sperm. Where it divides in utero, you're never going to get an identical gene otherwise. Otherwise everything is going to always be varied in some way. So genetic variation tries and tries different things. And over the course of millions of years of evolution, we have become the very diverse planet, filled with different kinds of life that you see. </w:t>
        <w:br/>
      </w:r>
    </w:p>
    <w:p>
      <w:r>
        <w:rPr>
          <w:sz w:val="22"/>
        </w:rPr>
        <w:t xml:space="preserve">And there's all these forces that affect the evolution. Mutations, natural selection, genetic drift. I wanted to say one thing about the origin of the dog. That was a particularly important discovery made in 2010 and I've written articles about this for Groomer to Groomer magazine about the fact that dogs didn't descend from wolves. This Pontiscoglin, Harvard geneticist made this huge discovery on the Tamir Peninsula up in Siberia. About an ancient bone that actually showed DNA of a proto wolf or ancestor dog wolf combination that is equally related to both the wolf today and dogs. So he drew this diagram and I always like to show this diagram because I think it's really important. </w:t>
        <w:br/>
      </w:r>
    </w:p>
    <w:p>
      <w:r>
        <w:rPr>
          <w:sz w:val="22"/>
        </w:rPr>
        <w:t xml:space="preserve">It's a bit of science history about dogs that I think every groomer should actually know. I think it's pretty cool science and history here. And that is that we now know that the dog did not descend from the wolf. The wolf and the dog are cousins. They have a common ancestor who has not been found archaeologically. Like we don't have a any fossilized remains of this creature, but we do have the DNA and we do know that the wolf and the dog descended from a line that goes back. </w:t>
        <w:br/>
      </w:r>
    </w:p>
    <w:p>
      <w:r>
        <w:rPr>
          <w:sz w:val="22"/>
        </w:rPr>
        <w:t xml:space="preserve">Actually, again, much further than we thought. When I grew up as a child, I was taught the dogs descended from wolves and that they maybe came around since the Ice Age 1011 twelve, 13.000 thousand years ago. We now know that it's at least 27,000 thousand years ago and some numbers are going as high as 33 to 45,000 thousand years that we, have d n a of something that looks like a dog. And that there's a line that break breaks off around 33,000 thousand years ago where the one line becomes the Gray wolf that we that the modern wolf we know today. </w:t>
        <w:br/>
      </w:r>
    </w:p>
    <w:p>
      <w:r>
        <w:rPr>
          <w:sz w:val="22"/>
        </w:rPr>
        <w:t xml:space="preserve">And the dog line interestingly has two splits, has two parts to it and he diagrams it really well here and I think it's a really important thing to look at. Actually if you look at the DNA there's only two quote breeds, unquote of dogs. Arctic or primitive or northern breeds, triple coated and all the other breeds that you and I know. So from Chihuahua to Saint Bernard, all the domesticated breeds that you and I know, that's one branch of dog DNA And the other branch of dog DNA is what we call the primitives or Arctics. </w:t>
        <w:br/>
      </w:r>
    </w:p>
    <w:p>
      <w:r>
        <w:rPr>
          <w:sz w:val="22"/>
        </w:rPr>
        <w:t xml:space="preserve">So and you can see that in their behavior in their grooming, it's I do workshops, whole separate workshops just on this. But it's a really, I think it's important for us to know that this is kind of the origins of fur and hair, OK In fact all of those dogs, wolves, all of those ancestor animals, all were fur, OK They all had a mixture of different fur type programming in their bodies. </w:t>
        <w:br/>
      </w:r>
    </w:p>
    <w:p>
      <w:r>
        <w:rPr>
          <w:sz w:val="22"/>
        </w:rPr>
        <w:t xml:space="preserve">Just like you and I do with our arms and our hair and so on. So how is it that you get all these different lengths over time evolving from this natural ancestor, wolf proto, forerunner of the wolf and the dog? We think it had a medium, a double coat where there was some length to it, especially around the neck and the tail and the leg furnishings and the pantaloon area maybe around the ears. And so there's a mixture of long and short genes in those medium length fur type animals if you think about what a wolf looks like today or what a German shepherd or a border collie even looks like. </w:t>
        <w:br/>
      </w:r>
    </w:p>
    <w:p>
      <w:r>
        <w:rPr>
          <w:sz w:val="22"/>
        </w:rPr>
        <w:t xml:space="preserve">So they have that programming for long and short and maybe you've taken alleles and biology in high school or something and you know about if you have a long and short gene mixture in one set of parents. Then when you start looking at what their children can be and their grandchildren and their great grandchildren, you start to see that there's random combinations that can form and all sorts of things. You can get everything from, you know, a smooth coated Doberman all the way out to a long coated collie. So it's just all random genetic varying, varied mutation now. What you'll see in the wild natural canine coat today, these are for canons that live in the wild. </w:t>
        <w:br/>
      </w:r>
    </w:p>
    <w:p>
      <w:r>
        <w:rPr>
          <w:sz w:val="22"/>
        </w:rPr>
        <w:t xml:space="preserve">Coyotes, foxes, jackals, dingoes. These are wild, not domesticated members of the canid or canine family. And they all have. If they live in the wild. They all have this, what I call a medium double coat, which is they've got a rough around the neck, they've got some length to it with their tails bushy and their pantaloons. Maybe a little bit more around their ear, just a little bit more length to them, and this is caused by mutations in a stressful environment. So how did we get to these different types of coat? Let's just say that in a really cold environment, randomly a dog starts to develop. </w:t>
        <w:br/>
      </w:r>
    </w:p>
    <w:p>
      <w:r>
        <w:rPr>
          <w:sz w:val="22"/>
        </w:rPr>
        <w:t xml:space="preserve">One random genetic mutation is an extra layer of undercoat. A triple coat, if you will. So a top coat and then two layers of undercoat as opposed to 1 to keep them really warm. And this is just a random accident that happens genetically. But hey, in that stressful environment, you know, Mother Nature says, oh, I like that works well in the cold. Let's do that again. And so more and more of that coat type. Survives and reproduces and dogs with less undercoat die off because they can't stay as warm. So that's one of the ways that environment affects genetic evolution. </w:t>
        <w:br/>
      </w:r>
    </w:p>
    <w:p>
      <w:r>
        <w:rPr>
          <w:sz w:val="22"/>
        </w:rPr>
        <w:t xml:space="preserve">Then on your right you see your upper right, you see a shallow eats queenly in Mexico, the Mexican hairless. And you know the hairless gene is extremely rare and it's not very functional obviously, but in an Equatorial climate. Around the United, around the equator of parts of the world where those countries stay pretty much the same temperature all year round. They don't have the seasons that we have in the United States. And so you get a dog that randomly is born with this very rare hairless gene. </w:t>
        <w:br/>
      </w:r>
    </w:p>
    <w:p>
      <w:r>
        <w:rPr>
          <w:sz w:val="22"/>
        </w:rPr>
        <w:t xml:space="preserve">Well, in an Equatorial climate where it never gets cold, that coat survives. I mean, the dog is actually able to survive and reproduce because it seems to work okay in that environment, although it's certainly not the only kind of coat that survives and reproduces. And then of course I talked about the I talked about this in the 15 code types class as well. How do you evolve a breed like a new fee, a Newfoundland? And this is the coast of the Newfoundland. </w:t>
        <w:br/>
      </w:r>
    </w:p>
    <w:p>
      <w:r>
        <w:rPr>
          <w:sz w:val="22"/>
        </w:rPr>
        <w:t xml:space="preserve">And Newfoundland is a province in Northern Canada, which is in the North Atlantic is very rocky coastline, cold icy water. They have icebergs, they have horrible winters there and they don't have good forts, places to put boats into shore. And so it's not surprising that there would evolve a dog that is highly powerful swimmer, a large strong breed of dog that can actually swim out to the boat. And grab the rope and pull it into shore to guide it through these very rocky, dangerous coves. So very interesting how stressful environments can actually create evolutionary things that change the dog for who it is. </w:t>
        <w:br/>
      </w:r>
    </w:p>
    <w:p>
      <w:r>
        <w:rPr>
          <w:sz w:val="22"/>
        </w:rPr>
        <w:t xml:space="preserve">Ok so and then conversely, if a stressful environment can contribute to evolutionary adaptations. A stable environment locks them in, and so if you get a stable environment, you get a suppressed amount of mutations. And then dogs start looking the same generation after generation because they're in a stable environment and those work. So you have forces in stress that will drive genetic mutation, and then you have forces in nature that will lock in stable features that work well in an environment. And that's how evolution works and that's how fur versus hair developed. Now when we look worldwide at the domesticated dog, not those wild canines that we talked about, the cannons, the foxes, jackals, coyotes, wolves, you know, and so on, Most all dogs have to live near people, even if they're stray dogs or what we call feral or free ranging dogs that don't live in any one particular person's house, but they do actually wander the streets. </w:t>
        <w:br/>
      </w:r>
    </w:p>
    <w:p>
      <w:r>
        <w:rPr>
          <w:sz w:val="22"/>
        </w:rPr>
        <w:t xml:space="preserve">They have to live near people because like dogs for the last, you know, 1015 thousand years they have lived off of our garbage and they have to, you know, live least close to us and we generally put down food and water for them. Interestingly, you get all of these dogs that are living wild in the streets. And when they all start to breed together, you can see they're all pretty much looking like the same, you know, general size, weight, coat type. They all have short double coats, upright floppy base, an upright base to their ears, but floppy ears, a high carriage, spits tail, and generally the same muted colors. </w:t>
        <w:br/>
      </w:r>
    </w:p>
    <w:p>
      <w:r>
        <w:rPr>
          <w:sz w:val="22"/>
        </w:rPr>
        <w:t xml:space="preserve">And they're all short double coats. This is 900 million dogs worldwide. According to the World Health Organization, which is a staggering number of dogs that are uncared for and on, veterinary cared for and on. They don't get vaccinations and they live a pretty rough life trying to scrounge for survival. But it is interesting to me that they're all short, double coated. They're all fur type dogs too, but in the wild they have a little bit more length to them like the wolves do because. Most of these feral dogs are living in street. Climates where it's much more temperate. So now when here's another question. When did dogs start to actually get this gene for hair? Hair that grows and grows and grows and grows until you cut it or it breaks just like the hair on our heads and we don't really know the answer to that. </w:t>
        <w:br/>
      </w:r>
    </w:p>
    <w:p>
      <w:r>
        <w:rPr>
          <w:sz w:val="22"/>
        </w:rPr>
        <w:t xml:space="preserve">I can tell you I've searched the science publications, i'm actually going to maybe propose that some great geneticists start to actually look into this because I think this would be a fascinating study. When did they start needing to have their haircut? We don't really know genetically when this when that random mutation first started, but we do know that we have proof pictures that dogs were getting haircuts more than 2000 years ago. I love this. I'm a history teacher, so I love this. Here's a Roman coin dated 100 years before Jesus's life so 100 and ten a hundred and twelve b c e they are already, if you look at this coin up close they are actually already giving this dog a poodle like haircut. </w:t>
        <w:br/>
      </w:r>
    </w:p>
    <w:p>
      <w:r>
        <w:rPr>
          <w:sz w:val="22"/>
        </w:rPr>
        <w:t xml:space="preserve">It's on the coin, it's got little pom poms, it's got a shortened body but a rough you know poufiness around the neck and little pom poms around the joints on the leg and on the tips of the tail and on the top of the head to keep the dog protected in those silicate areas. So I find that fascinating. So we know that at least twenty one hundred years ago two thousand one hundred years ago they were already giving haircuts. </w:t>
        <w:br/>
      </w:r>
    </w:p>
    <w:p>
      <w:r>
        <w:rPr>
          <w:sz w:val="22"/>
        </w:rPr>
        <w:t xml:space="preserve">Here is a statue from the thirteen hundreds in medieval europe, and we know that by that time, from paintings and statues, from the time that there were already lots and lots of longhaired dogs. Most of them were owned by rich ladies. They were considered a sign of nobility and of leisure and of wealth. And they shrunk them down in size so that they could sit on their laps and also accommodate the growing population living in cities. So we do know that a long time ago, for a very long time, at least a couple thousand years, dogs have also had variations with hair. </w:t>
        <w:br/>
      </w:r>
    </w:p>
    <w:p>
      <w:r>
        <w:rPr>
          <w:sz w:val="22"/>
        </w:rPr>
        <w:t xml:space="preserve">And so just so you know again from these numbers, you know. That most dogs have fur. Okay, most of the dogs in the world are strays and they all have fur. But we also know that there are hair type dogs and they are, they tend to be more in the areas where they're deliberately being bred for like the kind of pets that you and I see in our grooming shops. So a couple of, again, sort of history of science speculations about. How all this happened, but the science is still a little bit unsettled. But there's a couple of studies that I think give us some insight. There was a very famous study that was actually started in 1957 in Russia by Dmitry Bellyev. </w:t>
        <w:br/>
      </w:r>
    </w:p>
    <w:p>
      <w:r>
        <w:rPr>
          <w:sz w:val="22"/>
        </w:rPr>
        <w:t xml:space="preserve">In 1957 it was the year I was born. So that study is 65 years old and it is still going on in the person of Limi Latrude who is up in the upper right hand corner. She has students that are now carrying it on for her, but they had they started with this line of foxes because that's a wild canine and they took the ones that were the most approachable, the ones that they could get physically the closest to and they bred those and didn't breed the ones that were more aggressive and they couldn't get us close to. </w:t>
        <w:br/>
      </w:r>
    </w:p>
    <w:p>
      <w:r>
        <w:rPr>
          <w:sz w:val="22"/>
        </w:rPr>
        <w:t xml:space="preserve">And basically by continuing to breed only the progeny of the foxes that they could get the closest to before the foxes would try to bite them, or growl or hiss at them or whatever show aggression, they would only breed the nicest ones. And by doing that, generation after generation, within 7 generations, they were actually able to at least consider them tame. They would come up to them, they could pet them, they could play with them like a dog. </w:t>
        <w:br/>
      </w:r>
    </w:p>
    <w:p>
      <w:r>
        <w:rPr>
          <w:sz w:val="22"/>
        </w:rPr>
        <w:t xml:space="preserve">They weren't quite as obedient, but they were certainly submissive and friendly. But here's the thing for our discussion. One of the things that happened to those same foxes is that their coats changed. The coats got softer and longer and lighter and curlier, and their ears were floppier and all of a sudden their coat is changing in addition to their temperament. And they're being selected for friendliness. But why did this happen? And really, that was one of the great mysteries for decades until literally, I'm going to show you the study in just a second. </w:t>
        <w:br/>
      </w:r>
    </w:p>
    <w:p>
      <w:r>
        <w:rPr>
          <w:sz w:val="22"/>
        </w:rPr>
        <w:t xml:space="preserve">Charles Darwin wrote about this in 1868 He talked about domestication syndrome in all mammals, that they all have these more feminine faces and longer, softer hair, more splotchiness, more color variety. Shorter snouts and more feminine faces and muzzles and jaws. Darwin couldn't explain it, but he noted that it was happening. And if you look at the effect of domestication in all mammals, for example in the center there from a wild bison to a domesticated cow, or in the lower left from a wild boar to a domesticated pig, or in the bottom center from a wild cat to a domesticated cat. </w:t>
        <w:br/>
      </w:r>
    </w:p>
    <w:p>
      <w:r>
        <w:rPr>
          <w:sz w:val="22"/>
        </w:rPr>
        <w:t xml:space="preserve">Or in the lower right, from a wild wolf to a domesticated dog, you can see the same features that there's a smaller round of jaws, smaller teeth, smaller brains, but higher functioning brains, more feminine features, more sociability, more living together in groups. And you can see it in our own skulls. If you look at this Neanderthal skull in the upper right hand corner, as opposed to a Homo sapiens skull, that's us, We're the Homo sapiens. Notice that the Neanderthal skull has a lot of the same comparisons to our skulls, and so we actually have a smaller brain, but we have a more higher brain. </w:t>
        <w:br/>
      </w:r>
    </w:p>
    <w:p>
      <w:r>
        <w:rPr>
          <w:sz w:val="22"/>
        </w:rPr>
        <w:t xml:space="preserve">We don't have that low brow that lacks where they lack intelligence, and Neanderthals didn't have the higher reasoning. We have a smaller brain, but we have more higher reasoning and all of those same features. We're softer, we're smaller, we have more feminine features, whatever. That makes us also a domesticated mammal. It's a really fascinating thing and we don't know why did this happen until the year 2014 And when these 3 brilliant scientists finally figured out genetically why it is that a coat and hair is changed by domesticating a mammal? And So what they found is that there's this thing called the neural Crest, which is in it starts, if you look in the bottom, you'll see bottom center, you'll see a fetal mammal. </w:t>
        <w:br/>
      </w:r>
    </w:p>
    <w:p>
      <w:r>
        <w:rPr>
          <w:sz w:val="22"/>
        </w:rPr>
        <w:t xml:space="preserve">And they have this clump of cells at the top of what becomes eventually their brain and as they grow. And this is a diagram of a fox. But as they grow, the neural Crest cells extend all the way down into the tail, along the spine, and off of that spinal cord development comes all of these things like cartilage of the ears and jaw, bone construction and melanocytes for pigment changes and sympathetic gangly for parasympathetic or sympathetic reflexes, the adrenal gland fight or flight syndrome. And also the curve of the and the cartilage of the tail, everything is all located because of the neural Crest cells that form in mammals. </w:t>
        <w:br/>
      </w:r>
    </w:p>
    <w:p>
      <w:r>
        <w:rPr>
          <w:sz w:val="22"/>
        </w:rPr>
        <w:t xml:space="preserve">So what happens when you select for tameness? If you only pick the nice creatures, the ones that are sociable, they want to get along and live together, then you're automatically selecting something that's also going to have an effect all the way across these sympathetic ganglia and melanocytes and other things. So basically when you select for tameness, you also are going to get more hair, softer hair, floppier ears, different pigments. You're going to get all of these different variations. </w:t>
        <w:br/>
      </w:r>
    </w:p>
    <w:p>
      <w:r>
        <w:rPr>
          <w:sz w:val="22"/>
        </w:rPr>
        <w:t xml:space="preserve">So this is what the DNA is telling us. Ok So what did we learn when they finally cracked dog DNA in 2003 And I just think this is so cool. First of all, they proved that the wolf and the dog. Are descended from a common ancestor, they also found, and this probably explains this whole business about why dogs are so diverse in physical appearance that we started talking about that. Only 1 % of the actual genetic material in a dog's DNA determines its physical appearance, which is why it's so easy to manipulate its diversity as a species, and they also reaffirmed when they published the genome. </w:t>
        <w:br/>
      </w:r>
    </w:p>
    <w:p>
      <w:r>
        <w:rPr>
          <w:sz w:val="22"/>
        </w:rPr>
        <w:t xml:space="preserve">That there was in fact only these two breeds or lines of dogs, the breeds most closely related to wolves, and all of the rest of the breeds that you and I know. So if you think about this in this diagram where it says meet the canine genome here you can actually see that the actual, you know, genetic appearance factor is just a teeny type. Top TE bit at the top, whereas for you and I are genetic appearances, you know, like you know 20, thirty 40.000 thousand genes. For all I know it's a lot. So it's like think of it like the tip of an iceberg. You guys know the old rule that with an iceberg you don't see most of the iceberg, You generally only see the tip of it and you're going to generally only see a teeny tip of it. </w:t>
        <w:br/>
      </w:r>
    </w:p>
    <w:p>
      <w:r>
        <w:rPr>
          <w:sz w:val="22"/>
        </w:rPr>
        <w:t xml:space="preserve">Most of the iceberg is going to reside underneath the water. And So what they found out is that it's the same holds true that only 2-5 % of a dog's genetic material is what you actually see in the dog and that most of the rest of the genome is stuff that is not visible to you and I. And this includes the genetics of length okay and there's, you know, I'm not going to take time to do much more on the genetics here. </w:t>
        <w:br/>
      </w:r>
    </w:p>
    <w:p>
      <w:r>
        <w:rPr>
          <w:sz w:val="22"/>
        </w:rPr>
        <w:t xml:space="preserve">But I just wanted to refer you to so that you can go back and you can look at the recording of this and you can take time to stop and go and look these up for yourself if you want to. But UC Davis Veterinary Genetics Laboratory did a whole article that you can get at their website about length and why, for example, one Chihuahua is short and one is long. And so on. So it explains the genotypes and the alleles and all of the different things and how they work. So this is also a really good, if you're interested in genetics, this is the canine genome diagram that I recommend the most, which is at the National Center for Biotechnology Information in the US National Library of Medicine in the NIH National Institutes of Health. </w:t>
        <w:br/>
      </w:r>
    </w:p>
    <w:p>
      <w:r>
        <w:rPr>
          <w:sz w:val="22"/>
        </w:rPr>
        <w:t xml:space="preserve">This is a government science resource. And basically they started when they mapped the gene of the dog, the canine gene, they found that only three gene variants are in all of canine polage. Now what does the word polage mean? Polage is what mammals have hair, fur or wool. It's that stuff made of keratin and collagen and proteins that comes out of these little things that we call skin. And these little follicles in our skin and it grows protective hairs, hair, fur or wall and they're all made of keratins and proteins. </w:t>
        <w:br/>
      </w:r>
    </w:p>
    <w:p>
      <w:r>
        <w:rPr>
          <w:sz w:val="22"/>
        </w:rPr>
        <w:t xml:space="preserve">So that's called polage. That's what you and I have. It's what dogs have. It's what dolphins have. Even elephants have it, you know, cats have it and so on. So but for there only to be 3 genetic differences between all of the kind of canine polage and you think about. That diversity of dog coat type that we talked about at the very beginning, that everything from a Yorkie to a Saint Bernard and everything in between, that there's only three genes difference in their coat type, that's a very stunning discovery. </w:t>
        <w:br/>
      </w:r>
    </w:p>
    <w:p>
      <w:r>
        <w:rPr>
          <w:sz w:val="22"/>
        </w:rPr>
        <w:t xml:space="preserve">And when that came out, that made some serious news. It made mainstream news. They're like, wait a minute, how is that possible? So just remembering this diagram, you can see where the pluses and minuses are. This is actually all the possible coat combinations genetically with the presence or absence. That's the absence of a gene is the minus sign, and the presence of a gene is you know, is a plus sign. So if you actually look at, for example, short coats that short across the top, it has all of those gene variants are missing and that's your natural dog. </w:t>
        <w:br/>
      </w:r>
    </w:p>
    <w:p>
      <w:r>
        <w:rPr>
          <w:sz w:val="22"/>
        </w:rPr>
        <w:t xml:space="preserve">That's the dogs that you see wandering the streets, 900 million of them living in domesticated situations but still free ranging feral dogs. They all have that short double coat. So very interesting. I you know, I could go on for hours about this, but I'm not a geneticist. Take a course. Look more online on your own if you're interested, but there's a great article in journal Science. Published in 2009 That talks about the fact that this is such a huge thing that there's only three variant genes that determine all of canine coat differences. So for example, on the left you can see a Portuguese water dog of the curly variety and then of the WAVY variety, and you can actually see the numbers up above how it varies in terms of the mapping of the gene. </w:t>
        <w:br/>
      </w:r>
    </w:p>
    <w:p>
      <w:r>
        <w:rPr>
          <w:sz w:val="22"/>
        </w:rPr>
        <w:t xml:space="preserve">Likewise, on the right you can see three coat types in a dachshund. The smooth, the long and the wire, and you can actually see the genetic patterns there and how they vary. So it actually is, even though it's all the same gene variants. So this is a big thing for there to be only three gene variants. It's what they call in genetic science. And I'm not a geneticist, but I have been told that they call it a large effect or a big effect because that's rare that something so something so small would have such a huge consequence. </w:t>
        <w:br/>
      </w:r>
    </w:p>
    <w:p>
      <w:r>
        <w:rPr>
          <w:sz w:val="22"/>
        </w:rPr>
        <w:t xml:space="preserve">So they found that these three genes have a big effect on code types, which is why scientists became so interested in studying them. And it strongly suggests that a single mutation occurred for each trait and was transferred through selective breeding. Meaning likely my friend's human interference, right? Probably from some human interference. So 95 % of all dogs are explained by this. So here's another really interesting discovery. Not a single one of these 3 gene variants. </w:t>
        <w:br/>
      </w:r>
    </w:p>
    <w:p>
      <w:r>
        <w:rPr>
          <w:sz w:val="22"/>
        </w:rPr>
        <w:t xml:space="preserve">Were discovered in any of the wolves or canines or coyotes, or jackals or dingoes, any of the wild cannons, foxes, and so on. Or nor were they found in any of the street or feral dogs that are wandering intermixing around the planet. So the medium double coat and the short double coat in a dog or a any other wild canine is the natural coat if you don't have any gene variants. </w:t>
        <w:br/>
      </w:r>
    </w:p>
    <w:p>
      <w:r>
        <w:rPr>
          <w:sz w:val="22"/>
        </w:rPr>
        <w:t xml:space="preserve">That's what you get. You get a wolf or you get a feral, you know, double short, double coated dot. That's the natural, what they call the natural or normal coat. Ok so not a single one of these 3 gene variants were found in wolves or short haired, short double coated dogs, which is most of the dogs alive and most of the canines alive in the world. So the dogs that we see in our grooming shops are likely the ones that do have these gene variants. The RS PO2 is a gene that does growth and it also puts wiriness into coats sometimes. The FG F5 gene is a shedding gene that also creates length and the K RT71 gene is keratin protein and it also puts in curl. </w:t>
        <w:br/>
      </w:r>
    </w:p>
    <w:p>
      <w:r>
        <w:rPr>
          <w:sz w:val="22"/>
        </w:rPr>
        <w:t xml:space="preserve">And if you put all three of those together you get a poodle or a Portuguese water dog. All three gene variants are in poodles and Portuguese water dogs, which is why they are kind of the epitome and grooming. The poodle coat is the ultimate to groom because it's got everything that a coat can possibly get for a dog. It's got them. So a lot more articles out there. I commend you and encourage you to go on. We're going to move on to the actual Heron fur grooming aspects, but I wanted to actually just refer you to more wonderful articles. </w:t>
        <w:br/>
      </w:r>
    </w:p>
    <w:p>
      <w:r>
        <w:rPr>
          <w:sz w:val="22"/>
        </w:rPr>
        <w:t xml:space="preserve">Dog coat genetics on Wikipedia. There's also at genetics.org this amazing map that links all the canine genomes. It's really interesting. I also got to interview Doctor Mohammad Noor, who's with who's the head of genetics and evolution at Duke University. I want to thank him for being the guy that told me about this large effect, big effect stuff. He gave me a quotation to use in this presentation. He says it's rare that so few genes. Are almost totally responsible for an evolutionary change. It was almost certainly a result of human manipulation. You want to learn more about his genetics classes? You can take it free on Coursera. How did I get to talk to Dr. </w:t>
        <w:br/>
      </w:r>
    </w:p>
    <w:p>
      <w:r>
        <w:rPr>
          <w:sz w:val="22"/>
        </w:rPr>
        <w:t xml:space="preserve">Mohammed Noor of Duke University? He likes Star Trek as much as I do. My husband and I met him on the Star Trek cruise and we had breakfast together. So and in fact we see each other every year and on the Star Trek cruise. So he's a fellow Truckee. I just wanted to say that I actually know the man. Ok canine anatomy, coat and skin. We've already established that all dogs are mammals. Hair and fur is all the function of being a mammal. And that all hair and or fur really the same stuff, just with different genetic lengths programmed into it, is made of protein, keratins and dead skin cells. </w:t>
        <w:br/>
      </w:r>
    </w:p>
    <w:p>
      <w:r>
        <w:rPr>
          <w:sz w:val="22"/>
        </w:rPr>
        <w:t xml:space="preserve">One of the differences between dogs, they are mammals, and you and I who are mammals, is that dogs are more reliant on their coat, their hair, their fur to regulate their body temperature because they have much thinner skin and much thicker hair more hairs, more hairs per follicle, more follicles per square inch and they have much thinner skin and that can actually be measured and is measured. So all mammals have collage. We already talked about this. The hairy covering of a mammal Hair for a wool are common nicknames. Usually we use the term hair to mean something that's longer and maybe a little bit thinner. For more, something that's shorter and thicker and wool, something that's coarser, maybe more wiry or curly or cottony. </w:t>
        <w:br/>
      </w:r>
    </w:p>
    <w:p>
      <w:r>
        <w:rPr>
          <w:sz w:val="22"/>
        </w:rPr>
        <w:t xml:space="preserve">So we are. We use terms like hair firm wool to refer to texture and length, but actually it's all the same stuff. It's all polage, it's all keratin proteins. So one of the contrast between us as mammals and. The human and canine differences is that canines have different kinds of hairs and different kinds of follicles. So for example for humans we have one hair per follicle, and a lot more and a lot less follicles and we have exocrine. Sweat glands that. </w:t>
        <w:br/>
      </w:r>
    </w:p>
    <w:p>
      <w:r>
        <w:rPr>
          <w:sz w:val="22"/>
        </w:rPr>
        <w:t xml:space="preserve">So that is our We have glands that put our water out on our skin directly. We don't use the hair follicle. Where is the dog? If you look on the left, they have what's called an apriquin sweat gland. And that gland feeds all of the water, all the hydration into the hair follicle. So if you take out. That if you take off the hair, you take away their ability to hydrate themselves. </w:t>
        <w:br/>
      </w:r>
    </w:p>
    <w:p>
      <w:r>
        <w:rPr>
          <w:sz w:val="22"/>
        </w:rPr>
        <w:t xml:space="preserve">If you do damage, or if you clog the follicle, or you don't nourish the follicle or you don't clean it out or whatever, or and or you take away all of their hair. That helps them to distribute moisture. See them. It also helps to distribute the sebaceous gland. Makes seba moisture the oils that moisturize so by cutting hair too short. You actually not only expose them to cancer, which we'll talk about in a second, but you also take away their ability to hydrate their skin and to moisturize it through their oils, OK So that's an important difference between us. </w:t>
        <w:br/>
      </w:r>
    </w:p>
    <w:p>
      <w:r>
        <w:rPr>
          <w:sz w:val="22"/>
        </w:rPr>
        <w:t xml:space="preserve">This is a really good diagram. I wanted to thank Barbara Byrd, who's one of my heroes in the hairs, dog, and give a she and I talked the same sort of. We're both science geeks about hair and stuff and fur and dogs, and she loves this diagram. So she recommended that I use this one to explain a little bit about the canine hair follicle and how it is shaped and constructed. </w:t>
        <w:br/>
      </w:r>
    </w:p>
    <w:p>
      <w:r>
        <w:rPr>
          <w:sz w:val="22"/>
        </w:rPr>
        <w:t xml:space="preserve">So it's a kind of a epithelial tissue which you don't need to know what that is, but it's part of the skin, it's dermis, epidermis. And it folds downward into to create this little kind of like a well or a hole in the skin. And the deep end of the follicle gets a bulb on it that forms. It's a bulb or a root that forms the root of the hair follicle. And then the hair follicle itself is that wall around the hair that grows around from that root. There are two sheets that is layers. Of the follicles are in the in the hairs themselves. The outer connective tissue root sheath is derived from the dermis itself from the skin itself, and that inner epiphyleal root sheath is derived from the is derived from the epidermis. </w:t>
        <w:br/>
      </w:r>
    </w:p>
    <w:p>
      <w:r>
        <w:rPr>
          <w:sz w:val="22"/>
        </w:rPr>
        <w:t xml:space="preserve">So these are layered. The hairs are layered. Ok and here's some more diagrams that I think are helpful that all of them are fairly famous. The one in the upper left is actually a more just simplistic diagram showing you that there is in dogs different kinds of for fur type dogs. When we talk about the difference between hair and fur, that one common characteristic of fur is that there is basically almost like two kinds of coat. I'm going to use double coated in a very specific way, but you could use it in a broader way. If you use the term double coat in a very broad sense, it means that there's two coats, There's guard hairs or top coat. </w:t>
        <w:br/>
      </w:r>
    </w:p>
    <w:p>
      <w:r>
        <w:rPr>
          <w:sz w:val="22"/>
        </w:rPr>
        <w:t xml:space="preserve">This is where there's color and there's strength and there's length and there's structure and there's pigment. And these are the primary hairs and they have all three layers if you look at the picture on the left. They have all three layers that a hair shaft is supposed to have in a mammal medulla, cuticle and cortex. Cuticle is the outermost layer of the hair, kind of looks scaly. It has overlapping like shingles that protect like a roof shingle. It protects the cells inside. The cortex is where the strength of the hair is. </w:t>
        <w:br/>
      </w:r>
    </w:p>
    <w:p>
      <w:r>
        <w:rPr>
          <w:sz w:val="22"/>
        </w:rPr>
        <w:t xml:space="preserve">It also has the moisture and the color and the texture. But the medulla is the innermost layer and can be absent in these secondary hairs or undercoat. So finer little baby hairs, little fine little fine hairs, even on our human skin, can be without a medulla. And in a dog this is called undercoat or, you know, insulation. It's the insulating undercoat. So the undercoat is lesser form. It has cuticle and it has medulla, but it does not have cortex, so it doesn't have, I'm sorry, it has cuticle and cortex. </w:t>
        <w:br/>
      </w:r>
    </w:p>
    <w:p>
      <w:r>
        <w:rPr>
          <w:sz w:val="22"/>
        </w:rPr>
        <w:t xml:space="preserve">It doesn't have medulla. Scratch that, repeat. All of the undercoat hairs are missing a medulla. They're missing that innermost layer that is kind of the stretchy, you know, makes it, you know, gives it its core. So hairs that are on the outside of the dog, the longer stronger top coat that has all the pigment and all the color and all the length and all the strength. On a fur type dog, those are all three layers, cuticle, medulla, cortex. But hairs that are missing the medulla are called undercoat, They're baby hairs. They're finer. They're not as weather resistant, they're not as big, they're not as tall, they're not as well pigment. Ok so that's a real important difference. </w:t>
        <w:br/>
      </w:r>
    </w:p>
    <w:p>
      <w:r>
        <w:rPr>
          <w:sz w:val="22"/>
        </w:rPr>
        <w:t xml:space="preserve">I love this analogy, which is that primary hairs or top coat. Again, thinking of these longer, stronger top coat hairs, primary hairs or top coat must always be longer and stronger than the secondary undercoat hairs in order for the coat, the fur type coat to work this way. So I think of it like the beams in a building. If you're building a building, the first thing you're going to do is you're going to put up all, you're going to put the foundation down, that's the skin. And then you're going to start putting up all of the girders and the frames and the poles that are and the cross beams that are actually going to be the structure of the building. </w:t>
        <w:br/>
      </w:r>
    </w:p>
    <w:p>
      <w:r>
        <w:rPr>
          <w:sz w:val="22"/>
        </w:rPr>
        <w:t xml:space="preserve">They are the what actually hold it up and you're not going to start putting the stuff on the outside of the house until you have all of those firmly in place. So think of the hairs that are baby hairs, that's undercoat hairs that are the lesser formed hairs as being sort of what you put on top of the structure but not above it. But you put it on, you add it to it so that the structure is like the beams of the building is your primary hairs and the undercoat hairs are what fills it in OK It's an insulator. </w:t>
        <w:br/>
      </w:r>
    </w:p>
    <w:p>
      <w:r>
        <w:rPr>
          <w:sz w:val="22"/>
        </w:rPr>
        <w:t xml:space="preserve">So undercoat is insulating, OK And it is. It doesn't have all of that parts of the hair and top coat is structural and it's protective and it it's what holds everything up. Ok So when you look at diagrams of the canine skin and you see multiple hairs per follicle and you can see that some of them are bigger and longer and stronger, they are the primary hairs and then you have these lesser or secondary hairs. Now I said that we would revisit with a diagram this idea of an antigen counter intelligent. Ok so let's do that really quick. So we have growing in the hair follicle when the hair is growing getting longer that's called antigen, OK When the hair is fully reached its length of growth in a fur type dog. </w:t>
        <w:br/>
      </w:r>
    </w:p>
    <w:p>
      <w:r>
        <w:rPr>
          <w:sz w:val="22"/>
        </w:rPr>
        <w:t xml:space="preserve">The bottom of the hair follicle starts to detach at the bottom. That's a transition phase called ketogen. Ok Then eventually it will reach teligen phase where it's completely detached at the bottom. And the rest phase is also sometimes called dormancy. Quite often it'll just sit dormant like this for in many cases in fur type dogs. The rest of the dog's life, and this is one of the reasons why you're not supposed to shave for type dogs. Because if you cut those primary hairs, if you cut those guard hairs that are rest and the hair follicle is planning on sitting in there for years as many dogs do, And even for people it's the same thing. </w:t>
        <w:br/>
      </w:r>
    </w:p>
    <w:p>
      <w:r>
        <w:rPr>
          <w:sz w:val="22"/>
        </w:rPr>
        <w:t xml:space="preserve">If you cut it too short and you lose that hair follicle, it may not grow back. What you're going to get instead is all these undercoat hairs. So a really good blow up picture of dogs on the right and humans on the left. This is just as close as we could get. Is like a guy without microscopic pictures which cost a lot of money. So you can see that human beings have one hair per follicle and some of them are thicker and some of them are thinner. But not a lot of follicles. There's a lot of space between the follicles. You don't even need the microscopic picture to see that. </w:t>
        <w:br/>
      </w:r>
    </w:p>
    <w:p>
      <w:r>
        <w:rPr>
          <w:sz w:val="22"/>
        </w:rPr>
        <w:t xml:space="preserve">But on the right is a true genuine actual canine hair follicle. This is photographed with SEM It's a scientific method where you can use a microscope and a photograph. You can actually take pictures of things at the microscopic level. And the reason why that there's pink and purple and sort of green, yellow coloring in it because they have to use dye. In there to kind of teach the camera what is different that's there because it's so tiny. But what you're seeing all around in those sort of yellow greenish flakes, that's the dander of the skin. </w:t>
        <w:br/>
      </w:r>
    </w:p>
    <w:p>
      <w:r>
        <w:rPr>
          <w:sz w:val="22"/>
        </w:rPr>
        <w:t xml:space="preserve">And you're actually looking at a canine hair follicle blowing up on a microscope where it's been cut. And you can see inside that follicle that there are 7 hairs and some of them are very big and thick and mature and others are very wimpy and tiny. And we don't really know where these undercoat hairs and then outer coat top coat guard hairs. Or were these hairs that were just baby hairs that hadn't grown yet. Sometimes dogs can have one or two primary hairs in one follicle, very common, especially in terriers, and then several undercoat hairs as well. </w:t>
        <w:br/>
      </w:r>
    </w:p>
    <w:p>
      <w:r>
        <w:rPr>
          <w:sz w:val="22"/>
        </w:rPr>
        <w:t xml:space="preserve">But what happened when this dog got caught? I don't know if it was scissors or a Clipper, but it took them all the same. They took them all to the same length, so basically at the same angle. This hair, everything, primary hair is secondary hair is top coat, undercoat. It was all taken at the same length and you can't really avoid doing that when you were cutting hair. Remember that dogs have a lot more hairs than we do. They have a lot more hairs per follicle and a lot more follicles per square inch. Humans are mostly skin. Dogs are mostly hair, so you can see the dog again. </w:t>
        <w:br/>
      </w:r>
    </w:p>
    <w:p>
      <w:r>
        <w:rPr>
          <w:sz w:val="22"/>
        </w:rPr>
        <w:t xml:space="preserve">A blown up electron microscope photograph on the left of dog hair. Multiple hairs per follicle. A lot more dander of course, because they don't shower and bathe every day. The reason why the human hair on the right looks so clean as we tend to shower or bathe every day. Plus you can clearly see a lot of space between the hair follicles and not very many hair follicles. Barbara Byrd also sent me this picture of a damaged piece of hair. And you can actually see how when hair gets damaged and isn't conditioned properly, how it can be broken on the cuticle. </w:t>
        <w:br/>
      </w:r>
    </w:p>
    <w:p>
      <w:r>
        <w:rPr>
          <w:sz w:val="22"/>
        </w:rPr>
        <w:t xml:space="preserve">So just remember this, the dogs and humans are both mammals, but we're very different. We have thick skin and thin hair and dogs have thin skin and thick hair. So the rules of hair cutting. And fur, the rules of hair and fur are very different for us than they are for dogs okay. And so one more thing I'm going to refer to you as a scientific source is a book on small animal dermatology. I'll show you the book in a second. But in small animal dermatology, veterinarians like the gentleman that's quoted here. </w:t>
        <w:br/>
      </w:r>
    </w:p>
    <w:p>
      <w:r>
        <w:rPr>
          <w:sz w:val="22"/>
        </w:rPr>
        <w:t xml:space="preserve">Talk about the importance of the skin as being the largest organ in the body of any mammal. It's the largest organ and the most important organ in our body as well. Our skin never gets enough credit. It's incredibly important and it's the same for dogs. Skin is the largest organ in any mammals body and it is an organ that provides 18 different functions that are listed in the molar. </w:t>
        <w:br/>
      </w:r>
    </w:p>
    <w:p>
      <w:r>
        <w:rPr>
          <w:sz w:val="22"/>
        </w:rPr>
        <w:t xml:space="preserve">Cook for the dermatology handbook, Protection from the Environment, Immune System. Thermo regulation, temperature regulation, hydration, keeping it hydrated, water and nutrient storage, among many other functions, all occur in a dog's skin. And this quotation I thought was really good. The one main reason that veterinarians assess your health by the main thing that they look at is their coat and skin, because that is what tells them overall the most about their general health. </w:t>
        <w:br/>
      </w:r>
    </w:p>
    <w:p>
      <w:r>
        <w:rPr>
          <w:sz w:val="22"/>
        </w:rPr>
        <w:t xml:space="preserve">Here's another discovery that is really important. And it's not just for dogs, it's for us as well. But dogs are especially critically affected by how you and I cut hair or fur. On dogs, the immune system in the skin is called Langerhans cells. They were discovered by Paul Langerhans more than 100 years ago. But these cells have been found in recent studies to die or become cancerous when exposed to sunlight. </w:t>
        <w:br/>
      </w:r>
    </w:p>
    <w:p>
      <w:r>
        <w:rPr>
          <w:sz w:val="22"/>
        </w:rPr>
        <w:t xml:space="preserve">And this is about skin cancer. And you guys know this from, you know, just studying human, you know why we have to wear sunscreen when we go out in the desert or more better off, protective clothing, right? So once we've learned this about Langerhans cells, you need to know this for dogs, if you take them to the point where their skin can be exposed to the sunlight, you are going to be giving them cancer. </w:t>
        <w:br/>
      </w:r>
    </w:p>
    <w:p>
      <w:r>
        <w:rPr>
          <w:sz w:val="22"/>
        </w:rPr>
        <w:t xml:space="preserve">And the studies are very clear. There's a whole huge bunch. Again, I don't have time, wish I did, but just I would just refer you to go look it up on your own about how much skin cancer in dogs is up lately. It's really scary. And This is why short shaves and close clips are never good for any dog, whether they are hair or fur. They need their hair or their fur to protect their thin skin, which is the largest organ in their body. And provides so many vital functions and this is the only way that they have to protect them from everything in the environment. </w:t>
        <w:br/>
      </w:r>
    </w:p>
    <w:p>
      <w:r>
        <w:rPr>
          <w:sz w:val="22"/>
        </w:rPr>
        <w:t xml:space="preserve">And I know everybody, if you know anything about Jennifer Bishop Jenkins, you know that I'm particularly, you know, vocal about how many groomers just shaved down dogs. It's really bad to do it close short on any dog. But to shave a fur type dog is particularly harmful. Four reasons that we're now going to get into OK you don't want to shave any of the fur type dogs. Here's a you know I'm I breed and show Australian Shepherds so this was in my Aussie grip. </w:t>
        <w:br/>
      </w:r>
    </w:p>
    <w:p>
      <w:r>
        <w:rPr>
          <w:sz w:val="22"/>
        </w:rPr>
        <w:t xml:space="preserve">How long does it typically take for their coat to grow back? I took it into a groomer just to be trimmed a little bit, specifically asked him not to be shaved and this is what we have and they were devastated. This is what in the bottom what an Aussie is supposed to look like. But that on the top is an Aussie picture posted by one of the people in my groomers guide Facebook group just last week when we were having discussions about this is what happens when you take away the top coat or you make the top coat the guard hairs, the primary hairs, the same length as the secondary hairs explode and all you end up with is fuzz and you lose shine pigment. </w:t>
        <w:br/>
      </w:r>
    </w:p>
    <w:p>
      <w:r>
        <w:rPr>
          <w:sz w:val="22"/>
        </w:rPr>
        <w:t xml:space="preserve">You lose water, you lose protection from rain and weather and so on and it just turns them into all undercoat hairs. The baby undercoat hairs grow in and crowd out the top coat. So here's the problem. Humans often want to apply the same rules of hair cutting to oh, if it's a bad haircut, it'll just grow back later. It'll be fine. Humans have almost no hair compared, or fur compared to dogs. We are almost all skinned. The dogs have very thin skin and their coat is everything they have, depending on their breed, hundreds of thousands of times more hairs and follicles than we do and it works very differently for them than it does for us. </w:t>
        <w:br/>
      </w:r>
    </w:p>
    <w:p>
      <w:r>
        <w:rPr>
          <w:sz w:val="22"/>
        </w:rPr>
        <w:t xml:space="preserve">Shave it off. It always damages or changes the coat no matter what kind of dog. Even if you just do it one time it will affect it and it will hurt it. Primary hairs and secondary hairs do not grow back at the same rate. The long dormancy periods that we talked about in the telogen phase, the dormancy can mean that the hair follicle may be permanent, permanently gone. In the majority of cases, dogs need their natural coats to protect them, a k c 's lead veterinarian, one of the top veterinarians in the world, Doctor Jeff Jerry Klein, says your dog's coat actually acts as an insulator. </w:t>
        <w:br/>
      </w:r>
    </w:p>
    <w:p>
      <w:r>
        <w:rPr>
          <w:sz w:val="22"/>
        </w:rPr>
        <w:t xml:space="preserve">He's the chief Veterinary officer for a KC Shaving that coat to reduce shedding or supposedly keep the dog cool also eliminates the insulating layer of fur that makes the dog susceptible to heat stroke and can result in improper hair graft follicle damage. Remember, a dog's fur coat protects him from sunburn and decreases his risk of developing skin cancer. And shaving any double coated duck can also do a long term damage. When it's shaved down to the skin, the undercoat hairs will grow back faster. </w:t>
        <w:br/>
      </w:r>
    </w:p>
    <w:p>
      <w:r>
        <w:rPr>
          <w:sz w:val="22"/>
        </w:rPr>
        <w:t xml:space="preserve">It will crowd out the slower growing guard hairs, the top coat hairs, the primary hairs and they'll all end up with these lesser formed missing a medulla hairs all over their body. They've got these baby little fuzz hairs that are not real fully formed hairs and they're patchy and it's unattractive so. I have been doing this for several years and I'm not likely to stop now. We must stop the shaved downs in this industry. Our grooming industry is entirely unregulated. We struggle already with our reputation because there's too many minimally trained or non trained groomers that are just shaving down anything and calling that grooming. </w:t>
        <w:br/>
      </w:r>
    </w:p>
    <w:p>
      <w:r>
        <w:rPr>
          <w:sz w:val="22"/>
        </w:rPr>
        <w:t xml:space="preserve">We are hurting the dogs and it needs to stop. We groomers are in the coat care business, not in the coat destruction business and I urge you to use that as a hashtag. On your social media, as you spread the word, many dogs, many dog breeds evolve. Let's go back and just look at coat types. Now we're going to actually do a quick survey of the 15 coat types just so you can see how it relates to the fur versus hair. But this is how hair and fur changed in dogs over time. Dogs and humans started partnering together 2030 thousand years ago. And we know that they were partnering together by twelve thousand thirteen thousand years ago during the Ice Age because we actually have archaeological record of it. </w:t>
        <w:br/>
      </w:r>
    </w:p>
    <w:p>
      <w:r>
        <w:rPr>
          <w:sz w:val="22"/>
        </w:rPr>
        <w:t xml:space="preserve">And we saw them hunting together with us and living together with us. And our food supplies were going up because they helped us to hunt. We also know that they've helped us to herd and to pull food supplies and to carry food supplies and to pull carts and sleds. And to then do guard and protection work or to assist us at other jobs like the Portuguese water dog assists to fishermen and so on, vermin eradication, that was the development of the Terriers. That was definitely a huge thing that helps save us from the bubonic plague in the in the late Middle Ages and led to, you know, saving really a lot of scientists actually think maybe have saved the planet because. </w:t>
        <w:br/>
      </w:r>
    </w:p>
    <w:p>
      <w:r>
        <w:rPr>
          <w:sz w:val="22"/>
        </w:rPr>
        <w:t xml:space="preserve">Terriers were bred to be tough little diggers that could go in after vermin. The vermin were spreading the bubonic play, but also dogs have evolved into function of just companionship and even art like the poodle. These functions that have evolved over tens of thousands of years and certainly a 10.000 thousand year evolution with human beings. Are the origins of the seven AKC groups that you'll see and they're these are universal in other countries as well. </w:t>
        <w:br/>
      </w:r>
    </w:p>
    <w:p>
      <w:r>
        <w:rPr>
          <w:sz w:val="22"/>
        </w:rPr>
        <w:t xml:space="preserve">They have their own versions of this, but the sporting group, Hound group, Working terrier, toy, non sporting, hurting, all of these breeds are divided by genetic function and Co type because it has to do with their purpose. That talent for which they have, they can do retrieving or they can do pulling or guard work, or they can do digging for vermin or they can do herding of animals. All of these are functions that they naturally evolved into doing with us. And those functions led to varieties in coat because of the different evolutionary adaptations for different areas. So even in the fur type dogs, that whole category of predetermined length coat types. </w:t>
        <w:br/>
      </w:r>
    </w:p>
    <w:p>
      <w:r>
        <w:rPr>
          <w:sz w:val="22"/>
        </w:rPr>
        <w:t xml:space="preserve">You'll see tremendous variety of length and texture, wiriness and so on. And in the hair type coats you'll see tremendous variety of length and texture and volume and thickness and curl and wave and so on. So all of these coat types are very varied, but they have all evolved over time to serve a purpose and these coat types are essential to their function. So they either are helpful in hunting and jumping in and out of the water and running through the upland grasses to flush out game or to point to the game or to retrieve the game. </w:t>
        <w:br/>
      </w:r>
    </w:p>
    <w:p>
      <w:r>
        <w:rPr>
          <w:sz w:val="22"/>
        </w:rPr>
        <w:t xml:space="preserve">Although that's the sporting group dogs, the hound, this is the working group dogs. So I missed the hounds. I'm sorry I've missed my hounds. Well, there's a hound group too. They are the ones that run and chase down prey and hunt by scent. Then you've got the working group dogs that do important jobs for us. They pull carts and slags, they rescue us, mountain snow in the water, they work with us at our side in war and so on. </w:t>
        <w:br/>
      </w:r>
    </w:p>
    <w:p>
      <w:r>
        <w:rPr>
          <w:sz w:val="22"/>
        </w:rPr>
        <w:t xml:space="preserve">The working group dogs, terriers, the dogs that eradicate vermin and dig and are very tenacious and aggressive to go after things and. Not scared of things with sharp teeth coming at them under holes in the ground and they will tenaciously put an end to them. Dogs that provide companionship and that shrunk down in size to live with us in cities as our population grew. The toy group and dogs that assist us in ranching and farming and herding and actually managing our other animals and livestock for us. </w:t>
        <w:br/>
      </w:r>
    </w:p>
    <w:p>
      <w:r>
        <w:rPr>
          <w:sz w:val="22"/>
        </w:rPr>
        <w:t xml:space="preserve">The herding group dogs. And then they're the final group is the non sporting group. It started from when a KC was all either sporting or non sporting. Everything was either about hunting or not. The non sporting group, what's left of it is a group that is just dogs that don't fit in any of the other six categories, like poodles, like all the Bulldogs, all of the Tibetans and so on. So what we know about the evolved canine coat. </w:t>
        <w:br/>
      </w:r>
    </w:p>
    <w:p>
      <w:r>
        <w:rPr>
          <w:sz w:val="22"/>
        </w:rPr>
        <w:t xml:space="preserve">Is that over the Millennium variations in the canine coat naturally occurred. There was also some human contribution. Variations in the canine coat were responsive to the dog's environment. They were of mutual benefit and functionality for both people and dogs who we know now scientifically. This is a whole another class I teach are coevolved. We're coevolved species. The only two species on the planet that we know for sure actually evolved in evolutionary. Relationship to each other and that we know also that the coat that they evolved over time was either very easy selfcare or human care with primitive technology. </w:t>
        <w:br/>
      </w:r>
    </w:p>
    <w:p>
      <w:r>
        <w:rPr>
          <w:sz w:val="22"/>
        </w:rPr>
        <w:t xml:space="preserve">Coat variety was locked in and passed down over time because it worked and natural evolution gave us consistent, predictable and functional coats for all dogs until only very recently when we had kind of messed this up. And the reason why this is kind of been messed up is because when 40 years ago the doodle was invented, they deliberately crossed fur and hair. So now let's actually look and we're going to come back to this question. But first, in order to explain this, I have to give you my list of the 15 code types. Some of you may have had the 15 code types class and may recognize some of this. </w:t>
        <w:br/>
      </w:r>
    </w:p>
    <w:p>
      <w:r>
        <w:rPr>
          <w:sz w:val="22"/>
        </w:rPr>
        <w:t xml:space="preserve">But some years ago, as I was a teacher and interested in curriculum and I was had a grooming school, I was frustrated by the fact that there was no official list of coat types and dogs and every book that I was using to train my staff and my students were calling coats, different things and I couldn't even get an official list of coat types. So I started digging and I tried to find the first groomer to publish again, just like Billy Rafferty and the fur versus hair thing. </w:t>
        <w:br/>
      </w:r>
    </w:p>
    <w:p>
      <w:r>
        <w:rPr>
          <w:sz w:val="22"/>
        </w:rPr>
        <w:t xml:space="preserve">I found the first groomer to ever publish a list of code types and that was Carla Addington Smith who's also a master groomer like me. We both got our c m g 's in nineteen eighty five and she had a grooming school and she wrote this book, Introduction to the Foundations of Dog Grooming. And in it she identifies 7 coat types, Smooth, wire Flat, curly, long, and then two kinds of double coat long and short. So I went to her recently at the Atlanta Pet Fair a couple years ago. And I asked her if I could build on her list and she graciously has given me permission to do that. </w:t>
        <w:br/>
      </w:r>
    </w:p>
    <w:p>
      <w:r>
        <w:rPr>
          <w:sz w:val="22"/>
        </w:rPr>
        <w:t xml:space="preserve">So, homage to you, Carla Addington Smith and I came up with after lengthy conversations. I mean, veterinarians, geneticists, groomers, master groomers, groom team people who judge, people who breed and show. I interviewed literally hundreds of people. To create what I think and the list has changed over time it we started with 9. Basically we have 9 categories, but 15 code types because of and These are grooming code types. That is differences in grooming. I'm going to stand up here. So I'm going to raise my table up just a little bit. Give me a second before you take a break. </w:t>
        <w:br/>
      </w:r>
    </w:p>
    <w:p>
      <w:r>
        <w:rPr>
          <w:sz w:val="22"/>
        </w:rPr>
        <w:t xml:space="preserve">Come on okay i'm raising my desk. I have a stand up desk. Okay here we go. So I hope you guys can all still see me. All right, so the 15 code types list that I came up with is a long conversation and it went from 9 to 12 to 14 to 15 back to 14 back to 15. It has been a lot of conversation over, you know, more than five years and I want to thank all the people that engaged in that dialogue with me. </w:t>
        <w:br/>
      </w:r>
    </w:p>
    <w:p>
      <w:r>
        <w:rPr>
          <w:sz w:val="22"/>
        </w:rPr>
        <w:t xml:space="preserve">But I feel like the list is, you know, pretty much stabilized now. Most people tend to agree with it. Now I want to be very clear that when I made these 15 code types, they're not actually genetic code types. You've already seen that list, right? Friends with the pluses and minuses on it from the government, those that's there's actually only like 8. There's eight genetic types and then there's three hairless types. So but there's really those are the genetic code types. </w:t>
        <w:br/>
      </w:r>
    </w:p>
    <w:p>
      <w:r>
        <w:rPr>
          <w:sz w:val="22"/>
        </w:rPr>
        <w:t xml:space="preserve">But what I'm talking about is differences in grooming, OK. Things that we have to do differently and how they're groomed. So I'm calling these 15 grooming coat types in nine categories and they are a four types of double coat, short, medium or natural long, primitive triple or Arctic wire coats. Rough and broken curly coats in curly, WAVY and rustic and then flat or jacketed smooth long or drop corded hairless in combination. And that 15 coat types list is a proposal, it's a proposal to the industry. So that so that we can hopefully start to at least talk about standardizing some of our best practices and our understanding of natural coat types in dogs. </w:t>
        <w:br/>
      </w:r>
    </w:p>
    <w:p>
      <w:r>
        <w:rPr>
          <w:sz w:val="22"/>
        </w:rPr>
        <w:t xml:space="preserve">So remember this is the genotype of dogs coats. This is what it looks like. This is the pluses and minuses of those gene variants that makes for code type. But what we do is what they call in genetics, phenotype, or the exterior expression or manifestation of the code. So how an individual genetic pattern manifests itself on one Scotty versus another Scotty can be a little bit different. All of us are individuals, and so there's some variation. And So what we start to see in our grooming world, you and I are working on the phenotype of the dog. </w:t>
        <w:br/>
      </w:r>
    </w:p>
    <w:p>
      <w:r>
        <w:rPr>
          <w:sz w:val="22"/>
        </w:rPr>
        <w:t xml:space="preserve">That is the exterior expression of it. Ok And so I started i decided I wanted to put this all together in a graphic organizer. Some of you guys have seen my posters already, but I've came out with a 15 groomers guide to a 15 coat types poster that connects and the main thing and I wanted to show you this book, the Mueller and Small Animal Dermatology. That's a. Very big, very thick book. It cost 180 bucks on Amazon, but I bought it and I I've read it. </w:t>
        <w:br/>
      </w:r>
    </w:p>
    <w:p>
      <w:r>
        <w:rPr>
          <w:sz w:val="22"/>
        </w:rPr>
        <w:t xml:space="preserve">It's amazing. It's a medical, you know, it's a veterinary school textbook. So it's very big words and it's a lot of sciencey stuff. But I think the chapter one is a must read for all groomers about dog dermatology and basically I take the information in there, which is in the orange, you see it in the orange long. Medium, natural or normal, it's actually called normal. It's the normal coat, normal natural coat. And Doctor Cliff calls it the medium and short. So that you see that dermatologically the coats come into those categories and that is defined by the dermatology. </w:t>
        <w:br/>
      </w:r>
    </w:p>
    <w:p>
      <w:r>
        <w:rPr>
          <w:sz w:val="22"/>
        </w:rPr>
        <w:t xml:space="preserve">And the dermatology includes how many hairs per follicle, how many follicles per square inch, texture length, amount of oils produced, you know, just all of the different biochemistry aspects of it. And you'll see, for example, a lot more primary and secondary hair is in one follicle on a terrier than you would in a Yorkie, OK It's just the way that it goes. So this is very, a very good resource for all of us to use. And then in the dark blue where you see hair and fur, that's really what we're talking about here in this workshop, all of the coat types. </w:t>
        <w:br/>
      </w:r>
    </w:p>
    <w:p>
      <w:r>
        <w:rPr>
          <w:sz w:val="22"/>
        </w:rPr>
        <w:t xml:space="preserve">That are under hair. Under that section are the ones that grow and grow and grow until you cut them where they break and they need to be more D matted and trimmed. And the fur type dogs are the ones that grow to a certain length and stop. The ones that you should not cut but that you should remove shedding undercoat. Ok so that's our main job. And then the short the short category Boxers, Doberman and hairless dogs. Our job is mainly skin care. We're not doing anything except skin care there. </w:t>
        <w:br/>
      </w:r>
    </w:p>
    <w:p>
      <w:r>
        <w:rPr>
          <w:sz w:val="22"/>
        </w:rPr>
        <w:t xml:space="preserve">Ok so I would refer you to all of these sources. You can get the 15 coat types poster at groomersguide.com if you wish, or any number of other places that carry it, like Whitman's IPG carries it. There's Dennis Brooks carries it at Sharper Shears. And so on. So it it's available out there and I hope you'll take a look. I've got a brand new edition coming out and I'm also going, I'm writing a book, the 15 coat types book is being written right now even as we speak and Berkeley is going to publish it. So we're very excited about that. </w:t>
        <w:br/>
      </w:r>
    </w:p>
    <w:p>
      <w:r>
        <w:rPr>
          <w:sz w:val="22"/>
        </w:rPr>
        <w:t xml:space="preserve">So look for that later this year Okay and then take also I would recommend since this long as we're on the subject about the dermatology. Doctor Cliff also teaches this all based on the veterinary science. So when we are so lucky to have a veterinarian that will actually talk to our grooming community on a regular basis, I actually find it pretty amazing that we have him. </w:t>
        <w:br/>
      </w:r>
    </w:p>
    <w:p>
      <w:r>
        <w:rPr>
          <w:sz w:val="22"/>
        </w:rPr>
        <w:t xml:space="preserve">So he's an asset. Ok so remember that these 15 code types are broad generalizations that share common grooming procedures that actually coat on. Any individual dog can vary widely, especially by breeder coat type. So I put them for the purposes of this workshop. I put these 15 coat types into these two genetic categories, predetermined length fur and undetermined length hair. And you can also see it on the poster, all the coat types by whether or not they are fur or hair. Ok and so basically the poster then combines the dark blue is the genetics, the orange is the dermatological. </w:t>
        <w:br/>
      </w:r>
    </w:p>
    <w:p>
      <w:r>
        <w:rPr>
          <w:sz w:val="22"/>
        </w:rPr>
        <w:t xml:space="preserve">And then the light purple names, the 15 coat types and the white gives you some detail of actually how they're groomed okay. So these are the 15 coat types in their two genetic categories. But just remember that with your smooth coats, your double coats, your flat or jacketed coats, your hairless, your wire coats, your main job is not to cut them but to deshed them. And deshedding is some people have told me that's not a good word to remove shedding undercoat is it's what's correct. </w:t>
        <w:br/>
      </w:r>
    </w:p>
    <w:p>
      <w:r>
        <w:rPr>
          <w:sz w:val="22"/>
        </w:rPr>
        <w:t xml:space="preserve">The wire coats are a little bit different, a little bit unique and that's a whole another workshop. And I, you know Scott Wasserman and other people like that do great workshops on it. But they explain to you why you have to pull or tug a little bit on the on the wire coated breeds because their hair follicles are deeper and the hairs themselves are thicker and they make more hairs inside them. </w:t>
        <w:br/>
      </w:r>
    </w:p>
    <w:p>
      <w:r>
        <w:rPr>
          <w:sz w:val="22"/>
        </w:rPr>
        <w:t xml:space="preserve">It's a more complicated follicle. So if you don't tug on them a little bit then they end up sitting down in there and then if you just shave them or cut them across the top. They end up sitting down in the follicle and clogging the follicle eventually and it dies. So it's not really just a matter of hand stripping show dots. All wire coated breeds for the health of the skin at least need some minimal hand stripping or carding of the coat. </w:t>
        <w:br/>
      </w:r>
    </w:p>
    <w:p>
      <w:r>
        <w:rPr>
          <w:sz w:val="22"/>
        </w:rPr>
        <w:t xml:space="preserve">So I just really quickly this is not a full length 15 coat types class, we only have about 20 minutes left, but I do want to. You know, just quickly run through what the 15 coat types are so you can see hair versus fur, how it manifests itself in these different grooming categories. Ok And then take the 15 coat types class, which is a four hour indepth thing about all of this. So now fur or predetermined length coat types, here we go, hairless stops. These are some great examples. The Charlotte's Quintley, the Chinese Crested, the American Hairless Terrier. </w:t>
        <w:br/>
      </w:r>
    </w:p>
    <w:p>
      <w:r>
        <w:rPr>
          <w:sz w:val="22"/>
        </w:rPr>
        <w:t xml:space="preserve">Smooth or short coats. That's a short single coat. Doesn't have any undercoat, really to speak of. Very little. Maybe a little bit on the Beagle, but not on the Doberman. So Beagle Doberman in the center there is an Azawak or Azawak. It's an Arabian sight out. These dogs are almost all skin. They have very little hair. Every Doberman that comes to me gets tons of oil and conditioner and very little soap. We just, we give them a light shampoo and you know, very gentle shampoo and then we go to town on oils and stuff because they all have dandruff, they all have very dry, very little protection from the sun and so on. </w:t>
        <w:br/>
      </w:r>
    </w:p>
    <w:p>
      <w:r>
        <w:rPr>
          <w:sz w:val="22"/>
        </w:rPr>
        <w:t xml:space="preserve">Double coated dogs. Now I want it really stressed this point. There's an important difference between the term double coats is I use it here and the fact that almost all canine coats have secondary hairs and some undercoat. So I will tell you that some undercoat I I've read in other places, and I certainly hear it around the grooming community a lot, that anything is double coated if it has undercoat. And while I guess that's not wrong, I want to narrow down and get into the more technical definition of a double coat in the way it works, in the way that it sheds, in the way it protects, The double coat is the natural normal coat of. </w:t>
        <w:br/>
      </w:r>
    </w:p>
    <w:p>
      <w:r>
        <w:rPr>
          <w:sz w:val="22"/>
        </w:rPr>
        <w:t xml:space="preserve">The canine you saw it on. The wolf you saw it on. Coyotes you've seen it in. You know in the street dogs that rain that roam roam the streets in 900 million of them world worldwide. These coats are the natural normal coat of the dog without the gene variants and without human interference and. Those are what we're talking about when I talk about double cuts, OK we're talking about the natural normal canine coat that does these two different growing cycles depending on weather and climate. The outer guard hairs needed to be taller, longer, stronger, and they are the structure of the hair than the insulating undercoat that comes in and falls out and comes in and falls out several times a year while leaving those guard hairs as top coat structural hairs in place. </w:t>
        <w:br/>
      </w:r>
    </w:p>
    <w:p>
      <w:r>
        <w:rPr>
          <w:sz w:val="22"/>
        </w:rPr>
        <w:t xml:space="preserve">Having some undercoat, which other breeds have? I mean, my poodles have some undercoat. I'll comb through their curly coat. I'll get a little bit of white fuzz, but that's not a double coat as traditionally defined. Ok so we're going by the genetic definition of the natural normal canine coat. Ok many coat types have some undercoat, as I was just saying, but that does not make it a double coat as I am using it here. </w:t>
        <w:br/>
      </w:r>
    </w:p>
    <w:p>
      <w:r>
        <w:rPr>
          <w:sz w:val="22"/>
        </w:rPr>
        <w:t xml:space="preserve">Ok so in our category of short double coat, a Labrador Retriever greater Swiss mountain dog, these dogs do not get cut at all. There's no cutting, it's just come through getting undercoat out. Maybe a light Boris hair bristle brush or acrylic or rubber brush on the outside to pull any loose guard hairs that might have shut off. But for the most part it's removal of undercoat through high velocity dryers and a combing out undercoat with a greyhound comb. Ok medium delicates have some trimming a little bit, maybe just behind the ears of my Australian Shepherds or around the pantaloons of a border collie or a Belgian tivern. </w:t>
        <w:br/>
      </w:r>
    </w:p>
    <w:p>
      <w:r>
        <w:rPr>
          <w:sz w:val="22"/>
        </w:rPr>
        <w:t xml:space="preserve">These are dogs that have more hair on their rough, more pantaloon hair, more bushier tails and sometimes I need to trim behind their ears as well. But very limited trimming on these guys. No trimming on the torso whatsoever. Long double coats. You will see a great variety of them in terms of length and texture and style. A Tibetan Mastiff on the right, Rough Collie on the left, and Newfoundland in the middle. You can see that Newfoundland in the middle has been trimmed on the underneath side. </w:t>
        <w:br/>
      </w:r>
    </w:p>
    <w:p>
      <w:r>
        <w:rPr>
          <w:sz w:val="22"/>
        </w:rPr>
        <w:t xml:space="preserve">Just a nice neat little tipping off of the stringy. Long hairs on the belly, nothing on the top of the of the torso or this area that we call the jacket. No trimming there. But the ears have been trimmed, the feet have been trimmed, some of the leg furnishings have been trimmed, and the long dangling stringies of the skirt and the pantaloons have been trimmed. Ok, so that can be done. So the long double coat you have more trimming that you can do, but you never cut up into the undercoat, you never do more than tip off, and you never cut anything on the top. </w:t>
        <w:br/>
      </w:r>
    </w:p>
    <w:p>
      <w:r>
        <w:rPr>
          <w:sz w:val="22"/>
        </w:rPr>
        <w:t xml:space="preserve">Half of the torso of the jacket area, the double coat, primitive triple or Arctic is actually a triple coat and these are the oldest breeds. These are the ones that are in that genetic line that we talked about at the very beginning. Pontoscogglin, he did that diagram where all of the dogs that are most of the domesticated breeds we know is one line, and then that other line which is closely, more closely related to wolves, what they call primitive breeds or northern breeds or Arctic breeds. </w:t>
        <w:br/>
      </w:r>
    </w:p>
    <w:p>
      <w:r>
        <w:rPr>
          <w:sz w:val="22"/>
        </w:rPr>
        <w:t xml:space="preserve">They have triple coats and they are very different in their grooming needs as you know and if you shave them you the damage is even more serious. Let me show you a picture of the difference between a regular double coat. This is my Australian Shepard Quinta nice close up coat where you can see her dark primary hairs that are taller and stronger and have more pigment. And more substance and more weather resistant quality to them. And then the white insulating undercoat. Ok but when I pull her skin apart, you can see. And when you when I pull her hair apart, you can see all the way down to her skin very clearly. </w:t>
        <w:br/>
      </w:r>
    </w:p>
    <w:p>
      <w:r>
        <w:rPr>
          <w:sz w:val="22"/>
        </w:rPr>
        <w:t xml:space="preserve">Ok that's a regular medium double coat. This is my Samoan client, Caesar. He's a triple coat, primitive coat. And when I pull him and I was pulling hard when I took this picture when I pulled his coat apart. All I see is that other layer of undercoat that fuzz along the skin that gives him that extra cold weather protection. He's an Arctic primitive northern breed and so this is a very different thing. You can see it also in this chow client of mine I wear when I blow dried. </w:t>
        <w:br/>
      </w:r>
    </w:p>
    <w:p>
      <w:r>
        <w:rPr>
          <w:sz w:val="22"/>
        </w:rPr>
        <w:t xml:space="preserve">You know the Chow Chows have the blue black tongues, that's where their pigment is, that inner layer, that third layer of undercoat is also colored blue, black. And you will see it in when I use the high velocity dryer on this really nicely pigmented chow you can see the dark red outer guard hairs. They're longer, they're stronger, they're shinier, they're thicker, they're weather resistant. Then you have that insulating layer of light creamy colored undercoat and then you have down at the skin which you can't even see the high velocity dryer on the skin you've got the dark third layer of undercoat, the flat or feathered coats. </w:t>
        <w:br/>
      </w:r>
    </w:p>
    <w:p>
      <w:r>
        <w:rPr>
          <w:sz w:val="22"/>
        </w:rPr>
        <w:t xml:space="preserve">These are the breeds that have the short flatline backs and furnishings on the backs of their front legs and golden retrievers, setters and so on. You got your wire coats. Most of them are what we call a rough wire coat, which is the normal traditional wire coat, but there's a few that have lesser wire coats. The broken coat AKC calls it, which is essentially a short double coated dog or short coated dog with some wire on it. See a lot of mixed breeds that come into my shop this way. Question on all of our and then this is it for the fur type dogs. </w:t>
        <w:br/>
      </w:r>
    </w:p>
    <w:p>
      <w:r>
        <w:rPr>
          <w:sz w:val="22"/>
        </w:rPr>
        <w:t xml:space="preserve">One question about sanitary trims. Do you shave sanitary trims on fur type dogs? The Akita on the left and the Australian Shepherd in the middle? No, I do the pads at the feet but that's it. But the Australian Shepherd in the middle? That was before she got spayed. And when she became really old and got spayed on the right, that became the same dog. That's her when she was 11 as opposed to when she was 4 in that picture in the center. And she, her coat just exploded. And so definitely, yes, I definitely started giving her sanitary trims and trimming her skirt and her pantaloons and her leg furnishings and everything. </w:t>
        <w:br/>
      </w:r>
    </w:p>
    <w:p>
      <w:r>
        <w:rPr>
          <w:sz w:val="22"/>
        </w:rPr>
        <w:t xml:space="preserve">And if I had a Newfoundland, that was, you know. Swimming in my swimming pool every day, I would definitely do a lot more in the sanitary department as well. Ok hair coat types, Curly, WAVY, rustic, primitive. There's only two breeds, Lagotto and Spanish water, Dog. Long coats, Afghan Hound, Yorkie Shih Tzu, corded coats. Cording, remember, is just really a way of grooming. It is not a actual. Coat type itself, it's just a grooming coat type. You can cord a poodle. You can cord an Afghan hand in the lower right hand corner. </w:t>
        <w:br/>
      </w:r>
    </w:p>
    <w:p>
      <w:r>
        <w:rPr>
          <w:sz w:val="22"/>
        </w:rPr>
        <w:t xml:space="preserve">There you can see you can cord a Havanese, the traditional corded breeds on the top there, the pulley, the Commodore, that famous Commodore jumping over the jump picture. That's the most famous dog picture ever. And the upper right hand corner is a Burger Moscow, which has a kind of cording called flocks. Now in order to get that, you have to be a hair type dog has to be long it has to grow and grow and grow and grow. </w:t>
        <w:br/>
      </w:r>
    </w:p>
    <w:p>
      <w:r>
        <w:rPr>
          <w:sz w:val="22"/>
        </w:rPr>
        <w:t xml:space="preserve">So it's definitely only on hair type dogs that you can cord them, but you also want some wiriness and some undercoat in order to get it to do that matting that it does. So there are some court types, coat types that cord really well. Combination coats is my final category and that's a haircut type of dog, a dog that needs a haircut. But it's got some combination of other coat factors in it. So in the center you see a sheep, a doodle and you know, a regular golden doodle. But on the outside perimeter are all purebred ducks. </w:t>
        <w:br/>
      </w:r>
    </w:p>
    <w:p>
      <w:r>
        <w:rPr>
          <w:sz w:val="22"/>
        </w:rPr>
        <w:t xml:space="preserve">So the old English sheepdog, it has to get a haircut. It's also double coated. It's also got wiriness to it. So it is what we define as a combination coat. So is the Bouvier de Flanders in the lower right hand corner. Or the pummie in the lower left hand corner, which actually the pummie breed standard says 50 % soft, 50 % harsh and it also says 50 % curly, 50 % WAVY. </w:t>
        <w:br/>
      </w:r>
    </w:p>
    <w:p>
      <w:r>
        <w:rPr>
          <w:sz w:val="22"/>
        </w:rPr>
        <w:t xml:space="preserve">And it's a very unique code and if you've never petted A permie it's worth doing. They're really interesting. Or in the upper right hand corner, Perinian Shepherd which has different kinds of hair on different parts of its body. So it's wire coated in the front and corded on the back naturally. So it's very interesting what some of these combination coats can be. It's a great diversity of category. I teach whole workshops on that. Just remember that there is always a type function of the coat that is related to the purpose of the breed. So I put this chart together, which you are all welcome to use, which shows you how that you see most commonly the sporting group dogs have the flat coats. </w:t>
        <w:br/>
      </w:r>
    </w:p>
    <w:p>
      <w:r>
        <w:rPr>
          <w:sz w:val="22"/>
        </w:rPr>
        <w:t xml:space="preserve">The hound group dogs have the short smooth coats, the working group dogs and the hurting or the double coats, terriers or wire coat and so on. These are common coat types and they have a purpose. The flat or jacketed coat dominates the sporting group because it gives them protection in the grasses from the underneath, but it's also a short on top. Wash and wear a coat. They can leap in the water, leap out, shake it off and still have, you know, lay of coat. </w:t>
        <w:br/>
      </w:r>
    </w:p>
    <w:p>
      <w:r>
        <w:rPr>
          <w:sz w:val="22"/>
        </w:rPr>
        <w:t xml:space="preserve">Protecting them from the sun so it's a great functional coat. Smooth coats dominate the hound group because it's very aerodynamic. Double coats dominate the hurting and working group because it's a selfcare outdoor no matter your season, winter, spring, summer or fall. Water resistant, weather resistant sheds off in the summertime. Allows air flow to the skin. Protects in the winter time with more insulation. It's a genius coat for your outdoor dogs. Wire coats dominate the terrier group because they are protective. Harshly protective when they're going in holes in the ground. </w:t>
        <w:br/>
      </w:r>
    </w:p>
    <w:p>
      <w:r>
        <w:rPr>
          <w:sz w:val="22"/>
        </w:rPr>
        <w:t xml:space="preserve">After these vermin, long coats dominate the toy group, I think largely because it's just a lot of work to keep track to take care of a long coat. Doing an Afghan hand takes forever to groom, so keeping the long coat on a small dog is a good idea. Curly coats I believe were put into this non sporting group because poodles changed their function from hundreds of years ago where they were water retrievers and the French picked them up and turned them into art forms and beauty parlor things. The first salons and the first groomers demoiselles were in the French court. And so it became this art object. And so because poodles became more about beauty, poodles and bichons were put in the non sporting group, which is a sort of like all other purposes or functions group. </w:t>
        <w:br/>
      </w:r>
    </w:p>
    <w:p>
      <w:r>
        <w:rPr>
          <w:sz w:val="22"/>
        </w:rPr>
        <w:t xml:space="preserve">Why the corded coats on your corded coat breeds because it's like a coat of armor. Dogs that are out guarding the flocks of sheep can be attacked by wolves, and if a wolf grabs them they can't get down to their vital organs they can only get a mouthful of matted hair and they're also very weather resistant, so it's a really functional coat. One of the problems that you and I in grooming in the last 40 years are facing is because of the separation of fur and hair that has naturally taken place for thousands of years, deliberately being mixed genetically without any thought about it into the doodle craze. We have a lot more matting and a lot more to deal with. </w:t>
        <w:br/>
      </w:r>
    </w:p>
    <w:p>
      <w:r>
        <w:rPr>
          <w:sz w:val="22"/>
        </w:rPr>
        <w:t xml:space="preserve">And so when you cross fur and hair, you end up with something that needs to shed, but that it won't let it shed. And so it just mats. And there's my daughter Amanda again. This is unfortunately what we have to do sometimes, because it's. And then we tell them that they have to keep them out of the sun until they get about an inch of hair back. This is really sad. The man that accidentally invented the doodle. And it was an accident. He was a service dog trainer trying to help a woman who was blind and he was training a service dog. </w:t>
        <w:br/>
      </w:r>
    </w:p>
    <w:p>
      <w:r>
        <w:rPr>
          <w:sz w:val="22"/>
        </w:rPr>
        <w:t xml:space="preserve">But the husband was highly allergic so he crossed some of his labs and goldens that were really good to a poodle and he called it the doodle and it started the craze. And then he came out in 2014 and said, boy did I screw up because we really do have a lot of work to do with these dogs. So fur and hair were never meant to be crossed. Ok so. I'm wrapping it up now. I'm willing to take. I don't know if what Mary has to say about any questions that might occur now, but i want to just close by saying that all doctors have to take a Hippocratic Oath to do no harm. </w:t>
        <w:br/>
      </w:r>
    </w:p>
    <w:p>
      <w:r>
        <w:rPr>
          <w:sz w:val="22"/>
        </w:rPr>
        <w:t xml:space="preserve">And I believe that groomers should take the same oath. We should swear that if we're going to do grooming on live animals with sharp tools, that we should know enough of what we're doing to know that we don't shave fur. And that we give hair type dogs enough protection to keep them safe from sunlight. So about an inch of hair and so you can cut hair type dogs. You can't cut fur type dogs. </w:t>
        <w:br/>
      </w:r>
    </w:p>
    <w:p>
      <w:r>
        <w:rPr>
          <w:sz w:val="22"/>
        </w:rPr>
        <w:t xml:space="preserve">You can deshed them. That is the that's the whole thing in a nutshell. Thanks for all that you do for the dogs and don't forget to join the Facebook group for discussion in the in the life summit. Ok Chad Mary. Ok So we'll give it a couple of minutes for questions. The first workshop, the Feline Fickle is up on the website, including the transcript. </w:t>
        <w:br/>
      </w:r>
    </w:p>
    <w:p>
      <w:r>
        <w:rPr>
          <w:sz w:val="22"/>
        </w:rPr>
        <w:t xml:space="preserve">So it's nice. It's nice to win technology cooperates. So if anyone has a question, like I said, we'll give it a minute. We will be back. It is at the half hour right now, so we'll be back at the top of the hour. With Michelle Knowles thanks i see a couple of nice comments from everybody. Thank you guys so much. Groomers guide on Facebook. I hope to talk to you there. And then also at the live, the live discussion that we'll have in a couple of weeks that Mary will arrange. </w:t>
        <w:br/>
      </w:r>
    </w:p>
    <w:p>
      <w:r>
        <w:rPr>
          <w:sz w:val="22"/>
        </w:rPr>
        <w:t xml:space="preserve">Thank you Mary Okay doc. Like I said, I just want to make sure we give enough people time to watch the recordings and then I will coordinate a date for all the speakers who can be there to answer questions. Oh, yes. I see one of our Tacoma classmates that was stuck having to take a two hour 15 coat tax class. Yeah, that's a lot too short okay so I think we'll wrap it up and give people a chance to go run and grab some lunch and we'll be back in a half. </w:t>
        <w:br/>
      </w:r>
    </w:p>
    <w:p>
      <w:r>
        <w:rPr>
          <w:sz w:val="22"/>
        </w:rPr>
        <w:t xml:space="preserve">Hour, thank you Mary. Thank you, everybody.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