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Hair Structure Science</w:t>
      </w:r>
    </w:p>
    <w:p>
      <w:r>
        <w:rPr>
          <w:sz w:val="22"/>
        </w:rPr>
        <w:t xml:space="preserve">OK Welcome to the next session of the Positive Educational Training Skin and Coat Summit. So Chris has two workshops here. Chris Pearson, thank you for coming. Thank you for having me. They do the same thing we did yesterday with Michelle. She's going to go through the first presentation. We're going to stop the recording and then we're going to start it up again. So I have two separate recordings for this. </w:t>
        <w:br/>
      </w:r>
    </w:p>
    <w:p>
      <w:r>
        <w:rPr>
          <w:sz w:val="22"/>
        </w:rPr>
        <w:t xml:space="preserve">Ok it is a recording. Christine's wifi is still a little on the iffy side, but what she will do is she will answer questions as we go along in the chat. So if you have a question, put it right into the chat as you have it and Christine will answer that. So with that said, let me get started on this. Hey, everybody right in today's class, we're going to be talking about shampoos and conditioners. This is just going to lay some of the groundwork to understand the formulations better and what type of shampoo or conditioner to reach for and when and why. </w:t>
        <w:br/>
      </w:r>
    </w:p>
    <w:p>
      <w:r>
        <w:rPr>
          <w:sz w:val="22"/>
        </w:rPr>
        <w:t xml:space="preserve">So in the beginning, there was pretty much just shampoo and not very many things to choose from either. But in the last handful of years, the grooming industry has experienced an explosion of new tropical products. Along with this growth has come a lot of claims and marketing designed to make a product stand out from the crowd or to somehow translate into a new groundbreaking discovery. Yet with all these developments, still only a small percentage of groomers and educators seek to learn more about what's really in the bottle. Only a small amount of groomers know that if we owned a magic wand at all in this business, it would not be forged from elbow grease or good old hard. </w:t>
        <w:br/>
      </w:r>
    </w:p>
    <w:p>
      <w:r>
        <w:rPr>
          <w:sz w:val="22"/>
        </w:rPr>
        <w:t xml:space="preserve">Hard work. It would be born in a bottle and crafted in chemistry. This class that I'm doing today is here to help you try to understand a little bit more about our liquid tools work when to reach for certain things and why. So naturally untreated hair has a strong negative surface charge. So there's an electromagnetic charge present on the surface of all things hair skin. And it's complex. Fibrous keratin makeup of the hair is stronger when it's dry but weak when it's wet, so it has a low tensile strength when hair is soaking wet. Damp hair is a good mix of both attributes because the bonds of the hair are in a better place of tensile strength with concern to tugging, yet the hair shaft is still more manageable to the due to the absence of dirt. </w:t>
        <w:br/>
      </w:r>
    </w:p>
    <w:p>
      <w:r>
        <w:rPr>
          <w:sz w:val="22"/>
        </w:rPr>
        <w:t xml:space="preserve">In the presence of water and those conditioning agents that are found in our topicals, your shampoo has a negative charge and contains anionic surfactants. So there's different types of ionic bonds, Anionic, cationic, sweater, ionic, different types of anionic bonds in your shampoo. These happen to contain anionic surfactants. Cleansers use these forces to attract to one another as a way to adhere to the dirt. Both on the hair and the skin through my cellar bonds that form. </w:t>
        <w:br/>
      </w:r>
    </w:p>
    <w:p>
      <w:r>
        <w:rPr>
          <w:sz w:val="22"/>
        </w:rPr>
        <w:t xml:space="preserve">So these my cellar bonds have hydrophilic and hydrophobic attributes to them. That meaning that a part of them likes water in a part of them doesn't like water. So the non water liking portion of your micelle is what attracts to and holds on to the dirt and oil your water loving hydrophilic portion of your micelle. Is what gets along with the water and helps the encompass or encapsulated oil based dirt held within the center of the my seller bond to be moved around through the water and held onto until the rinsing process so that it doesn't redeposit somewhere on the skin or hair coat. </w:t>
        <w:br/>
      </w:r>
    </w:p>
    <w:p>
      <w:r>
        <w:rPr>
          <w:sz w:val="22"/>
        </w:rPr>
        <w:t xml:space="preserve">So that's how the cleansing works. These bonds will hold that dirt suspended in the water and then during the rinse that's when the actual cleansing takes place. So that's pretty interesting, But a lot of people think, you know that all of the cleaning is actually happening during the lathering and the scrubbing portion. And what's really happening there is the mechanical, my seller bonds are being formed as the surfactant and water and air all moves through the coat. It grabs on to the oil based dirt, dead skin, see them all of those things, the environmental pathogens that are present in the hair coat and it holds on to all of that. </w:t>
        <w:br/>
      </w:r>
    </w:p>
    <w:p>
      <w:r>
        <w:rPr>
          <w:sz w:val="22"/>
        </w:rPr>
        <w:t xml:space="preserve">And then the actual cleaning is done when the water is introduced during the rinsing process because the water is used as a vehicle to rinse everything up and off of the hair coat in the skin. So we talked about the negative service charge within hair has different types of bonds in it that are naturally occurring for its Physiology and chemistry. There's disulfide bonds and those can be damaged by bleach and chemical treatments, those you hear more talked about in human hair cosmetics. </w:t>
        <w:br/>
      </w:r>
    </w:p>
    <w:p>
      <w:r>
        <w:rPr>
          <w:sz w:val="22"/>
        </w:rPr>
        <w:t xml:space="preserve">And then there's salt bonds. And the salt bonds are actually damaged by a sudden PH imbalance. So say you have on your hair. Partly damaged or dried out hair cuticle and it's already kind of struggling to stay smooth. Keep the hair moist at its center or pliable at its center if you will. The salt bonds that are still remaining in that hair shaft cuticle or in the hair shaft itself can be damaged by a sudden PH imbalance. So too high or too low of an average PH to where your or the dog's hair naturally skin naturally sit. </w:t>
        <w:br/>
      </w:r>
    </w:p>
    <w:p>
      <w:r>
        <w:rPr>
          <w:sz w:val="22"/>
        </w:rPr>
        <w:t xml:space="preserve">Can cause those salt bonds to be broken down and then you'll get over drying, lifting of the cuticle and just overall pour tensile strength of the hair from there on out. And we need to remember that the longer the hair grows from the skin to the tip, it becomes more dry the closer you get to the tip. That's where you're wear and tear and just general the CMC or the cuticle membrane complex of the hair shaft. </w:t>
        <w:br/>
      </w:r>
    </w:p>
    <w:p>
      <w:r>
        <w:rPr>
          <w:sz w:val="22"/>
        </w:rPr>
        <w:t xml:space="preserve">Tends to erode the longer it gets from or the farther it gets from the skin, and that's just part of the natural process of the aging and the hair shaft. So during washing and drying, especially if we're using a harsh surfactant or heat during the drying process, we can over leave. Damage the hair shaft cuticle. And if the hair shaft cuticle is damaged enough, we can actually begin to affect the cortical fibrils or the cortex of the hair itself, the deeper portion of the hair. And once that happens, that's when hair swelling, hydrophobic or hydrophilic fatigue or hydro fatigue can happen to the hair where it's so damaged all the way through the depth of the hair shaft itself that it takes on so much water that it swells and can actually bubble up. </w:t>
        <w:br/>
      </w:r>
    </w:p>
    <w:p>
      <w:r>
        <w:rPr>
          <w:sz w:val="22"/>
        </w:rPr>
        <w:t xml:space="preserve">If you look at it at it under a microscope, it actually creates like these bubbles in between all the little elongated keratin fibers and the hair is basically ruined at that point. It can it will dry out and shrink back a little bit, but typically that's where you start to see split ends. It's more easy to tangle on another hair alongside of it, so it's best to just get hair that's that damaged off so that the new emerging hair for coming up from the hair cuticle or the hair follicle, excuse me, can actually take its place. There's also hydrogen bonds and what we mentioned before, hydrogen bonds can be damaged by excess moisture like we just talked about with hydro fatigue or heat. </w:t>
        <w:br/>
      </w:r>
    </w:p>
    <w:p>
      <w:r>
        <w:rPr>
          <w:sz w:val="22"/>
        </w:rPr>
        <w:t xml:space="preserve">And the hydrogen bonds actually break down or separate if you will, during the presence, when it's in the presence of water. So when a hair is saturated wet, it's actually very manageable. It's very bendy, if you will, it's it has a lot of manageability to it, but it's actually at its weakest tensile strength, so it can stretch. And partially break without us even realizing it. If you look at a hair that's had this happen to it under a microscope, you'll see these long little sections within the hair where it almost looks kinked. </w:t>
        <w:br/>
      </w:r>
    </w:p>
    <w:p>
      <w:r>
        <w:rPr>
          <w:sz w:val="22"/>
        </w:rPr>
        <w:t xml:space="preserve">Like if you take ribbon and you're curling ribbon. If you look at under a microscope, the hair will be fine. And then all of a sudden there's wherever there was a break in the cuticle and too much moisture got in and it was pulled on from tip to tip or from follicle to tip. That's the first area where you'll start to see kinking and ribboning of the hair shaft as a whole. And that once that happens again, the hair is completely compromised in those areas and it's just going to be a nuisance. </w:t>
        <w:br/>
      </w:r>
    </w:p>
    <w:p>
      <w:r>
        <w:rPr>
          <w:sz w:val="22"/>
        </w:rPr>
        <w:t xml:space="preserve">So it's best to get those hairs that are damaged to that point off as well. And then in the other slide we have there, you see what is hair, porosity okay. And that's important to us because we need to understand that certain types of hair have a greater porosity so when hair is highly porous it doesn't have the ability to let in a lot of moisture. If it lets in any moisture it tends to swell and then that can leave it very frizzy or tangled. Easy to tangle on itself. When a hair has low porosity then that means that the hair cuticles tightly closed and pretty much smooth. </w:t>
        <w:br/>
      </w:r>
    </w:p>
    <w:p>
      <w:r>
        <w:rPr>
          <w:sz w:val="22"/>
        </w:rPr>
        <w:t xml:space="preserve">There's different types of hair, they have cuticles. Dogs typically have an inbricate. Hairs have cuticles, so it looks like the plaques of a tortoises shell if you will. They lay flat, they're kind of overlapping and pretty much smooth. When they're completely healthy and well moisturized, those hairs are typically shinier. You get within each hair there's an optical lens that lays underneath. The hair shaft cuticle and underneath the well, within the cortex, beneath the cortical fibrils of the hair, so it lays more right along the medulla of the hair, and the medulla of each hair is where all the pigment resides. </w:t>
        <w:br/>
      </w:r>
    </w:p>
    <w:p>
      <w:r>
        <w:rPr>
          <w:sz w:val="22"/>
        </w:rPr>
        <w:t xml:space="preserve">That's what gives the hair its color. So if you have a nice sealed cuticle, that's when you get nice shiny deep color from a hair. So if you're seeing frizzy, lackluster kind of. Not shiny looking hair that typically can be from a raised cuticle or hair that's very porous because it doesn't reflect the light off of the pigment that resides at the center of the hair which is picked up by our eye. So it's optical lens is basically compromised and it doesn't reflect the pigment properly. A good sealed hair shaft cuticle also helps to repel a lot of moisture from getting too deeply into the hair shaft itself. And the CMC the cuticle numbering complex, is kind of like the glue that holds all those cuticles nice and tight and smooth, and it fills in the gaps between the cuticles as well as the sea bum that's always present on the individual hair shaft. </w:t>
        <w:br/>
      </w:r>
    </w:p>
    <w:p>
      <w:r>
        <w:rPr>
          <w:sz w:val="22"/>
        </w:rPr>
        <w:t xml:space="preserve">Ok so shampoos work very similarly from one hair coat type to the next. Depending on their formulation, shampoos may contain certain depository ingredients. But by and large, their primary function and formulation purpose is to cleanse dirt and oil, and to change that electrostatic charge on the hair. Our shampoos must tackle the varying amounts of coat dirt, and they must cleanse well no matter what we're putting them on, no matter how much dead hair and coat dirt there is present when we're applying the shampoo. This fact is one of the limitations that shampoos face and the reason why more and more companies are working on sophisticated formulas. They can deliver some amount of substantive ingredient or depository ingredients. </w:t>
        <w:br/>
      </w:r>
    </w:p>
    <w:p>
      <w:r>
        <w:rPr>
          <w:sz w:val="22"/>
        </w:rPr>
        <w:t xml:space="preserve">So an ingredient that can fold and coat the hair shaft cuticle pulled onto it during the cleansing step of the bath. So this consideration is in hopes that we will not overly strip the beneficial skin oil or sea bum when washing. And so that the moisture return and hair restructuring aspects of supportive hair care is not left solely on the shoulders of the conditioner. So the conditioner and the shampoo, the shampoo's sole purpose is to remove the excess dirt and oil from the hair coat. </w:t>
        <w:br/>
      </w:r>
    </w:p>
    <w:p>
      <w:r>
        <w:rPr>
          <w:sz w:val="22"/>
        </w:rPr>
        <w:t xml:space="preserve">And then the conditioner obviously works alongside the shampoo towards the electrostatic charge and PH balancing of the coat, but also to spread that. In moisture return across the mantle of the skin and in each individual hair shaft. Conditioners are much more nuanced and how they affect different types of hair. The reason for this is both that they use a cationic conditioning agent so different from your shampoo which is anionic, they use a cationic conditioning agent and depository ingredients within the formula. And they use water to help those ingredients to attach to the hair shaft and the skin surface instead of a surfactant that uses water as a vehicle just to lift everything up and off of the hair and skin, Okay. </w:t>
        <w:br/>
      </w:r>
    </w:p>
    <w:p>
      <w:r>
        <w:rPr>
          <w:sz w:val="22"/>
        </w:rPr>
        <w:t xml:space="preserve">So they're two very different aspects of the bathing procedure, but very necessary, right? Like we need to get all the dirt and excess oil and dead hair loosened up and out of the hair coat and off of the skin. But it is very important to give some moisture replacement and some type of substantiative or depository moisture ingredient back to the hair coat once we have removed the oil so that we don't tend to make that hair or that skin, excuse me, want to sweep into a hyper production of oil. So there's different types of shampoos. </w:t>
        <w:br/>
      </w:r>
    </w:p>
    <w:p>
      <w:r>
        <w:rPr>
          <w:sz w:val="22"/>
        </w:rPr>
        <w:t xml:space="preserve">On the slide you'll see the little my seller bond that has formed. They're pretty irregularly formed and you'll see them very oversimplified. In the some of the charts online you'll find the little kind of sperm looking my seller hydrophilic and hydrophobic. Parts of each individual micellar bond that will surround the oil and the hydrophobic head is what is attracted to the oil based stirred in the hydrophilic pale is what's attracted to the water and that helps them hold onto that dirt and move through the water if you will. </w:t>
        <w:br/>
      </w:r>
    </w:p>
    <w:p>
      <w:r>
        <w:rPr>
          <w:sz w:val="22"/>
        </w:rPr>
        <w:t xml:space="preserve">But in reality, under microscope, the micellar bonds are actually aggregate they're all different shapes and then again depending on the type of. Ionic bond they can be a different shape as well. So this is just a more. This is just a like a computer I guess a computer generated model of a mic seller Bond Okay. So anyway, the types of shampoos there's gentle or everyday cleanser okay. These can be used on any coat type and they can be used as a go to formula to remove coat dirt without over overly stripping that Cebu more oil. They're gentle enough for face washing. I personally do not use a separate face wash for any of my dogs that come into the salon. </w:t>
        <w:br/>
      </w:r>
    </w:p>
    <w:p>
      <w:r>
        <w:rPr>
          <w:sz w:val="22"/>
        </w:rPr>
        <w:t xml:space="preserve">I don't use anything that's heavily scented personally and that's a personal choice. It's fine if you do, but I don't use anything heavily scented around the dog's face. Because I don't want them to have to breathe that in considering about sensitive their olfactory system is, I don't want them to have to deal with that, you know, for a few hours to a few days postgrooming. I just use my regular go to formula on the face. </w:t>
        <w:br/>
      </w:r>
    </w:p>
    <w:p>
      <w:r>
        <w:rPr>
          <w:sz w:val="22"/>
        </w:rPr>
        <w:t xml:space="preserve">Something that breaks up oil well, something that helps to soften my debris so that I can get that off of there effectively and clean well around the mouth Okay. And you've got moisturizing or texturizing. So these contain some humectant type ingredient or an additive ingredient that still adequately cleanses while binding with or depositing a small amount of some type of protein or other substantiative ingredient through the hair shaft. So moisturizing is returning moisture, right, But texturizing is usually comprised with some type of a polymer or coating ING ingredient. </w:t>
        <w:br/>
      </w:r>
    </w:p>
    <w:p>
      <w:r>
        <w:rPr>
          <w:sz w:val="22"/>
        </w:rPr>
        <w:t xml:space="preserve">Silicone derivative something of that type to help smooth the hair shaft to provide texture and manageability at the same time. Okay, you also got your clarifying shampoo. These contain a more hard surfactant formulation that strip away oil and coat buildup from topicals such as like collagen or keratin treatments chalks or spray or heavy environmental you're especially like during when they're you're applying like a medicated ear oil. That's another time when you'd want to use a good clarifying shampoo in that area. I don't recommend personally watching a dog in a degreaser all over. Sometimes you do find yourself needing to walk with a clarifying shampoo to remove excess dirt if the dog doesn't come in any very often, or if it's a dog that's kept in full coat and it has some type of topical product. </w:t>
        <w:br/>
      </w:r>
    </w:p>
    <w:p>
      <w:r>
        <w:rPr>
          <w:sz w:val="22"/>
        </w:rPr>
        <w:t xml:space="preserve">Like we said, Chalks Hairspray college intercherritin treatments to help. During you know when you're presenting the dog for the ring, so you want to these dogs that are kept in full coat. You know, people who don't understand or don't have the experience of keeping a dog in full show coat, your poodles that have that long beautiful hair. Those dogs are, you know, hair sprayed up. </w:t>
        <w:br/>
      </w:r>
    </w:p>
    <w:p>
      <w:r>
        <w:rPr>
          <w:sz w:val="22"/>
        </w:rPr>
        <w:t xml:space="preserve">They get collagen, keratin treatments to help with texture and bonding of the hair so that you get as much body and as much amplification as possible. But then those coats have to be broken down, They're washed off, everything's washed away, They're conditioned with a very good conditioner, and then they're dried, and then they're wrapped and then they're banded to keep that really long hair safe and protected. </w:t>
        <w:br/>
      </w:r>
    </w:p>
    <w:p>
      <w:r>
        <w:rPr>
          <w:sz w:val="22"/>
        </w:rPr>
        <w:t xml:space="preserve">So the idea behind washing a dog that comes in, you know, every four weeks as a pet. And is kept in an inch or less of coat in a clarifying shampoo is probably not necessarily a good idea. You may find yourself wanting to reach for a clarifying shampoo. If they come in, you know they've gotten into something, then I'd say that's fine to wash a whole dog and clarifying shampoo. But if you're not dealing with, if you're dealing with a pet groom on a dog that comes in, you know, every eight, 1012 weeks, there's really not a lot of reason to reach for a degreaser. And it would be a case by case basis as to whether or not the dog would need to be washed in a full all over clarifying shampoo. </w:t>
        <w:br/>
      </w:r>
    </w:p>
    <w:p>
      <w:r>
        <w:rPr>
          <w:sz w:val="22"/>
        </w:rPr>
        <w:t xml:space="preserve">And if you do wash in a degreaser or clarifying shampoo for whatever reason and you just want to make sure that you put moisture back into the skin, onto the skin and coat before you consider that dog done with its bathing process. We want to always put back whatever we remove to as close a balance as possible the more intrusive we are with our cleansing methods. And our stripping methods of the skin and hair coat of C bum, the more that dog system is going to be flagged to hyper produce or to catch back up which can exacerbate and cause like a cascade effective secondary symptom. So we don't want to be too invasive. </w:t>
        <w:br/>
      </w:r>
    </w:p>
    <w:p>
      <w:r>
        <w:rPr>
          <w:sz w:val="22"/>
        </w:rPr>
        <w:t xml:space="preserve">And then you also have medicated or active formulation shampoos those contain a surfactant along with an active ingredient to address skin or microbiome needs. These shampoos can be medicinal or an antimicrobial formula, and the reason these are important to be mentioned is because we do want to, you know, if we're dealing with skin and coat symptoms, we do want to address the symptoms that we see at hand. But we do want to remember that the dog's greatest defense against skin and hair coat issue is having an a healthy and balanced microbiome. The microbiome lives within. The sebum layer. The mantle of the skin, which is basically the skin's cutaneous immune system. It's this tiny little microscopic universe that contains bacteria and yeast and mites that all just naturally live there in harmonious balance, as long as the dog doesn't come into contact with anything too invasive or have any type of invasive procedure done upon us. </w:t>
        <w:br/>
      </w:r>
    </w:p>
    <w:p>
      <w:r>
        <w:rPr>
          <w:sz w:val="22"/>
        </w:rPr>
        <w:t xml:space="preserve">Getting coke. You can see problems with microbiome balance also if the dog is on vacation, undergoes some type of a medical procedure, or if the dog has some type of a systemic malise that's causing an imbalance in the bacteria and yeast counts on the skin or mite counts. But typically you are medicated or active. Ingredient formulations are the ones that are given to a dog to address a specific symptoms. You wouldn't want to just reach for those as a go to on the daily in the salon. </w:t>
        <w:br/>
      </w:r>
    </w:p>
    <w:p>
      <w:r>
        <w:rPr>
          <w:sz w:val="22"/>
        </w:rPr>
        <w:t xml:space="preserve">The biggest reason is you want to remember that when you're using a medicated shampoo or I shouldn't even say medicated an antimicrobial shampoo. So an antibacterial antifungal shampoo. Those take all the good along with the bad. They're indiscriminate and what they take off of the skin and hair coat. So if you take off and you do that on a regular basis, say that dog is coming in every two to four weeks, you're stripping all the good stuff that has proliferated on the skin and needs to be there to reach that homeostasis or that balance on the skin surface along with the stuff that was overabundant. </w:t>
        <w:br/>
      </w:r>
    </w:p>
    <w:p>
      <w:r>
        <w:rPr>
          <w:sz w:val="22"/>
        </w:rPr>
        <w:t xml:space="preserve">So you have to be careful with how often you use your antimicrobial formulas unless you're specifically dealing with some type of skin and hair coat symptom and the medicated shampoos as well. If we all know that, a lot of times you'll end up working with a dog that has skin and coat issues and they'll you'll see these cycles of medicated shampoo, antibiotics and steroids over and over again. So us as you know, groomers who are caring for the skin and hair coat. </w:t>
        <w:br/>
      </w:r>
    </w:p>
    <w:p>
      <w:r>
        <w:rPr>
          <w:sz w:val="22"/>
        </w:rPr>
        <w:t xml:space="preserve">That's basically our palette or our, that's what we're applying our artistry to. So we want to try to keep that as healthy as possible so that we can put out a good groom and feel like we're you know overall benefiting the health and wellbeing of the pet that we're seeing. So we don't want to use anything too invasive or repeated cycles of. Products that are not mindfully applied, right. So if you have a dog that's coming in with those cycles of topical products that you see being applied to them on a regular basis, obviously we don't want to disregard veterinarian advice. </w:t>
        <w:br/>
      </w:r>
    </w:p>
    <w:p>
      <w:r>
        <w:rPr>
          <w:sz w:val="22"/>
        </w:rPr>
        <w:t xml:space="preserve">But you do want to spend some time at that point in time talking to the owner about why those things are being prescribed and what symptoms that they're seeing specifically, so that you have a heads up as to what you need to look for. And then maybe, you know, you can choose your products on the fly. I always keep an antimicrobial antifungal or antibacterial antifungal shampoo on hand just because of the dog comes in with inflammation or some type of proliferation going on that I need to address. </w:t>
        <w:br/>
      </w:r>
    </w:p>
    <w:p>
      <w:r>
        <w:rPr>
          <w:sz w:val="22"/>
        </w:rPr>
        <w:t xml:space="preserve">I can do that first, but then I'm always going and doing a second bathing process with some type of protein enriched or moisturizing shampoo as a follow up. I'm never just watching my dog in a medicated shampoo and then can and then drying it. And it's also really important that if you're applying A medicated shampoo because a lot of those are drying, that's part of depending on the formulation, depending on what's in there. That's part of the way those medicated shampoos work is to keep to dry the skin out in certain instances. So you want to make sure that you're putting at least some depository ingredients, some type of moisture back with it. </w:t>
        <w:br/>
      </w:r>
    </w:p>
    <w:p>
      <w:r>
        <w:rPr>
          <w:sz w:val="22"/>
        </w:rPr>
        <w:t xml:space="preserve">A conditioning process as a final step, very important, even though still to this day, very few medicated shampoos that are scripted from a vet clinic have a conditioner that's a Co conditioner that works alongside of it. So okay. So in a shampoo, shampoos are kind of, you know, they're some of them are more sophistically formulated, but there's still kind of these hallmark ingredients that you'll see within pretty much every formulation. And just like when we were reading food labels, the 1st 5 seven ingredients are the meat and potatoes. </w:t>
        <w:br/>
      </w:r>
    </w:p>
    <w:p>
      <w:r>
        <w:rPr>
          <w:sz w:val="22"/>
        </w:rPr>
        <w:t xml:space="preserve">The engine that drives the cleanser, the bulk of the formulation itself Okay. So in the first if you if you have a product that you're using that gives full ingredients disclosure which remember in our industry that's not required. Anyone who manufacturers a PET specific formulation does not have to list all of the ingredients. And if they do list the ingredients, they do not have to list them in order of greatest to least like is what is required to say on a food label okay. So just remember that when you're reading labels you do have to spend some time kind of getting comfortable with what certain ingredients are and where they fall on the ingredients disclosure or the ingredients deck that they are willing to share with you as a consumer if you see certain things like. </w:t>
        <w:br/>
      </w:r>
    </w:p>
    <w:p>
      <w:r>
        <w:rPr>
          <w:sz w:val="22"/>
        </w:rPr>
        <w:t xml:space="preserve">You know, fragrance signatures and things like that. At the beginning of an ingredients list, you can automatically assume that it's not a complete ingredients list. And I know you know you're taking my you're being mindful of it, but you're not sticking to it 100 % as far as if there is some type of contraindication or some type of an adverse reaction with you or the pet. You need to know at that point in time that there may not be everything disclosed within that formulation itself on the ingredients okay. </w:t>
        <w:br/>
      </w:r>
    </w:p>
    <w:p>
      <w:r>
        <w:rPr>
          <w:sz w:val="22"/>
        </w:rPr>
        <w:t xml:space="preserve">So every full ingredients list or ingredients deck should start with water okay and then it should usually end with your preservative formulation, your fragrance or your colorant okay. So if you don't have those things at the beginning and the end of your ingredients list, there's probably some things listed out of order in order to highlight those ingredients or you can assume that it's just not in a complete, it's kind of like a, we call it a highlights reel, OK So with any liquid topical, a certain percentage of your formulation will be dedicated to making the product alluring and user friendly and then to also maintain its shelf life, right. </w:t>
        <w:br/>
      </w:r>
    </w:p>
    <w:p>
      <w:r>
        <w:rPr>
          <w:sz w:val="22"/>
        </w:rPr>
        <w:t xml:space="preserve">The water makes it feel luxurious. That's what gets it the right viscosity for our hands and for the user to use it. The thickeners keep the product viscous, okay, and then all of those ingredients are in there not just for functionality but in varying degrees. In order to appeal to the user. You're also going to have an emulsifier in your cleansing formulation. Because oil and water do not commingle well, you're going to need an emulsifier that keeps both your oil based and water based ingredients suspended evenly within the formulation so they don't separate. So if you ever have a shampoo or even a conditioner that well, let's let's just stick with shampoo for now. </w:t>
        <w:br/>
      </w:r>
    </w:p>
    <w:p>
      <w:r>
        <w:rPr>
          <w:sz w:val="22"/>
        </w:rPr>
        <w:t xml:space="preserve">If you ever have a shampoo and you're able to see it through the bottle and you see that it's divided itself into layers, you can assume that your emulsifier has failed. So at that point in time, if you have a compromise the multifier, you can choose to either throw the product out or mix it with each usage because certain in certain formulations do have an encapsulated type of depository ingredients and that sometimes because of its weight. </w:t>
        <w:br/>
      </w:r>
    </w:p>
    <w:p>
      <w:r>
        <w:rPr>
          <w:sz w:val="22"/>
        </w:rPr>
        <w:t xml:space="preserve">Will go deeper within the formulation when it starts to separate and you need to every time fake that formula or that dog of shampoo, right. And usually on your manufacturer's usage guidelines it will say on there shake well with each application and that's because they know that there is depository ingredients or quemectin or emollient ingredients that. They are a little bit different in their weight or their viscosity and they tend to separate within the formula, so you want to give it a really good shake in order to get everything commingled and mixed back up. You'll also see proprietary depository ingredients. So proprietary just means that it's a secret formula if you will. </w:t>
        <w:br/>
      </w:r>
    </w:p>
    <w:p>
      <w:r>
        <w:rPr>
          <w:sz w:val="22"/>
        </w:rPr>
        <w:t xml:space="preserve">These ingredients should either be encapsulated or of a small enough molecular size to truly benefit the skin if they're being sold as such. Ok if they're not the most common depository ingredients of amino acid proteins, oils, or a silicone derivative are best suited as substantive additions. It means that they cling to the surface of the hair, shaft, cuticle and provide a smoother surface. These ingredients also can have some lasting effect to alter the skin PH to a more acidic level, and that can keep secondary bacteria and heat proliferation at Bay for some time. </w:t>
        <w:br/>
      </w:r>
    </w:p>
    <w:p>
      <w:r>
        <w:rPr>
          <w:sz w:val="22"/>
        </w:rPr>
        <w:t xml:space="preserve">Ok So the takeaway from this and just remember that depository ingredients or beneficial additive ingredients sometimes are highlighted and that's really all you'll get on an ingredients label when you read it. Is all of these highlights real ingredients and they are may they may be considerable in proportion to everything that's in there to where they're truly benefiting the skinny hair coat or they could actually be just a tiny little. </w:t>
        <w:br/>
      </w:r>
    </w:p>
    <w:p>
      <w:r>
        <w:rPr>
          <w:sz w:val="22"/>
        </w:rPr>
        <w:t xml:space="preserve">What do we say Pixie dust level of the ingredient where it's actually not really able to be truly beneficial to the skin here coat as it's marketed And again because we don't know for sure if it's a complete ingredients list that is disclosed to us from greatest to least if those things are in there and truly beneficial amount. So again through you know the process of time and usage you begin to develop with trying out different products. </w:t>
        <w:br/>
      </w:r>
    </w:p>
    <w:p>
      <w:r>
        <w:rPr>
          <w:sz w:val="22"/>
        </w:rPr>
        <w:t xml:space="preserve">You begin to kind of lay the brickwork for what to reach for and why you would reach for those things. When I'm kind of what I'm considering or going moving into a new product line and I try new product lines all the time, I will buy you know. Usually one of each of their formulations of cleanser and their conditioners. And if they have a what do you call it a complementing coat spray as well. I'll try those and I'll try them on different hair coat pipes within my water chemistry, right? Because water chemistry can change or alter. How a topical product works for you specifically in your salon. I'll try those things until the product is completely gone, and by the time I'm done using, you know what an 8 ounce or 16 ounce bottle of, or even a full 1 gallon jug of a product, I've got a pretty good idea what it works best for, and a good idea of what's in it for why I would want to reach for. </w:t>
        <w:br/>
      </w:r>
    </w:p>
    <w:p>
      <w:r>
        <w:rPr>
          <w:sz w:val="22"/>
        </w:rPr>
        <w:t xml:space="preserve">You know that certain product for that certain skin or coat type, right. So the proprietary depository ingredients, even if they're not all listed, you still can get a pretty good feel for what a product does on a certain type of air by the time you're you've used the bottle of it. And that's why that's part of the reason why I try you know so many different things when they're coming out on the market is to see what type of. Sophisticated formulation changes have happened since you know within the next, the last year if you will. </w:t>
        <w:br/>
      </w:r>
    </w:p>
    <w:p>
      <w:r>
        <w:rPr>
          <w:sz w:val="22"/>
        </w:rPr>
        <w:t xml:space="preserve">They're really past a certain point. You can't reinvent the wheel. Your cleansers need to work a certain way, your depository ingredients need to work a certain way, and a lot of the trending or hot button ingredients. Are just trending, you know, because they happen to be the current fad thing. It doesn't mean that they're actually able to do a whole lot of different hair for the skin or hair coat when compared to other traditional or less sophisticated formula. So you just have to keep that in mind. You buy new stuff always, you know, diversifying brands because you want to be able to reach for a certain type of formulation and not be pigeonholed into a single brand. </w:t>
        <w:br/>
      </w:r>
    </w:p>
    <w:p>
      <w:r>
        <w:rPr>
          <w:sz w:val="22"/>
        </w:rPr>
        <w:t xml:space="preserve">Because if you're out of that brand, then you don't really know what to reach for or why, right? Okay so this slide, how protein helps so new hair grows in. It is structurally sound and intact of its cuticle. Through combing, styling or excessive heat usage of the hair, fiber can get damaged and lose its strength okay so even with frequent washes, moistures lost from that type of hair very quickly and a strand is more likely to break. Oils will slow down the evaporation. Okay on the hair, the hair surface, or superficially within the hair structure itself, but moisture is still lost and the hair is still left feeling weak reading with a protein. </w:t>
        <w:br/>
      </w:r>
    </w:p>
    <w:p>
      <w:r>
        <w:rPr>
          <w:sz w:val="22"/>
        </w:rPr>
        <w:t xml:space="preserve">Improves the structure of the hair, and it helps to keep less moisture from being lost, leaving the hair feel softer. So your proteins not only in sophisticated formulas are they processed with a small enough molecular weight that they actually do deposit evenly, but there what's substantiative enough to hold on for anywhere from a few hours to a few days based on wear and tear of the hair? Before they wear off okay so you get a little bit better substantivity with your proteins or with a silicone derivative. I know silicones get a bad rap and I understand some people have an aversion to silicones, but on a PET skin and hair coat, with as much as the hair bristles on itself, with the activity level of the average PET, something like a silicone is going to wear off of the hair. </w:t>
        <w:br/>
      </w:r>
    </w:p>
    <w:p>
      <w:r>
        <w:rPr>
          <w:sz w:val="22"/>
        </w:rPr>
        <w:t xml:space="preserve">Very quickly and not deposit and build up on the hair. Now if you're having a dog come in weekly and you're applying a heavy silicone laden product to the entire hair coat, you may eventually find out, especially if you have hard water, that skin or that hair coat becomes lamp or kind of waxy feeling. And that could, with some of the lesser sophisticated formulas, be a buildup of silicone. Super simple to fix. You do a clarifying shampoo and a light moisturizing shampoo and a moisturizing conditioner and the dog is usually fine. You'll get a nice amplified coat and good crisp coat to do your Clipper and scissoring work on, but most of the well known popular product these days that are sophisticated and contain a silicone derivative. </w:t>
        <w:br/>
      </w:r>
    </w:p>
    <w:p>
      <w:r>
        <w:rPr>
          <w:sz w:val="22"/>
        </w:rPr>
        <w:t xml:space="preserve">Are formulated well enough to not build up on a coat and cause brittleness or breakage. It was the, you know, dimethicone and early on in the development of these formulations where we saw yellowing and breakage of the coat much more rapidly with something that contains silicones in it. But the nuanced those being in addition to a formulation these days they're usually very much chemically friendly with your surfactant or conditioning formulation so that they work well alongside those two things without being overly depository and you know, building up on the coat. </w:t>
        <w:br/>
      </w:r>
    </w:p>
    <w:p>
      <w:r>
        <w:rPr>
          <w:sz w:val="22"/>
        </w:rPr>
        <w:t xml:space="preserve">Ok so keratalytic or keratoplastic keratalytic means that there's a. An action or an ingredient within. Formulation that causes the skin cellular the cellular material so the skin cells themselves to bloat up or puff up and lift off okay. So an example of a keratalytic agent would be water is a very gentle keratalytic agent. And then carat a plastic. That's something that causes the skin to actually break down on the surface layers, so that the newer skin cells underneath the older layers are brought to the surface through a process of debridement. In case chemical debridement is lifted. </w:t>
        <w:br/>
      </w:r>
    </w:p>
    <w:p>
      <w:r>
        <w:rPr>
          <w:sz w:val="22"/>
        </w:rPr>
        <w:t xml:space="preserve">Those things are lifted off of the skin so that the smoother, fresh new skin cells within the stratum corneum, or the outermost surface of the skin, that's visible to us. Is there right at the surface okay so you'll see like a carrot of plastic agent would be your oh like a benzoyl peroxide or salicytic acid shampoo. And the purpose to that is to get excess skin debris up and off of the skin. But it can a carrot of plastic agent can actually cause. Hyper characterization if it's used too often. So you have to be careful with being again too invasive on a chemical and a mechanical level to the skin so that you don't tip the scales back in the other direction and cause an imbalance that would then have a secondary cascade effect of creating more skin cells, the process of declamation or creating skin cells. </w:t>
        <w:br/>
      </w:r>
    </w:p>
    <w:p>
      <w:r>
        <w:rPr>
          <w:sz w:val="22"/>
        </w:rPr>
        <w:t xml:space="preserve">Is a 21 to 28 day process depending on the area of skin on the pet okay. So within that time frame, the skin turnover rate completes its cycle. That's why we say on average a monthly program of grooming routine is best for a dog. That way each new skin cycle you're getting the old stuff off and the new stuff is there to rise and shine okay. So protein ingredients that are common in hair care products, these are some of the current things. They may change with time, but you'll see amino acids that's been around amino acids have been referred to for quite a while. </w:t>
        <w:br/>
      </w:r>
    </w:p>
    <w:p>
      <w:r>
        <w:rPr>
          <w:sz w:val="22"/>
        </w:rPr>
        <w:t xml:space="preserve">Blue-green algae is a current hot button topic or a hot button ingredients I should say within the human cosmetic industry and typically the pet cosmetic industry will follow the trends of the human cosmetic industry so we're also seeing hydrolyzed oat flour right now, hydrolyzed silk, hydrolyzed wheat okay. And the idea here is that you just want to remember that your protein ingredients may come in with a lot of different names or a lot of different sources, but the idea is that they are sophisticatedly formulated enough that they're of small enough molecular size and weight. To deposit evenly on the skin surface and the hair shaft surface without causing excess buildup okay so there are times when you'll see, you know, say something like a botanical ingredient in a shampoo that either isn't there in a truly beneficial amount or it's there and doesn't really serve a purpose. </w:t>
        <w:br/>
      </w:r>
    </w:p>
    <w:p>
      <w:r>
        <w:rPr>
          <w:sz w:val="22"/>
        </w:rPr>
        <w:t xml:space="preserve">But it may just be a current hot button or trending ingredient okay. So the takeaway from this is just to remember that with the times, with the trends at hand, you're going to see different types of nests of substantive or depository protein based ingredients that may frequent your labels and they can change from name. To characteristic depending on the current trend at hand but idea or excuse me to take away from that is that always it's providing some type of moisture and some type of manageable substantivity to the air to protect it and the skin as well. </w:t>
        <w:br/>
      </w:r>
    </w:p>
    <w:p>
      <w:r>
        <w:rPr>
          <w:sz w:val="22"/>
        </w:rPr>
        <w:t xml:space="preserve">Ok so types of conditioners you have a great picture computer generated photo there of. Little tiny bubbles of moisture adhering to the hair shaft surface okay and within the larger portions of those moisturizing or emollient moisture bubbles, you'll find your protein substantiative ingredients, your protein based ingredients, amino acids, things like that. So that's a really great. Picture and that will be I'll have that in with my slides for everyone who's attended the class as well. That's a great picture to reference for how your substantiative or depository ingredients actually look under a microscope roughly and how they how they adhere to the hair shaft give or take. </w:t>
        <w:br/>
      </w:r>
    </w:p>
    <w:p>
      <w:r>
        <w:rPr>
          <w:sz w:val="22"/>
        </w:rPr>
        <w:t xml:space="preserve">You know I mean it's not to a T but that is that gives you an idea of how those things work okay so. The different types of conditioners really just depend on usability, like what we're reaching for depending on the hair coat and what type of thing we need to address on that individual dog at the time. So there can be vibrating coat masks. Those have a thick viscosity cream, and they're usually containing less water than a cream rent and sometimes a coat mask. The only difference in the actual. Ingredients list is just the amount of water that's in there, so there's less water to make it thicker. </w:t>
        <w:br/>
      </w:r>
    </w:p>
    <w:p>
      <w:r>
        <w:rPr>
          <w:sz w:val="22"/>
        </w:rPr>
        <w:t xml:space="preserve">They can also contain lipids and polymers or amino acids that adhere to the surface of the skin and hair, and they need heat and contact time to adequately spread across the mantle. So the thicker something is, the more contact time it needs, and also in the presence of presence of warmth in order to spread evenly. Ok, if you think of how oil or something thick and viscous, say a cooking butter, right? All that needs heat applied to it in order to change the viscosity and get it to spread out. There can also be a moisturizing cream rinse. </w:t>
        <w:br/>
      </w:r>
    </w:p>
    <w:p>
      <w:r>
        <w:rPr>
          <w:sz w:val="22"/>
        </w:rPr>
        <w:t xml:space="preserve">That's pretty much our standard bow to cream formula. That deposits a small amount of humectant, possibly an emollient to deposit onto the skin and hair. Humectants are common, but more so the emollients are more rare. Typically we want to stay away from heavy emollients for a hair coat. They tend to weigh down, build up a lot faster, attract environmental dirt and hold on to that in the hair coat. Emollients are great for the callous areas of the dog. You know, foot pads, noses, elbows, ox, things like that. </w:t>
        <w:br/>
      </w:r>
    </w:p>
    <w:p>
      <w:r>
        <w:rPr>
          <w:sz w:val="22"/>
        </w:rPr>
        <w:t xml:space="preserve">And then a leave in conditioner. That's a lighter formulation of a cream conditioner containing a carrier agent. To suspend the beneficial ingredients in A and make them user friendly in a spraying application, but not being so heavy that they weigh the coat down okay. So again, it's a change in the formulation presence of your water level and probably your emulsifier level as well. </w:t>
        <w:br/>
      </w:r>
    </w:p>
    <w:p>
      <w:r>
        <w:rPr>
          <w:sz w:val="22"/>
        </w:rPr>
        <w:t xml:space="preserve">And then a conditioning coat spray, that's the lightest and most eluted formula that still contains beneficial sophisticated ingredients to eliminate or alleviate static order to deliver, excuse me, a small amount of moisture beneficial during combing and brushing okay and typically you're conditioning coat sprays, typically they're applied damp. And dry into the coat during the HP process to provide the greatest benefit. But the easiest way to tell with the a spray on conditioner or a spray on coat spray is to take your formulation and you can spritz a bit of it on a mirror and if you if the product dries, opaque. </w:t>
        <w:br/>
      </w:r>
    </w:p>
    <w:p>
      <w:r>
        <w:rPr>
          <w:sz w:val="22"/>
        </w:rPr>
        <w:t xml:space="preserve">Then you know it needs to be definitely applied to wet coat and dried on. If it dries clear or translucent then you're safe to apply it to dry hair coat without becoming tacky or building up okay. So conditioners work a few different ways. You've got your rinse through conditioner that uses the cuticle layer. Add a way to coat the cuticle and deposit moisture, sometimes proteins on the surface of the skin. Then you've got treatment and repair deep conditioner that typically will swell the cuticle, replenish your protein and restore your strength. </w:t>
        <w:br/>
      </w:r>
    </w:p>
    <w:p>
      <w:r>
        <w:rPr>
          <w:sz w:val="22"/>
        </w:rPr>
        <w:t xml:space="preserve">So that's a little bit more deeper penetration. And then your leaving conditioner very superficially coats the hair cuticle to protect the hair okay. So again, we're just remembering that depending on the formulation it's going to. Work on the hair shaft itself in a variety of different ways okay. All right, so what's in the conditioner? You've got your cationic surfactants, polymers or emulsifiers, and those are positively charged ingredients that absorb or hold on to a superficially bond and superficially bond with a hair shaft Cuticle cationic agents also bond with other oil based proteins like dirt and excess C bump. </w:t>
        <w:br/>
      </w:r>
    </w:p>
    <w:p>
      <w:r>
        <w:rPr>
          <w:sz w:val="22"/>
        </w:rPr>
        <w:t xml:space="preserve">Once bonded, the conditioner can hold onto these until they're rinsed away, such as in a Co washing method. So you'll see the prepo conditioning step or a Co washing step where you're actually applying your conditioner before your cleanser. Okay grab on to the accept built up oil based dirt within the hair coat and then you apply your cleanser as a second step. And this can be a great way to get those flax in kind of lamp coats that are just historically oily. </w:t>
        <w:br/>
      </w:r>
    </w:p>
    <w:p>
      <w:r>
        <w:rPr>
          <w:sz w:val="22"/>
        </w:rPr>
        <w:t xml:space="preserve">They come in oily every time for whatever reason the dog is excreting a lot of oil. You can do a Co washing or a pre poo conditioning stuff. Because it's a very gentle it doesn't overly strip, but it will remove a good portion of oil based dirt before you even apply your cleanser and that makes your cleanser able to be more efficient in its cleansing process. So you get a better finish of the hair coat right and you haven't overly stripped it within your conditions. </w:t>
        <w:br/>
      </w:r>
    </w:p>
    <w:p>
      <w:r>
        <w:rPr>
          <w:sz w:val="22"/>
        </w:rPr>
        <w:t xml:space="preserve">You're also going to see water again APH adjuster and a thickener. So thickening ingredient, obviously it's self-explanatory Your PH adjuster is used if needed to be sure the overall product PH level is within a good margin and that would be slightly acidic. Water acts both as a solvent and a viscosity dictator, so we have to remember that the water in a formula not only. Besides the viscosity or the thickness of the formulation itself or the product itself, but it's also your solvent. </w:t>
        <w:br/>
      </w:r>
    </w:p>
    <w:p>
      <w:r>
        <w:rPr>
          <w:sz w:val="22"/>
        </w:rPr>
        <w:t xml:space="preserve">So you're during your cleansing process. Water is a solvent to remove your oil based dirt, if that makes sense. You'll also find proprietary depository ingredients and humectants within a conditioner. Those ingredients should be either encapsulated or a small enough molecular size to truly benefit the skin if they're being sold as such, Just like before Okay. If they're not, again, the most common depository ingredients of amino acids, proteins, oils, or silicone drivers are best suited as substantive ingredients. So again, just like with your shampoos. Your conditioners need to be formulated with their depository ingredients sophisticated enough that the molecular weight and size is small enough to properly spread across the skin and hair shaft. </w:t>
        <w:br/>
      </w:r>
    </w:p>
    <w:p>
      <w:r>
        <w:rPr>
          <w:sz w:val="22"/>
        </w:rPr>
        <w:t xml:space="preserve">That's the takeaway from that portion. These ingredients also can have some lasting effect to alter the skin to more acidic level that can keep secondary bacteria and yeast proliferation at Bay for some time. Because acidic skin doesn't have as great a propensity or likelihood to have bacterial and yeast proliferation. Alkaline PH level loves. Well, I should say yeast and bacteria thrive in an alkaline environment. That's why a lot of our sporting breeds are working breeds like your Labradors, Golden Retrievers, German Shepherds. Those dogs that have perfuse coat also have an overall. Alkaline PH level on their body and yes, the PH level can be different from area to area, whether the dog is in season or not, whether or not it's been recently groomed, there's a lot of things that change an overall PH rating or a reading on a dog if you were to test it. </w:t>
        <w:br/>
      </w:r>
    </w:p>
    <w:p>
      <w:r>
        <w:rPr>
          <w:sz w:val="22"/>
        </w:rPr>
        <w:t xml:space="preserve">But in general, those breeds have a more alkaline PH and that's because of how much hair they have and how much oil they produce at the same time okay so that's why those breeds in general deal much more with ongoing skin and coat issues that have something to do with secondary bacteria, gross and yeast or growth or proliferation. Okay, your conditioners can also contain essential oils and plant botanicals. So commonly some of those are trending or hot button ingredients that are popular at the time for the formulation. </w:t>
        <w:br/>
      </w:r>
    </w:p>
    <w:p>
      <w:r>
        <w:rPr>
          <w:sz w:val="22"/>
        </w:rPr>
        <w:t xml:space="preserve">These are also heavily relied on as marketing narratives and that's important to remember that fragrance oils are far different than essential oils and I always recommend to be sure and do your research. Research as to what type of ingredient is being marketed and whether or not it's truly beneficial and suitable for use within a topical product. We need to remember things like CBD and what do I want to say? Probiotics may work well when they're ingested and work through the circulatory system or the digestive system, but they do not necessarily provide a truly beneficial efficacy when they're just slathered on skin and hair. </w:t>
        <w:br/>
      </w:r>
    </w:p>
    <w:p>
      <w:r>
        <w:rPr>
          <w:sz w:val="22"/>
        </w:rPr>
        <w:t xml:space="preserve">Coat in a rinse on and rinse off formula okay. So conditioner key points. Conditioner add Moisture is vital to skin health, so give it back. When you do your cleansing step. Do your conditioning step. On every dog on some level, do a conditioning step. As mentioned before, untreated hair has a negative charge. When hair is treated with a cleanser or conditioner of the surface charge changes, conditioners contain positively charged anionic compound such as polypeptides and functionalized silicones. </w:t>
        <w:br/>
      </w:r>
    </w:p>
    <w:p>
      <w:r>
        <w:rPr>
          <w:sz w:val="22"/>
        </w:rPr>
        <w:t xml:space="preserve">When wet hair is treated with a conditioner, it changes the surface charge of the hair to a positive charge within under 20 seconds, so it happens quite quickly. Therefore, the change of hair charge happens quickly, but it's the depository or substantive ingredients that need time to properly spread across the hair coat and the skin in order to coat those services and provide lasting benefit. Depending on the product, a depository or polymer type ingredient can cling to the hair, skin, or the hair and skin surface from anywhere for a few from a few minutes to a few days post grooming. Once the hair is dried, okay, it's very important to remember your shampoo works quickly. </w:t>
        <w:br/>
      </w:r>
    </w:p>
    <w:p>
      <w:r>
        <w:rPr>
          <w:sz w:val="22"/>
        </w:rPr>
        <w:t xml:space="preserve">It needs to be moving through the skin and hair code in order for the micellar bonds to form, but your shampoo needs contact time in order to really do its best work. Moisturizers are different than proteins when it comes to additives and how they deposit onto the hair cuticle. Both additives can build up with closely timed grooming sessions, so an occasional clarifying shampoo is a good idea for certain situations. Certain dogs fatty alcohols and also sometimes be found in conditioners and are another good source of moisture, so cleansing is great, but the magic happens during the conditioning step, okay. Remember with your shampoos that my seller bonds within your cleansers happen very quickly during the washing cycle. </w:t>
        <w:br/>
      </w:r>
    </w:p>
    <w:p>
      <w:r>
        <w:rPr>
          <w:sz w:val="22"/>
        </w:rPr>
        <w:t xml:space="preserve">There's no need to let shampoos sit idle on the hair coat. It needs actually to be moving. On a chemical and scientific level, it needs to be moving through the coat in order for the my seller bonds to form. Active ingredient or additive ingredient formulations may, however, need a longer contact time depending on what's in them. You'll typically see your medicated shampoos. Or your additive ingredient shampoo saying allow five to 10 minutes contact time on the skin hair coat. You still need to be massaging it through. Just working it into the hair shat or into the hair coat and then standing there upside doing nothing is a waste of your time. </w:t>
        <w:br/>
      </w:r>
    </w:p>
    <w:p>
      <w:r>
        <w:rPr>
          <w:sz w:val="22"/>
        </w:rPr>
        <w:t xml:space="preserve">So keep it moving through the hair coat, massage it through and that's that. When you do a rinsing process, that's when the actual cleansing occurs. Your conditioners need contact time to deliver their results. Remember that just like with shampoos, water chemistry can affect the overall outcome of a conditioner's efficacy quality. Conditioners will not lengthen drying time, but actually speed it up by sealing the hair shaft cuticle. I think a lot of groomers don't use conditioners because back in the day conditioners were heavy. They had waxy. </w:t>
        <w:br/>
      </w:r>
    </w:p>
    <w:p>
      <w:r>
        <w:rPr>
          <w:sz w:val="22"/>
        </w:rPr>
        <w:t xml:space="preserve">Poor quality ingredients that built up on the coat, and they did definitely, especially on porous coats, increase the drying time overall. That's not the case with today's sophisticated formulations. It's during the rinse that all the beneficial ingredients are deposited onto the hair coat while in the presence of water. So remember that rinsing is key to coat finish sometimes. I mean, you want to get the squeak on the hair coat on average so that you know you've gotten everything off. </w:t>
        <w:br/>
      </w:r>
    </w:p>
    <w:p>
      <w:r>
        <w:rPr>
          <w:sz w:val="22"/>
        </w:rPr>
        <w:t xml:space="preserve">And you want to apply your conditioner, but it's the rinse that actually makes the difference okay. Product notes on doodles? All right, so they're doodling everything these days. Depending on moms and pops, Grams and Gramps Hair Co can be just as unpredictable as temperament. Roll with it. You may have to switch up methods and products depending on the dog at hand. Depending on the coat color, you'll also find differences in coat texture. Remember that soft or cottony coats are more porous, as is undercoat more porous, and those softer coats tend to take longer to dry and they appreciate gentle tool usage. </w:t>
        <w:br/>
      </w:r>
    </w:p>
    <w:p>
      <w:r>
        <w:rPr>
          <w:sz w:val="22"/>
        </w:rPr>
        <w:t xml:space="preserve">All right, so puppy coat with those dogs. I'll apply a moisturizing shampoo and conditioner, a coat spray with silicone, and then I'm going to stick with my pin brush and a low dryer. Heat and velocity. On dry, lackluster coat, that coat typically is depleted, so you're going to usually see some skin issues underneath that hair coat as well, but moisture is key here. Protein enriched shampoo and a mineral and oil infused conditioners are a good start. </w:t>
        <w:br/>
      </w:r>
    </w:p>
    <w:p>
      <w:r>
        <w:rPr>
          <w:sz w:val="22"/>
        </w:rPr>
        <w:t xml:space="preserve">Consider mentioning the state of that hair and skin to the owner and talk about things like they're vetting and nutrition to help give that skin and hair coat the support it needs. Oily adult coat is best suited for a pre poo or a cold washing conditioning step. So you're going to do this to help with oilinesss and the drying time and it aids in demanding of the undercoat depending on the skin health of protein in rich shampoo and a light frame risk conditioner as well as a coat spray with humectans and silicones as a plus so again your pre poo conditioning stuff. Will help to coat the hair shaft, which speeds drying time and helps with manageability and demanding. </w:t>
        <w:br/>
      </w:r>
    </w:p>
    <w:p>
      <w:r>
        <w:rPr>
          <w:sz w:val="22"/>
        </w:rPr>
        <w:t xml:space="preserve">And it's also going to grab on to a lot of that excess oil and get it up and out of the coat before you apply your cleanser, Okay. So a quick product flow chart your dogs depending on their hair coat type in general will all benefit from a moisturizing. Or a protein enriched shampoo. The longer the hair, whether it's the furnishings on your sporting saddle or your jacket interior or a long drop coated dog will always benefit from additional moisture. Those hairs, the longer they get, the more likely they are to break or become compromised in their structural integrity which causes matting okay. </w:t>
        <w:br/>
      </w:r>
    </w:p>
    <w:p>
      <w:r>
        <w:rPr>
          <w:sz w:val="22"/>
        </w:rPr>
        <w:t xml:space="preserve">So you may find that you're doing a protein enriched shampoo on the body and then applying A collagen or keratin treatment in the conditioning step for their longer furnishing. Or on a drop coated dog you'd be doing that on the entire dog okay. So the longer the dog has the hair without it shedding out, the more you're going to want to do methods to help preserve the structural integrity of that air for as long as possible. That would be your curly coats as well, Okay, because that air isn't an antigen or an active growing phase like your drop coat of dogs for a very long time can be years before that hair sheds out and then moves back into a catagen or telegen phase. </w:t>
        <w:br/>
      </w:r>
    </w:p>
    <w:p>
      <w:r>
        <w:rPr>
          <w:sz w:val="22"/>
        </w:rPr>
        <w:t xml:space="preserve">Okay your Nordic coats, your heavy coats that contain a lot of undercoat, turn coat over much more rapidly. Your short coats, especially those guys, need a lot of moisture. Unfortunately, I think short coated dogs are a breed group that gets overlooked in terms of how much grooming they actually need, and they're the ones that struggle the most with dead hair, bad skin, yeast, dandruff, things like that because they're just not kept up properly. So those dogs do best again with a protein and rich shampoo and a good light conditioning mist and a good reoiling of the coat during the conditioning step. The hair that comes and goes the fastest is your undercoat and your short coated breeds in general. </w:t>
        <w:br/>
      </w:r>
    </w:p>
    <w:p>
      <w:r>
        <w:rPr>
          <w:sz w:val="22"/>
        </w:rPr>
        <w:t xml:space="preserve">They turn coat over like crazy. So you want to be sure that whatever you're removing with your baiting process, you definitely replace with your conditioning step okay all right, well, thanks for spending time with me today. These are all the ways you can find me online, Facebook and Instagram under Chris Certzel, and you can find me on Pinterest, YouTube, Instagram. Linkedin and Twitter always on under Chris Circle. If you need to reach me, you can also email me or contact me here within the Facebook group. And if there's anything you need have any more questions, please contact me and let me know how I might be of help. </w:t>
        <w:br/>
      </w:r>
    </w:p>
    <w:p>
      <w:r>
        <w:rPr>
          <w:sz w:val="22"/>
        </w:rPr>
        <w:t xml:space="preserve">Ok. Always happy to help. All right. Thank you chris where'd you go? Hold on a second i'm yep, I'm here. All right. You can turn your camera back on. All right. Ok. So what we're going to do is we're going to stop the share here real quick. I mean, we're going to stop the recording.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