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Product Selection</w:t>
      </w:r>
    </w:p>
    <w:p>
      <w:r>
        <w:rPr>
          <w:sz w:val="22"/>
        </w:rPr>
        <w:t xml:space="preserve">Okay, Michelle, this is Part 2, so it's all yours okay so this is foundational material and this always leads to therapy that it always does for me anyway. So if you have questions, please feel free to ask, Interrupt me as many times as you want. This is stuff that we're going to go more in depth in this hour than we did in the first hour, so. Feel free, raise your hand, interrupt me, ask questions. You're not bothering me at all. We'll get through it okay. So some of these we've seen before, so I'll just walk you through them. </w:t>
        <w:br/>
      </w:r>
    </w:p>
    <w:p>
      <w:r>
        <w:rPr>
          <w:sz w:val="22"/>
        </w:rPr>
        <w:t xml:space="preserve">Healthy hair damage, chair anatomy of a Hair follicle. And I'm just going to go through these until we get to the ones we haven't seen yet. So here's a chart with proportion of basic needs. So we have a hairless on this side. Green is oils, orange is minerals, and a darker orange is collagen or hydration. So if you see the hairless, you see that the oil is a lot. It's like between five and six. And that means nothing. It just shows you that the proportion is different. More oil, minerals and a little bit of a little bit of collagen over here. We need a short coat is a hairless is a subcategory of short coat. </w:t>
        <w:br/>
      </w:r>
    </w:p>
    <w:p>
      <w:r>
        <w:rPr>
          <w:sz w:val="22"/>
        </w:rPr>
        <w:t xml:space="preserve">So you still need oils, minerals and of course hydration of some sort natural coat. The minerals shoot way up in the middle, but still needs oils, still needs hydration. Long coat needs all the hydration, Little bit of minerals, little bit of oil because you don't want to make them greasy like on a Shih tzu or a Maltese she. You shouldn't be using avocado oil with them. Maybe camellia oil or something. Argon is very light for them as well. Then of course the spectrum of care by coat type heretinization. </w:t>
        <w:br/>
      </w:r>
    </w:p>
    <w:p>
      <w:r>
        <w:rPr>
          <w:sz w:val="22"/>
        </w:rPr>
        <w:t xml:space="preserve">And then if we have enough time I have my case studies that I would like to show you as well so you can see the before and afters. You are the last workshop for today so don't worry about the time, I can just do whatever I want. You do whatever you want, Okay. I like that Okay. So of course we have the ACT hair cycle, which Jennifer absolutely nailed perfectly. I don't use exogen in my teaching simply because it's still highly debated within the medical circles of whether even to include exogen. </w:t>
        <w:br/>
      </w:r>
    </w:p>
    <w:p>
      <w:r>
        <w:rPr>
          <w:sz w:val="22"/>
        </w:rPr>
        <w:t xml:space="preserve">So I still go with the ACT hair cycle. It's easy. I have this down because it's still being debated, but it's not solid yet. They're not accepting it. As the next step as far as I'm concerned, intelligent is the resting phase. It flows out of there at the end of the television phase, it goes right back to antigen. I'm good with that because once you get down to the microscopic level of the skin it you're kind of out. We're out of our depth at that point because we're going inside the body. </w:t>
        <w:br/>
      </w:r>
    </w:p>
    <w:p>
      <w:r>
        <w:rPr>
          <w:sz w:val="22"/>
        </w:rPr>
        <w:t xml:space="preserve">It's always good to know the terminology and. The way the body is formed and the processes and all the names for it, it's really good to know those things because it does help you meditate while you're doing that. So you can imagine that medicine going to that area and fixing it, and you can actually mindfully think about it while you're doing the therapy. And I think that absolutely does help. This is just a fun fact. Elemental composition of hair is carbon 50 %, oxygen 25 %. </w:t>
        <w:br/>
      </w:r>
    </w:p>
    <w:p>
      <w:r>
        <w:rPr>
          <w:sz w:val="22"/>
        </w:rPr>
        <w:t xml:space="preserve">Nitrogen 15 %, Hydrogen 5 % and of course sulfur 5 %. When you smell hair burning, you're smelling the sulfur in the hair. Sulfur is for structure and of course carbon as well. Don't speak ill of the dead. The hair is dead, but still performs a function. Nails, epidermis, nails are our hair, our skin. They're not. The hair doesn't live on top of the skin. </w:t>
        <w:br/>
      </w:r>
    </w:p>
    <w:p>
      <w:r>
        <w:rPr>
          <w:sz w:val="22"/>
        </w:rPr>
        <w:t xml:space="preserve">It's of the skin. Ok so hair and skin are the same. They're not separate. I don't have beard seeds that I plant on my husband's chin, and he grows a beard in the morning. It comes from it's a function of his face. It's a function of his skin. The epidermis is that way. The difference between human and animal is minimal, believe it or not. We treat the dogs a little bit differently because they have hair or fur. But we don't really have a whole lot of hair. We have tiny hairs, but we're more acidic because we don't have hair. </w:t>
        <w:br/>
      </w:r>
    </w:p>
    <w:p>
      <w:r>
        <w:rPr>
          <w:sz w:val="22"/>
        </w:rPr>
        <w:t xml:space="preserve">So the acidity on our skin kind of keeps our floor and fauna in check. The dogs don't have that. They have hair and that's what keeps them healthy. Cross section of a primary hair, the medulla is in the middle, the cortex is where all the color and the texture live, and then the cuticle is kind of the sealant. The cover, That's a good question, Jamie Menser says. Isn't oil hydrating? What's the difference between oil and moisture? Slash collagen. </w:t>
        <w:br/>
      </w:r>
    </w:p>
    <w:p>
      <w:r>
        <w:rPr>
          <w:sz w:val="22"/>
        </w:rPr>
        <w:t xml:space="preserve">Oh, and then it went away. Oh, I'm answering it. So oil, depending on the oil, it's they're not moisturizing, but they hold moisture in. So think about, let's see, let's think about avocado oil. There are pieces of the avocado oil that will sink down into the skin, but there's also, most of it is going to lay on the surface like an emollient. Humectants actually take moisture and pull it from the surrounding areas, OK So oil would be like a cover, like something to moisturize the outside of it. Let's say I'm doing a whole therapy on this little bun right here on this little BB So let's say I do the clay and then I do an antibacterial shampoo and then I do a conditioner, and then I put a lot of minerals in it. </w:t>
        <w:br/>
      </w:r>
    </w:p>
    <w:p>
      <w:r>
        <w:rPr>
          <w:sz w:val="22"/>
        </w:rPr>
        <w:t xml:space="preserve">I don't want those minerals to evaporate out of her skin. So I'm going to take a little bit of argon oil or avocado oil or something, a really thin layer, and I'm going to Polish up her coat with it at the end. And that kind of seals in all the minerals and the moisture and all that. So that's the difference between hydration and just oiling. That's like having a super dry lips. And you live in the desert, you haven't had anything to drink and it's been weeks, and then somebody just gives you chapstick to moisten your lips. </w:t>
        <w:br/>
      </w:r>
    </w:p>
    <w:p>
      <w:r>
        <w:rPr>
          <w:sz w:val="22"/>
        </w:rPr>
        <w:t xml:space="preserve">It will do nothing because there's no moisture to protect. It's already dry and you're just smearing wax on the top of your skin. So that's the difference. And the next one is proteins and shampoo, OK. Or more important, oh, this goes down here. Ok. I think all those have been answered. All right. Structure of the primary hair. So this is what we're kind of looking for. When the dog leaves the salon or the cat, we want all these structures to be smooth on the outside. </w:t>
        <w:br/>
      </w:r>
    </w:p>
    <w:p>
      <w:r>
        <w:rPr>
          <w:sz w:val="22"/>
        </w:rPr>
        <w:t xml:space="preserve">That's our goal. Because if they look like this one here on the right, then they're going to catch on each other, and that's what forms a mat. So we don't want that. The dryer the coat is, the more damage the hair is, the more mats that dog is going to have. What's the difference between an ointment and a cream? A cream looks like lotion. An ointment has like the difference between petroleum Jelly. In between a lotion petroleum Jelly is a sealant. The lotion has the minerals and water in it, OK And everybody who has a favorite lotion and it has an ingredient deck on it, you can turn it around and find the different types of oils that are in there. </w:t>
        <w:br/>
      </w:r>
    </w:p>
    <w:p>
      <w:r>
        <w:rPr>
          <w:sz w:val="22"/>
        </w:rPr>
        <w:t xml:space="preserve">Some sink in argon oil sinks into your skin so quickly. If it's real argon oil, you put a little bit on your hand and do this and by the time your hands get up to your face, it's already absorbed into your skin. So some oils do are humectant, they go into the skin and they draw moisture to them. Is that sufficient? I believe so. Ok utical cortex And at once, at one time they actually did touch, so believe that. All right, the short coat. What primary hair? Primary hair to 6 Secondary hairs 18.000 thousand to twenty two thousand follicles per square centimeter. </w:t>
        <w:br/>
      </w:r>
    </w:p>
    <w:p>
      <w:r>
        <w:rPr>
          <w:sz w:val="22"/>
        </w:rPr>
        <w:t xml:space="preserve">The structure is the same and look at this lovely hairless maintenance. Hairless still has the same follicle structure. You maintain it every 15 days with shampoo and conditioner. Must be oiled daily or every other day must be kept out of the sun. No petroleum products ever. So no mineral oil. No skin so soft. No coconut oil. It is comedogenic. Argon oil is. They will save these skins and make them look delicious. Short coat tips. Short coats have a very strong hair muscle. They're actually held to the skin at about a 30 degree angle. Really tightly ventilates and helps regulate temperature. Don't work against the grain of the hair. </w:t>
        <w:br/>
      </w:r>
    </w:p>
    <w:p>
      <w:r>
        <w:rPr>
          <w:sz w:val="22"/>
        </w:rPr>
        <w:t xml:space="preserve">Just like on a horse, if you pet a horse backwards, they're going to kick you. It doesn't feel very good. You're stimulating all those little hair muscles. And if you'd go there in the opposite direction or go reverse, especially on a really tight coat, like a short coat or sometimes even some double coats, you can actually break that muscle so the skin of the hair doesn't louver up and down anymore, so you've taken away some function of temperature control. And when you pull it against the grain as well, and it's soapy and in the tub, you can actually be introducing bacteria into the follicle cup itself. </w:t>
        <w:br/>
      </w:r>
    </w:p>
    <w:p>
      <w:r>
        <w:rPr>
          <w:sz w:val="22"/>
        </w:rPr>
        <w:t xml:space="preserve">So always try to follow the grain that the of the hair in the way that it grows. You want to scrub in that direction, brush in that direction, except for long coats, simply because long coats are standout coats. Their hair goes grows right out of the follicle. And it's really sloppy. The muscle is super sloppy, so you can just brush it any way that you want. You can style it, you can backbrush on the ones that have a set grain. You're going to want to not do that with any of those because you can cause some damage with that. </w:t>
        <w:br/>
      </w:r>
    </w:p>
    <w:p>
      <w:r>
        <w:rPr>
          <w:sz w:val="22"/>
        </w:rPr>
        <w:t xml:space="preserve">Polish the coat with a natural bristle brush and a non petroleum based oil as a finish. Throw some argon oil or some camellia oil. Sometimes I use like a silicone over a silicone and argon oil. Mix and pack that all over and then just Polish them up. They shine like new money and then when you pet them, they look like they're wet but they're not. I've seen people pet their dogs and then feel their hand like, Oh my gosh, it's dry. So it's a really good way to Polish them. It's a really good finish for them and it's very healthy as well. </w:t>
        <w:br/>
      </w:r>
    </w:p>
    <w:p>
      <w:r>
        <w:rPr>
          <w:sz w:val="22"/>
        </w:rPr>
        <w:t xml:space="preserve">Do not use drying products inside the folds. Use clean, nourishing oils. You can clean with oil. Let's say you have a Frenchie or a bulldog or something that has those deep wrinkles and you have to clean in there. And maybe they're infected a little bit because they're always wet inside there from the tears. All right. Jamie has a question. Yes, ma'am. That's on a dry dog, literally at the end of the groom. Yeah, absolutely. They can even be still a little damp. Polish them up. You can get pure silicone I think from essentialwholesale.com You can also get what's it called, So plus from East Saint Bernard. </w:t>
        <w:br/>
      </w:r>
    </w:p>
    <w:p>
      <w:r>
        <w:rPr>
          <w:sz w:val="22"/>
        </w:rPr>
        <w:t xml:space="preserve">That's a really good one and it's odorless, but it gives that feel. It just gives a beautiful hand feel and it's a really good barrier. So if you mix it with a little bit of oil and Polish them with that, that's it's amazing and they feel so good. And you can tell the dog feels great. They feel supple and usually all your short coats I guarantee are dry. If you're not oiling coats, they are dry, they're dry, alright. </w:t>
        <w:br/>
      </w:r>
    </w:p>
    <w:p>
      <w:r>
        <w:rPr>
          <w:sz w:val="22"/>
        </w:rPr>
        <w:t xml:space="preserve">So you apply oil to the brush or directly on the dog. I put it in my hands, smear it around and then I'll dot it all over the dog. The belly, the face, everywhere, the ears. And then I'll take a bristle brush, a soft one, and then just Polish everywhere in the direction of the grain, yeah okay so I need to wants to know about the Max at best shot. The what best shot? The product? The Max. Oh Ultramax. </w:t>
        <w:br/>
      </w:r>
    </w:p>
    <w:p>
      <w:r>
        <w:rPr>
          <w:sz w:val="22"/>
        </w:rPr>
        <w:t xml:space="preserve">Yeah, I think yes. Ultramax is amazing. Would that work as a silicone? no. That's something that I would melt into water and use as a brushing spray. That's a really good brushing spray. It's actually one of the ingredients that I make our brushing spray for retail and we sell retail brushing spray with brushes to clients. But no, I would. I mean a real miristine. Silicone is like a really good silicone, just plain. Once they break it down to a pure silicone, it doesn't matter if it's synthetic or plant based, but I know miristine is plant based. </w:t>
        <w:br/>
      </w:r>
    </w:p>
    <w:p>
      <w:r>
        <w:rPr>
          <w:sz w:val="22"/>
        </w:rPr>
        <w:t xml:space="preserve">So another question is the oil that you're like putting on your hands for a short coated dog? Is there one that you prefer over the other if the coat is in good shape? So again that depends on the texture of the dog. Curly coats can hold more oil, so I maybe use a heavier oil on something that has curl or wave. But you're just polishing the top coat, so primarily I keep a little bit a little container of the silicone and a little container of argon or emu. </w:t>
        <w:br/>
      </w:r>
    </w:p>
    <w:p>
      <w:r>
        <w:rPr>
          <w:sz w:val="22"/>
        </w:rPr>
        <w:t xml:space="preserve">If it's a big working type dog like a Bloodhound or something like that, I may use the emu oil instead. But if it's a little Boston terrier or a chi or something like that, i'll probably just use the Argon Okay. So I need it says not Ultramax but Max MAXX the Max. I'm not familiar with that particular product Okay, what about Attami H two seven zero oh the attami h two seventy? You could spray that on and that I would consider that something that you could Polish with, but I would still put an oil underneath of it on a short coat. </w:t>
        <w:br/>
      </w:r>
    </w:p>
    <w:p>
      <w:r>
        <w:rPr>
          <w:sz w:val="22"/>
        </w:rPr>
        <w:t xml:space="preserve">Short coats need it, they just need it. But the Attami h two seventy is a really good brushing spray, a good finishing spray. I would use that on like a drop coat sheets or Maltese or something of that texture only and not use any oil because you don't want anything heavy on their coat and it will hang in certain places if you don't get it even. And I know that my experience. So if you wanted to Polish a full coated Maltese you could miss lightly the h two seventy and then just go over with the with the boar head brush. </w:t>
        <w:br/>
      </w:r>
    </w:p>
    <w:p>
      <w:r>
        <w:rPr>
          <w:sz w:val="22"/>
        </w:rPr>
        <w:t xml:space="preserve">Not a slicker, but an actual brush and Polish the outside of that coat and it just does something. The boar bristles do something because it's a natural fiber on a natural fiber and it just marries all those flyaways together and you have this beautiful, sleek looking coat. So I do like h two seventy. It's a good product okay yep all right. Let's see. Proper tools for the short coat, stripping blades, rubber curries, face Combs, and natural bristle brushes. And that's what I mean. It doesn't necessarily have to be this brand, but that's what they look like. Try to stay away from the copper bristle brushes with the boar bristle. </w:t>
        <w:br/>
      </w:r>
    </w:p>
    <w:p>
      <w:r>
        <w:rPr>
          <w:sz w:val="22"/>
        </w:rPr>
        <w:t xml:space="preserve">I think that pulls up a lot of skin. That kind of probably should be stuck down onto the skin itself. You want to do things naturally. You want to do things as unobtrusively as possible and let that skin be as uninterrupted as it possibly can be, with all the things that we're doing to it. Unnatural code Okay. We've all seen this slide. It was in the first hour. The natural coat requires proteins and minerals. Function and purpose Purpose of the medium coated animal. </w:t>
        <w:br/>
      </w:r>
    </w:p>
    <w:p>
      <w:r>
        <w:rPr>
          <w:sz w:val="22"/>
        </w:rPr>
        <w:t xml:space="preserve">The primary hair must lay on top of the secondary hair at a 45 degree angle. I want you to get your measuring tapes out. Just kidding. The primary hair colors that carries the color and the texture. The primary hair is the only type of hair that the oil can travel the body with. So we're all familiar with the Boo cut, correct? Boo has been shaved in that Boo cut so many times that he's all secondary hair. </w:t>
        <w:br/>
      </w:r>
    </w:p>
    <w:p>
      <w:r>
        <w:rPr>
          <w:sz w:val="22"/>
        </w:rPr>
        <w:t xml:space="preserve">All that is just secondary hair. And anybody who has a palm that has been shaved down and just has that soft hair that won't hold the trim very well. That's all secondary hair. He's lost all this texture. He's lost all his color. That hair cannot move his oils around the body anymore. It doesn't have the structure. It can't be louvered by the muscle, so therefore it can't have primary hair rubbing against primary hair as they walk. </w:t>
        <w:br/>
      </w:r>
    </w:p>
    <w:p>
      <w:r>
        <w:rPr>
          <w:sz w:val="22"/>
        </w:rPr>
        <w:t xml:space="preserve">That's how they spread their oil. And a lot of people wonder why, oh, my dog had a bad reaction to Frontline. Those drops that you've put between their shoulders. But they've had their golden shave all his life and they wonder why that particular type of product, Frontline and all the ones that you put on the shoulders, they depend. On the dog's hair system and oil system to distribute the medicine across the dog and what do we do? We put it on between the shoulders on a dog that doesn't have any primary hair. So how so? Of course the medicine settles right there at that spot and just putrefies that skin and gives it a horrible reaction. </w:t>
        <w:br/>
      </w:r>
    </w:p>
    <w:p>
      <w:r>
        <w:rPr>
          <w:sz w:val="22"/>
        </w:rPr>
        <w:t xml:space="preserve">The best thing you can do for those dogs if you are putting those drops on, which I don't recommend unless you are in a veterinary facility and that's what's required of you. If you put those drops on and the dog has been shaved and he doesn't have any primary hair to move it around, drop it all along the spine and then take your boar bristle brush and brush it into the coat and spread it around so it doesn't stay in that one spot and create an issue. Ok shape from underneath. Preserve 85 % of the coat for protection against external forces. </w:t>
        <w:br/>
      </w:r>
    </w:p>
    <w:p>
      <w:r>
        <w:rPr>
          <w:sz w:val="22"/>
        </w:rPr>
        <w:t xml:space="preserve">So when we're doing. A high and tight underneath of a golden retriever or something. We want to leave that entire jacket alone. You can trim the bottom of the chest, the underneath, the underline, and of course the pants on the back. Trim all that up and you can trim it up pretty short. Use a comb, go with the grain of the hair and you can tighten that trim up. And that is a good solution for people who don't want all the hair but still want their dog to be looking like a golden retriever. </w:t>
        <w:br/>
      </w:r>
    </w:p>
    <w:p>
      <w:r>
        <w:rPr>
          <w:sz w:val="22"/>
        </w:rPr>
        <w:t xml:space="preserve">They look like a hairy lab is what they look like afterwards. I think they look really fun and neat, but that's a good way to preserve the top coat without cutting into it and destroying that primary hair that carries oils and of course minerals. And this is my favorite slide in the whole world because that I love that. So unlike the short coat, the medium coat does not produce or need high levels of grease. Minerals are needed. Think of copper. Copper carries proteins over a sulfur bridge to deliver those proteins to other enzymes which take them to where they need to go. Minerals are so important to our body, we're constantly, constantly. </w:t>
        <w:br/>
      </w:r>
    </w:p>
    <w:p>
      <w:r>
        <w:rPr>
          <w:sz w:val="22"/>
        </w:rPr>
        <w:t xml:space="preserve">They're just little marchers, little factory workers going everywhere, making sure that all our systems are go. So illegal elements means a very tiny amount, or trace elements. Illegal is a Greek word that means tiny. So that's where our legal elements, the name of it came from. So this is such a short list of all the minerals that we need, but it's they're just by example. Some metallic minerals would be iron, manganese, copper, zinc. Nonmetallic minerals are called metalloids and they are calcium, fluoride, iodine, selenium, potassium, phosphorus on and on interfering with the skin layer. </w:t>
        <w:br/>
      </w:r>
    </w:p>
    <w:p>
      <w:r>
        <w:rPr>
          <w:sz w:val="22"/>
        </w:rPr>
        <w:t xml:space="preserve">Manmade traumas. Everything we do to the dog damages the skin and hair. Like everything we do. Petting shampoos, perfumes, cleaning products, personal products, pollution, shaving and other traumas. Who knows what we put them through. The fact is the dogs absorb 5 to 7 times more than humans through their skin. That's a lot. There is a study that will actually give you the time on certain substances, like if you drop an alcohol, a drop of alcohol on a human and a dog and a cat, and it'll actually give you the seconds. </w:t>
        <w:br/>
      </w:r>
    </w:p>
    <w:p>
      <w:r>
        <w:rPr>
          <w:sz w:val="22"/>
        </w:rPr>
        <w:t xml:space="preserve">I don't know what the name of the study is, but I do remember reading it. It'll give you the seconds it takes to get into the bloodstream of that particular mammal. We actually have a membrane under our basal layer as humans that most of the alcohol have dropped on our skin would evaporate before it got into our system itself. Dogs and cats don't have that membrane so it goes directly into their body, which is why you can't use a lot of dog products on cats because dogs are different than cats physiologically and they can tolerate a little bit different more to their functions. </w:t>
        <w:br/>
      </w:r>
    </w:p>
    <w:p>
      <w:r>
        <w:rPr>
          <w:sz w:val="22"/>
        </w:rPr>
        <w:t xml:space="preserve">But cats are super delicate. They absorb 30 times more than we do through their skin if you put alcohol. On cats, naked skin, they taste it immediately. It's in their bloodstream, it's in their body. Which is why a lot of people think that cats are embarrassed after they get shaved for whatever reason. Oh, he hides for a whole week. He's so embarrassed he just doesn't like the way he looks. Has nothing to do with it. The cat is absorbing its environment and it has to squirrel itself away to be able to deal with the trauma of it. </w:t>
        <w:br/>
      </w:r>
    </w:p>
    <w:p>
      <w:r>
        <w:rPr>
          <w:sz w:val="22"/>
        </w:rPr>
        <w:t xml:space="preserve">And in about a week. It can cover itself in oil again, of its own volition, and the hair's growing out a little bit more, and it acclimates to the bombardment of all the toxins that it's tasting. It's in its skin, the carpet powder that you put to make your house smell good, the thing that you plug in the glad. Blade plugins, that's going into his system. If somebody drops something on the floor and didn't wipe it up, that's going into his system. </w:t>
        <w:br/>
      </w:r>
    </w:p>
    <w:p>
      <w:r>
        <w:rPr>
          <w:sz w:val="22"/>
        </w:rPr>
        <w:t xml:space="preserve">If you hold your cat under your arm and you have underarm deodorant on, that's going into its system. So cats are so delicate. They need every hair that they were born with. They need it. So to shave a cat just, you know, for maintenance and it keeps them cool. It doesn't. You're doing a disservice to cats everywhere by just shaving. Now I'm not saving. Don't shave if it's medically necessary, or if the cat's elderly, or if the owner's elderly. </w:t>
        <w:br/>
      </w:r>
    </w:p>
    <w:p>
      <w:r>
        <w:rPr>
          <w:sz w:val="22"/>
        </w:rPr>
        <w:t xml:space="preserve">There are there are lots of reasons why you should shave, but there's very many why you shouldn't if you don't have to. Okay shaving causes UV exposure pollutants to absorb. Allergen exposure and color and texture loss shedding and deshedding. Seasonal shedding happens twice nearly on the solstices and it's because of the light on the shortest day of the year. On the on the longest day of the year it starts in the back and ends with the front. And the reason it does that is it still covers all the important organs. </w:t>
        <w:br/>
      </w:r>
    </w:p>
    <w:p>
      <w:r>
        <w:rPr>
          <w:sz w:val="22"/>
        </w:rPr>
        <w:t xml:space="preserve">Remember, 85 % of the coat needs to protect all those vital organs. So it'll shut off and back as it gets warmer and warmer or colder and colder, and then it'll wait till most of the body is covered in the back and then it will shut out all its front because it has that warmth in back or that hair in back. So that's how that happens. Now, appropriate methods, I'm going to say closed Tooth blade. I think everybody here knows what I'm talking about. </w:t>
        <w:br/>
      </w:r>
    </w:p>
    <w:p>
      <w:r>
        <w:rPr>
          <w:sz w:val="22"/>
        </w:rPr>
        <w:t xml:space="preserve">The particular dogs and all the pictures on this screen do not need this type of tool. It is not for them at all, for any reason. It's not for cats. It's not for anybody. Except if you're trying to get soft hair carted off of the underwear of a wire coat, which is what it was made for. But it's so well marketed. There's so many clients now think that they just, they like to see the results. </w:t>
        <w:br/>
      </w:r>
    </w:p>
    <w:p>
      <w:r>
        <w:rPr>
          <w:sz w:val="22"/>
        </w:rPr>
        <w:t xml:space="preserve">They like to see, oh, look at all the hair. I'm getting out. Yeah, I'm getting a bunch of hair out. That tool is indiscriminate and it will cut and tear. The hair that you want to keep as well as the hair that you want gone and I've seen over use of this tool in very many different types of coats. So I would say probably put those down if you want. </w:t>
        <w:br/>
      </w:r>
    </w:p>
    <w:p>
      <w:r>
        <w:rPr>
          <w:sz w:val="22"/>
        </w:rPr>
        <w:t xml:space="preserve">Now if a coat is impacted, should we shave? There's a lot of factors into going into deciding what we want to do. At this point you can absolutely recover an impacted coat. Now the question becomes, should you? If the people are willing to pay the money and the dog is young enough and happy enough to stay all day and be worked on and pampered on that, I'm saying sure, absolutely. Charge 500$ or whatever it is that you think you want. </w:t>
        <w:br/>
      </w:r>
    </w:p>
    <w:p>
      <w:r>
        <w:rPr>
          <w:sz w:val="22"/>
        </w:rPr>
        <w:t xml:space="preserve">However, a lot of dogs can't stay at a salon for that long and constantly be brushed at and. Velocity dried and this, that and the other to get all that hair out. It just depends on the client, it depends on the dog and it depends on whether you have the enough guts to charge what it is worth because it is an all day operation. So Deshedding continued. And remember we're using our first template for a dry allergy coat growth, anything having to do with hair. </w:t>
        <w:br/>
      </w:r>
    </w:p>
    <w:p>
      <w:r>
        <w:rPr>
          <w:sz w:val="22"/>
        </w:rPr>
        <w:t xml:space="preserve">We want that protein shampoo in the middle, so hydrate hair to loosen fibers, which means condition, cleanse, condition. And yes, this is a clarification of clothes open, close. Nobody thinks that the scales on a on a hair shaft open and close like a window or a door. No one's saying that it was a catch phrase that I used back in the day to make sure that you understand. The conditioner goes first, then the shampoo, then another condition. That's it. Because conditioner does close the hair shaft a little bit and the shampoo does open it up a little bit. But that's it. </w:t>
        <w:br/>
      </w:r>
    </w:p>
    <w:p>
      <w:r>
        <w:rPr>
          <w:sz w:val="22"/>
        </w:rPr>
        <w:t xml:space="preserve">That's all it was meant to do. That's all it was meant to be. Don't make it more complicated. The difference between good and bad oils, I'm going to say right down the middle. Petroleum based oils are bad, plant based oils are good. That's very simplified. There are exceptions to every rule. But on the face of it, you want to absolutely stay away from petroleum products if you can comb and brush during the conditioning phases of treatment only because shampoo will make the hair very brittle and you will have a lot of breakage. So if you want to save that hair, only work on the hair that has conditioner actually in it and then be very gentle because the hair is so wet and so saturated. </w:t>
        <w:br/>
      </w:r>
    </w:p>
    <w:p>
      <w:r>
        <w:rPr>
          <w:sz w:val="22"/>
        </w:rPr>
        <w:t xml:space="preserve">It will just sluice right off. You can cut it and tear it and stretch it so easily when it's in that delicate state. I just kind of pick on it very gently to make sure that it's loose and then I just use the velocity dryer to do the rest. And then of course every dog should be polished at the end either with a spray, a finishing spray, but that board bristle brush makes the difference between. A coat that looks healthy and clean and a coat that shines in the sun. </w:t>
        <w:br/>
      </w:r>
    </w:p>
    <w:p>
      <w:r>
        <w:rPr>
          <w:sz w:val="22"/>
        </w:rPr>
        <w:t xml:space="preserve">I have dogs walking out and they shine on a cloudy day. That's what I'm talking about. That is true health. We want them to be shiny and healthy and sparkly and delicious. Proper tools for the medium or natural coat stripping blades, coat king or something like it. Slicker brushes, metal Combs, natural bristle brushes, all of those are appropriate. Depending on the breed that you're working with. Now let's talk about critical temperature. Critical temperature. In dogs, they have a high critical temperature and a low critical temperature. </w:t>
        <w:br/>
      </w:r>
    </w:p>
    <w:p>
      <w:r>
        <w:rPr>
          <w:sz w:val="22"/>
        </w:rPr>
        <w:t xml:space="preserve">So if they get much too hot, the body perishes. If they get much too cold, the body perishes, right. So about 82 degrees cold and the dog is more than likely going to die. Critical low temperature is 82 degrees Fahrenheit. Shaving a pet makes the critical low temp go up by 10 degrees. So now we've lost 10 degrees of safety if that dog should have to go under anesthesia if it has to go to surgery, because anesthesia itself lowers the heart rate, lowers the blood pressure, and lowers the temperature. </w:t>
        <w:br/>
      </w:r>
    </w:p>
    <w:p>
      <w:r>
        <w:rPr>
          <w:sz w:val="22"/>
        </w:rPr>
        <w:t xml:space="preserve">So they're already compromised, they're already ill and now we've shaved this gold in his entire life and now he has to go into surgery for a broken leg and we've taken away 10 degrees of safety while he's being surgically worked on. And it's another reason perhaps not to shave double coated dogs. A question? Yes ma'am. Would that also go for cats and when you when you're talking specifically about shaving for this? Is it shaving with A7 or A10 Or is it shaving? Shaving to me is disrupting the natural lay of the coat. </w:t>
        <w:br/>
      </w:r>
    </w:p>
    <w:p>
      <w:r>
        <w:rPr>
          <w:sz w:val="22"/>
        </w:rPr>
        <w:t xml:space="preserve">Okok so it doesn't matter if you're shaving it, but it's like with a E comb, you're still shaving it, it's shaved. So when I when I save 85 % of the jacket on a golden retriever, it doesn't get cut into at all with anything. If there's one curl on the back that's weird and there's one hair sticking up, I may use thinners and thin that one hair off, but that's it. </w:t>
        <w:br/>
      </w:r>
    </w:p>
    <w:p>
      <w:r>
        <w:rPr>
          <w:sz w:val="22"/>
        </w:rPr>
        <w:t xml:space="preserve">I do not disturb the jacket, OK The pet has even less leeway to survive in case of trauma. So that's another that's another reason not to shave Willy nilly. There will always be medically necessary reasons to shave or financial reasons, and I make exceptions for those. You know, not everybody is all perfect and can keep their golden retriever perfect and nothing ever happens bad to them and then their life is perfect. Sometimes dogs have to get shaved for one reason or another, but we're saying try not to if you don't have to. </w:t>
        <w:br/>
      </w:r>
    </w:p>
    <w:p>
      <w:r>
        <w:rPr>
          <w:sz w:val="22"/>
        </w:rPr>
        <w:t xml:space="preserve">All right, the long coat difference. All you have to do is brush these guys on a regular basis and give them plenty of hydration and their coat will be beautiful. This particular kid is no longer with us. He literally has three hairs on the top of his head, but his hair is so strong and so healthy for this particular dog. That I can make his head round. He's not the best. He was not the best for Sean in the whole wide world. He had this, he had like Maltese hair and he was very difficult to do. And if I could get that head any bigger, they would absolutely have loved that. </w:t>
        <w:br/>
      </w:r>
    </w:p>
    <w:p>
      <w:r>
        <w:rPr>
          <w:sz w:val="22"/>
        </w:rPr>
        <w:t xml:space="preserve">But that was the longest it could be and still be round and hold that trim up there. He's not even wearing any Hairspray or anything to keep that hair up. That's just the strength of his hair. So when he's wet or if you just let him dry regular, he would literally just part in the middle of his head. So the drop coat hair is cylindrical. </w:t>
        <w:br/>
      </w:r>
    </w:p>
    <w:p>
      <w:r>
        <w:rPr>
          <w:sz w:val="22"/>
        </w:rPr>
        <w:t xml:space="preserve">It grows out of the skin like a spaghetti, like it's super round. So it's a spaghetti. And that's what makes it not curly at all. Every time you want to curl a straight hair, you're going to break it. Every time you want to straighten a curly hair, you're going to break it. It's going to have some damage. So it's best to let these guys absolutely have their hair. Even though we do have a high end, an ultra high end salon, a lot of the times our standout coats don't get stretched like for exhibition or for show. We trim with their natural coat because it lasts the longest and it doesn't damage their hair and their coat. </w:t>
        <w:br/>
      </w:r>
    </w:p>
    <w:p>
      <w:r>
        <w:rPr>
          <w:sz w:val="22"/>
        </w:rPr>
        <w:t xml:space="preserve">All of our clients are incredibly educated by us to make sure that they understand why we do what we do, what we're trying to preserve and their dogs are healthy and happy. That's what we're after. So the hair cylinical. It's easily damaged, brush damp, not wet. There is a sweet spot, and I learned this from John Sasko many years ago. There's a sweet spot, so you don't want to comb or brush a dog that's soaking wet, and you don't want to comb or brush a dog that's completely dry. You do want to wait for the moisture to be wicked by the towel and then it gets a sweet spot in it. </w:t>
        <w:br/>
      </w:r>
    </w:p>
    <w:p>
      <w:r>
        <w:rPr>
          <w:sz w:val="22"/>
        </w:rPr>
        <w:t xml:space="preserve">And then you absolutely can start using your sprays because it's just to damp. There might even be dryness here and there, but it's just to damp. And then you can comb out that coat and then dry and then style as usual non oily collagen for this baby. And of course trim the ends so that you don't get split ends. Split ends can actually happen at the edges of your hair. And if you don't cut snippet, if you don't trim your hair, that split end travels all the way up to the root and damages that whole entire. </w:t>
        <w:br/>
      </w:r>
    </w:p>
    <w:p>
      <w:r>
        <w:rPr>
          <w:sz w:val="22"/>
        </w:rPr>
        <w:t xml:space="preserve">Hair and if you have a whole head of split ends, your whole head, you just look like a fright wig. And then sometimes that's what happens to these Maltese. You bring them in and none of them are smooth. All of them have just breakage and floaties and flyaways because they've just been broken. Their hair is so delicate. The curly coat hair is ribbon shaped. Yes ma'am is using a hair dryer and a brush. </w:t>
        <w:br/>
      </w:r>
    </w:p>
    <w:p>
      <w:r>
        <w:rPr>
          <w:sz w:val="22"/>
        </w:rPr>
        <w:t xml:space="preserve">On heads a bad idea every time or is it okay on which kind of dog you were? Just talking about the long coats, The Maltese? That I'm assuming. Well, I find that if you do you the air itself is very drying. So that delicate curly coat. Curly coat. Oh, for the curly coats. Yeah, curly coats are tough poodles like this. Especially the show poodles and the exhibition poodles that all the groom team has and this and the other they're genetically sound and they have a really good coat and that's why they're used for exhibition. </w:t>
        <w:br/>
      </w:r>
    </w:p>
    <w:p>
      <w:r>
        <w:rPr>
          <w:sz w:val="22"/>
        </w:rPr>
        <w:t xml:space="preserve">But we tend to end up with the 90 % that won't go to exhibition. But poodle coat is tough. Yeah, it's really tough. And if you use that same rule. Don't brush them all the way wet and don't brush them all the way. Dry a little bit of damp and use some silicone spray and you're going to do the best by them and you can absolutely brush them and dry them in any way possible. </w:t>
        <w:br/>
      </w:r>
    </w:p>
    <w:p>
      <w:r>
        <w:rPr>
          <w:sz w:val="22"/>
        </w:rPr>
        <w:t xml:space="preserve">As long as you are hydrating them after shampooing and giving them minerals and a little bit of oil, you're doing the best by them. The only exception to the rule for standout coats is if they are going to some kind of a show or exhibition, they don't get conditioned so that hair can give them the best volume. But of course, after the shows, what do they do? Everybody gets broken down and put back in oil and papers. So absolutely you can absolutely get that. Their hair is kind of made for that, you know, that technique of fluffing. But the others I simply comb out while they're damp and then I use a cool dryer low to just get rid of all the moisture. </w:t>
        <w:br/>
      </w:r>
    </w:p>
    <w:p>
      <w:r>
        <w:rPr>
          <w:sz w:val="22"/>
        </w:rPr>
        <w:t xml:space="preserve">And then I trim what I see. I trim whatever's left. I trim and mold it and shape it and sculpt it to make that dog look the best that dog can be okay generally drop or curly coat is hair dryer and brush drying. Safe drop coats are a little more delicate. Curly coats are a little tougher, so if you've got a little delicate hair Maltese that has just like long eyelashes for a coat, you do not want to put a lot of heat or a lot of mechanical function on that dog. </w:t>
        <w:br/>
      </w:r>
    </w:p>
    <w:p>
      <w:r>
        <w:rPr>
          <w:sz w:val="22"/>
        </w:rPr>
        <w:t xml:space="preserve">You want to be delicate with it. I would even consider using a pin brush on most of them if they're very delicate and no slicker. That everybody, that's everybody okay. Long coat tips, of course, collagen or hydration collagen is very good. And this time I do mean collagen, especially for the long coats, curly and drop because you want to fill in those hairs as much as possible when they're dry so that those hairs move smoothly against each other instead of their open and out and they catch on each other okay. </w:t>
        <w:br/>
      </w:r>
    </w:p>
    <w:p>
      <w:r>
        <w:rPr>
          <w:sz w:val="22"/>
        </w:rPr>
        <w:t xml:space="preserve">So use some collagen for the long coats. It's really good for them. Antistatics like an h two seventy is a good antistatic spray. Never brush a dry coat. No one needs armpit hair. No one, no one, no one needs armpit hair. If there's a mat in there, shave it out. Top knots and hair bands. Now, I'm not talking about the ones that are up in rubber bands all the time and get taken down and brushed out and put back up again. That means that they have a varied movement on their head and that's fine, but. All the people that come in and say, Oh yeah, make it last, I want it to last. I will not put a bow in hair and have it last for more than three days. </w:t>
        <w:br/>
      </w:r>
    </w:p>
    <w:p>
      <w:r>
        <w:rPr>
          <w:sz w:val="22"/>
        </w:rPr>
        <w:t xml:space="preserve">And I'll tell them that to their face, I'm like it. This should fall out in the next three days if it's correct. And they say, oh, can you make it tighter so that it lasts? No, I cannot do that. I would never do that. I wouldn't do that to a little girl going to school and I wouldn't do it to any pet. I'm not going to have them have these bows in their hair all tight, so they stay for six weeks till the next groom. It's ridiculous. I make them come in and do fresh ones so that I can at least rub and massage where those were. </w:t>
        <w:br/>
      </w:r>
    </w:p>
    <w:p>
      <w:r>
        <w:rPr>
          <w:sz w:val="22"/>
        </w:rPr>
        <w:t xml:space="preserve">And I'll usually go from Fraggles to a uni to Fraggles again and switch around the tension that's on that hair. Leaving at least one inch of hair on this type of coat is recommended. So for the long coats drop and curly at least one inch because they have nothing. They don't have the thick undercoat like the double coated dogs do. They don't have the oil layer protection that the short coats do. </w:t>
        <w:br/>
      </w:r>
    </w:p>
    <w:p>
      <w:r>
        <w:rPr>
          <w:sz w:val="22"/>
        </w:rPr>
        <w:t xml:space="preserve">All they have is that hair and most of them are super delicate on their skin. So you want at least an inch of hair. If you got Maltese coming in and they get A7 all the time, that's probably not healthy for them. They're going to grow old and there is going to be the ones with all those lumps and bumps and bleeding warts and all that other stuff. That's what happens to them, because their skin hasn't been protected all their life because they've just been shaved with A7 all the time. </w:t>
        <w:br/>
      </w:r>
    </w:p>
    <w:p>
      <w:r>
        <w:rPr>
          <w:sz w:val="22"/>
        </w:rPr>
        <w:t xml:space="preserve">So what we do have longterm consequences. You might not see it the first time or the second time, but if you've groomed a dog, if you've been in the game long enough and you've groomed dogs. From puppyhood to go into the Rainbow Bridge, You start to see patterns if you start paying attention. Oh well, this dog used to be so beautiful. Why is it so messed up now? Look at your techniques. You know you could absolutely tweak your techniques and old dog should just look old. It should. It shouldn't be anything less than beautiful. All old dogs should have a full, beautiful, wonderful coat and be as healthy as they can until they draw their last breath. </w:t>
        <w:br/>
      </w:r>
    </w:p>
    <w:p>
      <w:r>
        <w:rPr>
          <w:sz w:val="22"/>
        </w:rPr>
        <w:t xml:space="preserve">And a lot of things that we've done in the past, the techniques that we've used, hopefully we're not using anymore, we're coming out of it would damage them. And we didn't realize it until much later until we had some data, until we had some longevity and some clinical observation of it. But the longer you're in the game, the more patterns that you're going to notice. And you should ask yourself why. You should ask yourself why you could be up here talking instead of me and saying, listen, I found this out. </w:t>
        <w:br/>
      </w:r>
    </w:p>
    <w:p>
      <w:r>
        <w:rPr>
          <w:sz w:val="22"/>
        </w:rPr>
        <w:t xml:space="preserve">You know, I observed, I saw, I understood this and now I've had some great results. So leave at least one inch of hair on those babies. So proper tools for the long coat would be pin brushes, slicker brushes if you don't care about breakage, natural bristle brushes to Polish, and of course a metal cone to find those little knots. Steps of therapy. And you've seen this one. We just went over those mask cleanse and hydrate. I call that the order of operations. Okay, if you're following the order of operations you're going to do well. That's why I gave you those 3 templates as well. </w:t>
        <w:br/>
      </w:r>
    </w:p>
    <w:p>
      <w:r>
        <w:rPr>
          <w:sz w:val="22"/>
        </w:rPr>
        <w:t xml:space="preserve">Now even though those 3 templates look similar, they are quite different and depending on what you see, because having a dog with alopecia is different on a long coat, drop coat on a double coat. And on a Boston Terrier, like all those are different. They have, it's the same thing, but you approach them in a nuanced way. And now I want to go over case studies because I think you guys will get a kick out of it. I've got time right there. Yes, you do. Ok excellent. Wonder if I can just share this. The question is, what brand of oils do you like? Sty organics. </w:t>
        <w:br/>
      </w:r>
    </w:p>
    <w:p>
      <w:r>
        <w:rPr>
          <w:sz w:val="22"/>
        </w:rPr>
        <w:t xml:space="preserve">Oh, I use all kinds of stuff. Let's see if I can share just this one. Yeah, that one's good. And then we're going to make this big. And then we're going to. Can you see this? Yeah, I can see pictures. Oh, that's not the one that I want. Then I did it wrong. Let's see, Share screen doesn't have like a show all screen. No, you got to pick the. You got to pick the correct screen. This should give you several options to choose. </w:t>
        <w:br/>
      </w:r>
    </w:p>
    <w:p>
      <w:r>
        <w:rPr>
          <w:sz w:val="22"/>
        </w:rPr>
        <w:t xml:space="preserve">Yeah, that's what I wanted. All right, that looks like a bunch of power. Points it's. Not how about that? Putting theory into practice, That's what I'm like okay perfect. So needs are the three coat types. Short coat needs more grease. Medium coat needs more minerals. Long coat needs more collagen. The skin cells are mostly liquid. Nucleus gets larger until totally keratinized and flat. Flake like, but actually the natural skin shedding process. Let's see. Normal characterization is 21 days, which is why we ask the pet to be groomed once a month. </w:t>
        <w:br/>
      </w:r>
    </w:p>
    <w:p>
      <w:r>
        <w:rPr>
          <w:sz w:val="22"/>
        </w:rPr>
        <w:t xml:space="preserve">The normal characterization of three weeks and a week. Four weeks is a great interval. If there's flakes, absolutely there will be flakes. Expect your dog to have dandruff because he's a living being. Normal movement of cells, so some dandruff is okay. We just see it more on darker, darker coats than we do on white coats. But they have it too. The epidermis and dermis belong to the groomer. Everything else belongs to the vet. If you can't see it, don't treat it. It's not yours. The inner ear, not your thing. Don't dump anything in there. Don't put any powder in there. Don't put any ear cleaner in there. Don't dump anything. The ear is a cell cleaning mechanism and we want to keep that intact and if you pour something in there and the tympanic membrane is broken or open, you're pushing material into the middle ear and you will cause a chronic issue. </w:t>
        <w:br/>
      </w:r>
    </w:p>
    <w:p>
      <w:r>
        <w:rPr>
          <w:sz w:val="22"/>
        </w:rPr>
        <w:t xml:space="preserve">And what we were talking about seborrhea 2. Quick characterization leads to cell fluid buildup under the hard layer of dead cells. Wet or dry seborrhea is not caused by sebaceous gland. It's a problem with the basal layer itself, and in order to fix, quote, unquote fix seborrhea, you have to feed the skin and make it remember how to process correctly. Again, cleansing too deeply is also an issue. Often smell doglike shortly after bathing. Let's call him Charlie the Bassett. Everybody has one in their salon. Everybody has seen one or have heard about 1. Bassett comes in, He's greasy and disgusting. So you bathe him three times and you don't condition him because he's already oily and you don't want to put any more oil on him, right? You send him home, you get the phone call the next day. </w:t>
        <w:br/>
      </w:r>
    </w:p>
    <w:p>
      <w:r>
        <w:rPr>
          <w:sz w:val="22"/>
        </w:rPr>
        <w:t xml:space="preserve">My dog smells worse than when I brought him in there. What's the deal? And you're like, Oh my God, Mrs. Smith, please bring Charlie back in and we'll bathe him three more times and we won't condition him to get the oil off. And this cycle happens, especially with short coats over and over and over, which is why 80 % of the dogs that are in the pound right now are all short coated, because nobody knows what to do with the greasy, smelly mess. Cleaning too deeply traumatizes the coat, which is why I don't like some of the mechanical means of getting deep into the into the dermis. You kind of don't want to. You kind of don't want that. </w:t>
        <w:br/>
      </w:r>
    </w:p>
    <w:p>
      <w:r>
        <w:rPr>
          <w:sz w:val="22"/>
        </w:rPr>
        <w:t xml:space="preserve">So here we are. Here's a healthy follicle. Sebum collects in the cup like reservoir in the follicle. See it in the Gray hair. Sebaceous land produces sebum necessary for survival. Everything's fine. This is a great hair follicle. It's super healthy. So now we go down here to this middle one and you see all the white in there where the Gray was. I'm not going to name names, but you know what I'm talking about. </w:t>
        <w:br/>
      </w:r>
    </w:p>
    <w:p>
      <w:r>
        <w:rPr>
          <w:sz w:val="22"/>
        </w:rPr>
        <w:t xml:space="preserve">If you clean very deeply, you remove all this oil and leaves it empty, basically. You go too deeply into the follicle. So now the sebaceous gland over produces sebum and overflows the cup to try and compensate for oil loss resulting in stink. Ok So what we do after shampooing, that's why we give conditioner and oil and minerals. That's what we washed away moisture and minerals and oils, so we need to replace it. And we fool this little cup here into thinking that it's full again, so that it doesn't produce all this sebum and you can't turn it off like a switch, you know. </w:t>
        <w:br/>
      </w:r>
    </w:p>
    <w:p>
      <w:r>
        <w:rPr>
          <w:sz w:val="22"/>
        </w:rPr>
        <w:t xml:space="preserve">So you're going to have to rehoil that dog weekly, have them come in every week, rehoil that dog until the skin can process normally again, and then you start stretching out the interval between the time it gets groomed. Ok removing grease alarms the skin, it then over produces sebum. In order to balance the natural fluid that is supposed to be there to preserve the body temperature and elasticity we just went over the normal body temps in dogs and the critical temperature. </w:t>
        <w:br/>
      </w:r>
    </w:p>
    <w:p>
      <w:r>
        <w:rPr>
          <w:sz w:val="22"/>
        </w:rPr>
        <w:t xml:space="preserve">These are the sebaceous zones on the body and they have the least amount of hair and need the most protection from heat and cold. It's a constant battle to keep a normal temperature. Sebaceous zones are foot pads, belly groin, armpits, base of tail, neck and ears. The ears have so many sebaceous glands inside of them that you should clean the ear with ear cleaner and then take a little bit of light oil and then reoil the inside of the ear. Cause what's inside of the ear. What's it made out of skin? It's made out of skin. If you constantly dry it out with ear cleaner, dry it out with alcohol, dry it out with peroxide, dry it out guess what's going to happen to that ear? An infection? Oil it up. </w:t>
        <w:br/>
      </w:r>
    </w:p>
    <w:p>
      <w:r>
        <w:rPr>
          <w:sz w:val="22"/>
        </w:rPr>
        <w:t xml:space="preserve">If you add minerals to the oil and oil it up with that, that's even better. You're keeping that ear healthy, so you should not put enough oil on your finger that it drips down into the ear canal itself just enough to coat a lightly inside that ear. All right, demystifying PH Everybody wants to talk about PH Well, PH is important only when you're dealing with very caustic or very acidic things. Some guy invented a machine that took whatever substance and you put it in the machine, and then he sets it on fire, and the machine measures how much hydrogen is in the stuff that he burned. </w:t>
        <w:br/>
      </w:r>
    </w:p>
    <w:p>
      <w:r>
        <w:rPr>
          <w:sz w:val="22"/>
        </w:rPr>
        <w:t xml:space="preserve">And then he made a chart to say, okay, this is really acidic. And this is really alkaline, and it's a chart with 14 points on it for measure. So PH simply means % hydrogen. I burn this up. So the % hydrogen is 9 in baking soda. I burned, you know, a lemon up and it's on a three. So that's all PH really is. It's just where on that scale of alkalinity or acidity it is. We want our shampoos to come from the manufacturer balanced. So that's right around seven which is neutral. Okay neutral is best for the product because it's going to be changed by your water. </w:t>
        <w:br/>
      </w:r>
    </w:p>
    <w:p>
      <w:r>
        <w:rPr>
          <w:sz w:val="22"/>
        </w:rPr>
        <w:t xml:space="preserve">Now if you if you'd have really hard water, really soft water or whatever water you have you can maintain the PH of your shampoo. By putting one drop of silicone in your shampoo water mixture, that will maintain the integrity of the PH for about 20 minutes. And if you're washing more than 20 minutes, wow, that's a dirty dog. But that's really all you need it for. </w:t>
        <w:br/>
      </w:r>
    </w:p>
    <w:p>
      <w:r>
        <w:rPr>
          <w:sz w:val="22"/>
        </w:rPr>
        <w:t xml:space="preserve">Once the conditioner hits the animal conditioner is already PH neutralizing, so it's already balanced. Once you use conditioner, it's balanced. So I wouldn't worry so much about your hard water or it throwing the PH of the shampoo off. What I would worry about is getting conditioner on that dog. Unless you have a dog with open wounds, open skin, rashes, something that's open into the body, I would not worry about PH at all. So here's our four categories of therapy. Now remember what we were talking about? Allergy, hair loss, coat growth, shedding, all are handled with proteins and minerals. </w:t>
        <w:br/>
      </w:r>
    </w:p>
    <w:p>
      <w:r>
        <w:rPr>
          <w:sz w:val="22"/>
        </w:rPr>
        <w:t xml:space="preserve">The protein helps build hair and also attaches to allergens and gets washed away. Minerals help refeed the skin with trace minerals and raw materials that it needs to make more new skin cells. Bacteria is antibacterial and you want a surfactant to scrub it away. Fungus, Colloidal sulfur. Parasites, colloidal sulfur. Those are the four categories of therapy is good skin care. If anybody's ever been to a had a facial done, they detoxify your skin, they cleanse it, and then they hydrate. Sometimes they do it all twice because they want you to pay them money. </w:t>
        <w:br/>
      </w:r>
    </w:p>
    <w:p>
      <w:r>
        <w:rPr>
          <w:sz w:val="22"/>
        </w:rPr>
        <w:t xml:space="preserve">So detoxify, Prepare a mask, Loosen old sebum, nourish delicate skin and hair, Pull toxins and pollutants off of the surface of the skin and hair, and it brings the coat to a neutral PH And that's with a clay or a conditioning mask. Decide what it is you're treating. Are you treating allergies, hair, bacteria, fungus, parasites, or a chronic condition or a metabolic disease? For all coats, shampoos. Now we have been trained into using this general setup of shampoos in every salon. When I came on the scene, it was like that before me. I know it was like that and it still is like that. And some everybody's got a medicated, everybody's got a hypo, everybody's got a white coat and the one they use for maintenance, right? Well, if you just have one medicated for everybody. </w:t>
        <w:br/>
      </w:r>
    </w:p>
    <w:p>
      <w:r>
        <w:rPr>
          <w:sz w:val="22"/>
        </w:rPr>
        <w:t xml:space="preserve">Do they all have the same thing? Is my heart condition and your diabetes going to be treated with the same drug? No different skin conditions need different medicated shampoo. So one medicated shampoo is not going to cut it doesn't help anything. You're not isolating what it needs to isolate hypoallergenic it means nothing. Anybody can be allergic to any substance at any time. When they label something hypoallergenic, usually they've taken the scent out of it and they've made it the surfactant, so weak that it doesn't really scrub well because they want it to be, quote unquote gentle. </w:t>
        <w:br/>
      </w:r>
    </w:p>
    <w:p>
      <w:r>
        <w:rPr>
          <w:sz w:val="22"/>
        </w:rPr>
        <w:t xml:space="preserve">Well, I put scented, strong surfactants right on raw skin all the time, but it's thoughtful. I just don't pour it on there because it's raw. I'm thoughtfully treating the pet for what it is that is wrong with that pet. So just because a shampoo doesn't have a scent, it doesn't mean it's hypoallergenic. It just means it doesn't have a scent and it's less likely to cause an allergic reaction, because probably 90 % of the reactions you get from a shampoo or an allergic reaction like that, it's because synthetic fragrances have been used, and synthetic fragrances are very they will irritate quicker than a natural scent will. But hypoallergenic? I've seen dogs become allergic to a hypoallergenic shampoo, so it doesn't matter. </w:t>
        <w:br/>
      </w:r>
    </w:p>
    <w:p>
      <w:r>
        <w:rPr>
          <w:sz w:val="22"/>
        </w:rPr>
        <w:t xml:space="preserve">White coat shampoo is for stains on white coats. It's not for maintenance of white coats. White coats are white coats and if they don't have staining, they're just dirty. Then you can use them with a regular shampoo. No big deal. It'll take the dirt away and they'll be white again, no worries. But if they have red rusty colors around their flues and around there. Anus and their feet and then that's something going on the inside that they're exuding out. </w:t>
        <w:br/>
      </w:r>
    </w:p>
    <w:p>
      <w:r>
        <w:rPr>
          <w:sz w:val="22"/>
        </w:rPr>
        <w:t xml:space="preserve">So I would probably use white coat chimp who on that type of staining and it would be based be based in colloidal silver silver. Colloidal silver is actually heavier than the staining and it can sometimes replace the stain and then over time it absolutely becomes wider and wider. So think of the individual that you're working on, are you just going to use a generic? Pill, if you will. A generic shampoo to use it on everybody, even though we're all very different individuals. Even if you go to a hair stylist, they don't use the same shampoo on everybody because everybody's hair is different. </w:t>
        <w:br/>
      </w:r>
    </w:p>
    <w:p>
      <w:r>
        <w:rPr>
          <w:sz w:val="22"/>
        </w:rPr>
        <w:t xml:space="preserve">Some may have oily hair or oily scalp, some may be very dry. You know, we all need different things, hydrate different oils, react differently on the skin and hair and Malians and humectants. So Remember Me talking when you ask the oil question? Emolians are ingredients that sink into the skin and pull all the hydration to the skin. Humectants are something that lays on top. Oh, I'm sorry I have that backwards because I'm tired. </w:t>
        <w:br/>
      </w:r>
    </w:p>
    <w:p>
      <w:r>
        <w:rPr>
          <w:sz w:val="22"/>
        </w:rPr>
        <w:t xml:space="preserve">Emolians are something that lays on the skin and humectants and you can tell the humectants pull in the water because of humectants. The first part of the word means water humid humectants. So humectants pull in all the water. Emolians lay on top and if you look at your favorite shampoo, it has an emollient and a humectant in it. So one oil sinks into the skin and another oil covers it up so all the moisture stays in the skin and doesn't evaporate off. So think of the specific needs of the pet friend you're working with and don't be afraid to try different combinations. </w:t>
        <w:br/>
      </w:r>
    </w:p>
    <w:p>
      <w:r>
        <w:rPr>
          <w:sz w:val="22"/>
        </w:rPr>
        <w:t xml:space="preserve">The only reason I know what I know today is because I was not afraid to experiment. And I tried everything. I've made every dog in the whole wide world greasy. I've made them dry. I've made them somewhere in between. I've made them tailed. But I learned from it. And that's the only way that you're going to learn this, really. I'm giving you a guide to go by, but you have to learn your area. </w:t>
        <w:br/>
      </w:r>
    </w:p>
    <w:p>
      <w:r>
        <w:rPr>
          <w:sz w:val="22"/>
        </w:rPr>
        <w:t xml:space="preserve">You have to learn the reaction of ingredients, on the processes of the body, of the pet you're working on. And that really is half the game. Simple therapy is to cleanse and hydrate for clients when condition is not severe. When PET shows improvement, this could literally just be a medicated cleanser of some of some sort and some type of a conditioner with minerals in it. </w:t>
        <w:br/>
      </w:r>
    </w:p>
    <w:p>
      <w:r>
        <w:rPr>
          <w:sz w:val="22"/>
        </w:rPr>
        <w:t xml:space="preserve">That's simple therapy. The only thing that makes it therapy is that it's not a maintenance shampoo and conditioner is just regular shampoo and conditioner. When it becomes therapy is when you change that cleanser to an antibacterial or an antifungal or that protein placental enzyme shampoo. So that is a simple therapy, just two products, maybe some minerals. You're done light spa is close, open, close or hydrate, cleanse, hydrate. And of course, that covers a myriad of things. Depleted coat allergies, shedding, coat growth, all of those things can be done with clothes, open clothes or hydrate, cleanse, hydrate and the cleanse should be the protein, placental enzyme. </w:t>
        <w:br/>
      </w:r>
    </w:p>
    <w:p>
      <w:r>
        <w:rPr>
          <w:sz w:val="22"/>
        </w:rPr>
        <w:t xml:space="preserve">Deep therapy is when you add the mask, the clay mask. So detoxify, cleanse and hydrate. Severe cases, specific issues and elite services. Elite services are the nothing's wrong with that Yorkie, but mom comes in with fur coat dropping in, diamonds driving up in her Jaguar. She just spent 3000$ at Red Door Spa and Salon. She wants that little Yorkie to have something. You can do everything to that dog. It's still healthy and you can charge. So don't think that therapies are just for, you know, dogs with rotten skin, you know, pamper those babies that come in with those high paying clients absolutely. </w:t>
        <w:br/>
      </w:r>
    </w:p>
    <w:p>
      <w:r>
        <w:rPr>
          <w:sz w:val="22"/>
        </w:rPr>
        <w:t xml:space="preserve">How do I decide? Scabs, inflammation, rash, hotspot crust, redness, flaking odor, or all of the above? Well, we break it down into templates. Therapy equals good skin care. So skin open or closed? Top left. Is that open or closed? Is this one open or closed skin? Open or closed? Open or closed. My point here in asking this is that we don't know what it is. We're not veterinarians and even though we kind of know what some of them are and we may be able to guess correctly, the only way you know for sure is with diagnostics. </w:t>
        <w:br/>
      </w:r>
    </w:p>
    <w:p>
      <w:r>
        <w:rPr>
          <w:sz w:val="22"/>
        </w:rPr>
        <w:t xml:space="preserve">Let that kid go and get some diagnostics. Once the vet can tell you what it is, that makes our job easy. We just pick out the correct product and the magic happens. Easy peasy. But if they won't go get a diagnosis or the client is lying to you or for whatever reason, you can absolutely treat all of these. And I think there's a slide that addresses that. Also protect yourself if you are doing therapeutic work, you absolutely have to protect yourself. If you're in a veterinarian environment, this dog absolutely has MRSA. So I'm treating a MRSA dog. You can't see, but my eyes are shielded, my face is covered, my hair is covered, I'm gowned, I've gloves on, everything is covered. </w:t>
        <w:br/>
      </w:r>
    </w:p>
    <w:p>
      <w:r>
        <w:rPr>
          <w:sz w:val="22"/>
        </w:rPr>
        <w:t xml:space="preserve">Before this dog comes into the bathing area, a technician actually follows me out of the kennel and disinfects everything until I get the dog up. And then when I'm ready to get the dog down again, she disinfects right and back of me. Disinfects the whole tub everywhere the dog walked, Everything that touched the dog, it's disinfected. And that's how you do it. And I don't expect you to do MRSA dogs in your salon or your van or your home groom clients. This is basically for veterinary purposes. I don't expect everybody to do things to this extent. That's just where that's where I like to be. But you should be able to protect yourself. </w:t>
        <w:br/>
      </w:r>
    </w:p>
    <w:p>
      <w:r>
        <w:rPr>
          <w:sz w:val="22"/>
        </w:rPr>
        <w:t xml:space="preserve">You should have a metal comb. And some box of gloves up front. Let's say a new client comes in and he's got some questionable scabs on him. You snap some gloves on and you take that comb out of the Barbasol and dry it off on a paper towel and use that comb to go through and part that hair. And look at those scabs and say, oh, well, what's going on here? Oh, I don't know. We got to take him to the vet next week number one a Veterinarian needs a dirty dog. To diagnose what's going on with the skin and the ears and the feet, don't watch them before they go to the vet. </w:t>
        <w:br/>
      </w:r>
    </w:p>
    <w:p>
      <w:r>
        <w:rPr>
          <w:sz w:val="22"/>
        </w:rPr>
        <w:t xml:space="preserve">So you send that client right out your front door and say, Oh well, I can't watch this dog if it's going to the vet for this because you wash away all the evidence and then they tell the owner, well, everything's fine. I don't see anything because we washed it away. Let the vet have The Dirty dog. Once you get the diagnosis, the client comes back and then you can treat the way you need to treat so. </w:t>
        <w:br/>
      </w:r>
    </w:p>
    <w:p>
      <w:r>
        <w:rPr>
          <w:sz w:val="22"/>
        </w:rPr>
        <w:t xml:space="preserve">What if the client won't see the vet? Anything that looks bad will always benefit from all three steps of the deep therapy. So when a vet diagnosis is not present or not possible, always treat for both bacteria and fungus. So you're going to detoxify using a gentle clay mask with ginkgo oil or and ozonized olive oil or the oil of your choice. Cleanse mix your antibacterial and your antifungal together. This is the cleansing step. </w:t>
        <w:br/>
      </w:r>
    </w:p>
    <w:p>
      <w:r>
        <w:rPr>
          <w:sz w:val="22"/>
        </w:rPr>
        <w:t xml:space="preserve">Then you're going to hydrate, help repair the barrier with mineral conditioners that contain phospholipids, maybe ginkgo oil. It was a nice olive oil and or collagen. You could use avocado, you could use a hoba, you could use argon but the minerals are important. This will always be good for anything you see in the pictures up top and from the left it is a hotspot bacterial. </w:t>
        <w:br/>
      </w:r>
    </w:p>
    <w:p>
      <w:r>
        <w:rPr>
          <w:sz w:val="22"/>
        </w:rPr>
        <w:t xml:space="preserve">The next slide is the next picture is allergies, the next picture is Cushing's and the last picture is fungal. So I know those dogs that I know that that's what they actually are, but you can't really know that unless they get diagnosed. So this is the template for when they don't go to the vet. You want to partner with a veterinarian if you can. The younger ones are easier to talk to, the older ones maybe not so much. </w:t>
        <w:br/>
      </w:r>
    </w:p>
    <w:p>
      <w:r>
        <w:rPr>
          <w:sz w:val="22"/>
        </w:rPr>
        <w:t xml:space="preserve">Your portfolio is your life. Every single person who grooms dogs should have a portfolio. You should start now. Any certificate you've achieved, Every reference that you've had from anybody pictures of your before and after grooms, any therapies you do if you also put in there what you used, how often it was used. Give them a history. Along with before and after pictures, or a series of pictures over the time that you treated that dog, that means more to somebody that's going to hire you than being able to do a foot really well. </w:t>
        <w:br/>
      </w:r>
    </w:p>
    <w:p>
      <w:r>
        <w:rPr>
          <w:sz w:val="22"/>
        </w:rPr>
        <w:t xml:space="preserve">Working with skin is so i just love it. I just love it. It's so gratifying it makes everybody's life better, including mine. The fact that I'm able to make those pets feel better and the client feels better and they have a better quality of life. That means everything vocabulary be able to speak to a veterinarian with a little bit of vocabulary knowledge that's why when you say, instead of saying scabs, say crust. </w:t>
        <w:br/>
      </w:r>
    </w:p>
    <w:p>
      <w:r>
        <w:rPr>
          <w:sz w:val="22"/>
        </w:rPr>
        <w:t xml:space="preserve">Instead of saying dander, say flakes. Little things like that can show them that you have a little bit of training so they take you seriously a little bit more. Take them to lunch. They love free food. They love free food. Bring them lunch and you can talk in their office while they. Smash food in their face. That would be amazing. Be humble. Don't spend your half an hour with them telling them how much you know. Ask them how they feel about your treatments. Be humble. Document everything. Also, here's a fun tip. </w:t>
        <w:br/>
      </w:r>
    </w:p>
    <w:p>
      <w:r>
        <w:rPr>
          <w:sz w:val="22"/>
        </w:rPr>
        <w:t xml:space="preserve">Always get in good with their head receptionist. She is the gatekeeper for the whole entire process. If she loves you and you're bringing her birthday gifts, and on Christmas you bring her a present and on Valentine's Day you bring candy, you're in like Flinn. Absolutely get to know a veterinarian. They may charge you less for when you nick an ear or a tongue because you're their friend. It makes a difference. Common medical terms Pyoderma an infection in the skin. Pruritic means itchy. Alopecia is loss of hair or baldness. Khabito is a blackhead or cyst. </w:t>
        <w:br/>
      </w:r>
    </w:p>
    <w:p>
      <w:r>
        <w:rPr>
          <w:sz w:val="22"/>
        </w:rPr>
        <w:t xml:space="preserve">Addison's disease is not enough cortisol. Cushing's is too much. Sebaceous admitis is inflammation and usually death of the sebaceous gland. Seborrhea is a disorder of the basal layer. Wet is iliosa, dry is sicka. It's a buildup of hair and oil. Hypothyroidism is lowered. Production of T4 and T3 hormones in the thyroid. Atop is inhaled or ingested, allergy and Calcinosis. Cutus is masses of solid elevated tissue. Here is Ruby. This is case study number one. She had Demonex mange. Demonex, of course, is something that lives on us naturally anyway, and they had her on ivermectin, but after she had the all clear, she still had no hair. </w:t>
        <w:br/>
      </w:r>
    </w:p>
    <w:p>
      <w:r>
        <w:rPr>
          <w:sz w:val="22"/>
        </w:rPr>
        <w:t xml:space="preserve">So that's when I get her. And we brought her back probably in about four weeks, I'm going to say four weeks of weekly therapy. And she regrew all her head on her sweet face. She also had a bad tooth and a broken jaw, and we decided we were trying to decide whether the tooth went bad and broke the jaw or the jaw was malformed and caused the cavity. We'll never know. Here's Wolfgang. He's the doctor that I was telling you about. He was hypothyroid, had cushings and diabetes. They found him in the desert under living underneath of a porch, and he was blind, deaf and elderly and had all everything going against him. </w:t>
        <w:br/>
      </w:r>
    </w:p>
    <w:p>
      <w:r>
        <w:rPr>
          <w:sz w:val="22"/>
        </w:rPr>
        <w:t xml:space="preserve">The 12 veterinarians told me I would never grow hair on this gentleman. And as you can see, he came back almost entirely fully coated. And he was an older baby, too. So yes, it matters. Feeding the skin matters. I'm in a couple of groups that are in allergy community and they're basically full of a lot of clients, a lot of owners, not necessarily groomers. And all of them are like, well, what food should I feed? My dog has allergies and this, that and the other and I almost can say it in my sleep. </w:t>
        <w:br/>
      </w:r>
    </w:p>
    <w:p>
      <w:r>
        <w:rPr>
          <w:sz w:val="22"/>
        </w:rPr>
        <w:t xml:space="preserve">I can type it without thinking about it on my phone with my pinky. How often do you bathe and what are you bathing with? Are you using conditioner? And 110 % the answer is always no. I've never used conditioner. Somehow I can't believe that somebody somewhere didn't tell somebody Do you use conditioner? Why not try conditioner? Try cheap conditioner. That's better than nothing. So yes. He had a bunch of oil in the beginning, like a conditioning mask. Then he as soon as we could get all those crusts off of him. Those are crusts. That's not just naked skin. Those are actual crusts all over his body. Then we started using the protein, placental enzyme, shampoo, and lots of oil and minerals afterward, and he turned into the most shiniest, beautifulest boy. </w:t>
        <w:br/>
      </w:r>
    </w:p>
    <w:p>
      <w:r>
        <w:rPr>
          <w:sz w:val="22"/>
        </w:rPr>
        <w:t xml:space="preserve">Here's Holly. This is the very first actual therapy I did back in the day. Probably in her 2000 or a little bit earlier. This dog was like this for 10 years, 10 years. And I said, hey, I got a new bead on some therapies. Will you let me try? I won't charge you any more than what I charge you for her regular groom. Now, a lot of people think this is Clipper alopecia. </w:t>
        <w:br/>
      </w:r>
    </w:p>
    <w:p>
      <w:r>
        <w:rPr>
          <w:sz w:val="22"/>
        </w:rPr>
        <w:t xml:space="preserve">It is not. This was all over her body. Even under her longer hair, on her legs and in her ears. One was on her eye. Around her groin like it was everywhere. It was so gross and it was so thick. It was like a half inch thick off of her body. Her records from her vet said she is within normal limits. That always astounds me and every time I tell the story it still astounds me. </w:t>
        <w:br/>
      </w:r>
    </w:p>
    <w:p>
      <w:r>
        <w:rPr>
          <w:sz w:val="22"/>
        </w:rPr>
        <w:t xml:space="preserve">This is obviously not normal, but this Mama loved her baby and she goes, well, if you're not going to charge me anymore, i've tried everything else. I've spent near thirty thousand dollars on this dog for her whole life. So what happened? And I'll tell you what, I think this is my hypothesis. What happened is I think that she got maybe a scratch from a stick outside or something and it got infected. So they gave her a special shampoo and they washed her in it and it took the infection away, but her hair started being lost. So they gave her another shampoo and they bathed her to death. </w:t>
        <w:br/>
      </w:r>
    </w:p>
    <w:p>
      <w:r>
        <w:rPr>
          <w:sz w:val="22"/>
        </w:rPr>
        <w:t xml:space="preserve">And that with no conditioner. And that was happening for at least seven of those ten years, I'm sure. What I what I what you're looking at in that top picture is actual depletion. She has been washed to death. This is what happens when we don't use conditioner. And I'm looking at this and my first thought is I'm not thinking of holy cow. What's she eating? It's in the back of my mind but I'm like holy cow. This dog needs minerals and conditioner on top. </w:t>
        <w:br/>
      </w:r>
    </w:p>
    <w:p>
      <w:r>
        <w:rPr>
          <w:sz w:val="22"/>
        </w:rPr>
        <w:t xml:space="preserve">Like right now I would take a spray bottle and spray this dog every time I passed her in my house. However, this only took about. 8 weeks to have her fully coated on her hair, on her, on her back. All the crusts are gone from her eyes. They released from her feet just from giving this poor baby oils, minerals and conditioner. It was crazy. This is Teddy and you saw him before. He was the one that was neutered, bred, too young and then neutered. </w:t>
        <w:br/>
      </w:r>
    </w:p>
    <w:p>
      <w:r>
        <w:rPr>
          <w:sz w:val="22"/>
        </w:rPr>
        <w:t xml:space="preserve">And then a year and a half goes by, he's still dormant. Well, he turned into this luxurious buddy right here. This took about 8 months, but he was fully coated in about, I'm going to say five months, four to five months from this. I still, this neck right here was so smooth. It was like a baby's butt and I was even afraid that I'd never get any hair to grow on it. But he turned out beautiful here, His Jorge. This is a little Guinea pig that a six year old girl brought in. </w:t>
        <w:br/>
      </w:r>
    </w:p>
    <w:p>
      <w:r>
        <w:rPr>
          <w:sz w:val="22"/>
        </w:rPr>
        <w:t xml:space="preserve">He had demadex, and is it? You can see there's no hair on his body between his back and his little claws. They brought them to me and they're like, well, usually we kind of dispose of these kids because they're, you know, pocket pets. They're pretty disposable. This was a child's pet, Jorge was his name. So I said, well, I'll see what I can do. I use the placental enzyme shampoo and a lipid conditioner, which is full of minerals and oils. And five weeks. </w:t>
        <w:br/>
      </w:r>
    </w:p>
    <w:p>
      <w:r>
        <w:rPr>
          <w:sz w:val="22"/>
        </w:rPr>
        <w:t xml:space="preserve">And he grew all this people back. So this method doesn't only work for dogs and cats. It works for land mammals that don't need dust to bathe like a chinchilla or a rabbit. You would never bathe those animals. Here's Max. This is a stallion he'd been through. He was five years old. At this time, he'd been through about five to seven owners. One of my technicians actually acquired him because nobody could get his leg to heal. He has summer itch or sweet itch. His immune system doesn't heal his skin fast enough if he has a wound, so flies will lay eggs under his skin. So that's what this deal was. And since he's a barn animal, lives outside, it's really hard to keep the flies off of him. </w:t>
        <w:br/>
      </w:r>
    </w:p>
    <w:p>
      <w:r>
        <w:rPr>
          <w:sz w:val="22"/>
        </w:rPr>
        <w:t xml:space="preserve">They were scrubbing it and doing all and throwing the purple powder on and all the things. So we modified the template and we poultest him about three times and changed the poultest every 48 hours. The poultice consisted of mineral collagen and conditioner. That's it we did before we put the poultice on, we did wash it with an antibacterial shampoo. And in 56 days, after five years of being like this, in fifty six days, he has real skin again. </w:t>
        <w:br/>
      </w:r>
    </w:p>
    <w:p>
      <w:r>
        <w:rPr>
          <w:sz w:val="22"/>
        </w:rPr>
        <w:t xml:space="preserve">And the technician now knows he's got this issue. So every time he gets written or she turns him out or whatever, once he comes back in again, she checks him from nose to tail and make sure there's no cuts or abrasions. And I'm She also knows how to mix up the poultice, so if he has a scratch or abrasion, she puts it on right away and heals properly. And he doesn't have the issue anymore. Marketing and pricing. There's all kinds of things you can do. This is just an example of a far away long in the past menu that I had. You can do a mineral soak, feeds the skin and gives the immune system a boost. </w:t>
        <w:br/>
      </w:r>
    </w:p>
    <w:p>
      <w:r>
        <w:rPr>
          <w:sz w:val="22"/>
        </w:rPr>
        <w:t xml:space="preserve">And how you do that as you drape a towel over them after they've been washed and rinsed. And you pour an herbal decoction over the towel and the towel holds the herbs and the water or the tea if you're using tea and it holds it against the skin for about 5 minutes. So that's a mineral soak. Then of course our teeth brushing, we have an oil treatment, color enhancement, we've got degreasing treatment, hand stripping, ozone treatment, deodorizing you. The sky is the limit if you want to market yourself, if you have an area like we live in the Sonoran Desert, so I could call my foot soaks, Sonoran paw, foot soaks or whatever avocado sue these. </w:t>
        <w:br/>
      </w:r>
    </w:p>
    <w:p>
      <w:r>
        <w:rPr>
          <w:sz w:val="22"/>
        </w:rPr>
        <w:t xml:space="preserve">You could just do all kinds of things and be creative. You know they're all the same types of things. You're still supporting the immune system of the body and supporting detoxification and nourishment of the skin. It's all good charge for it. People want this. If you have these, if you have the ability to do these addons and you don't have a SPA menu, you are really doing yourself a disservice. The number one reason people fail to pay for addons is because you don't tell them that there's addons. </w:t>
        <w:br/>
      </w:r>
    </w:p>
    <w:p>
      <w:r>
        <w:rPr>
          <w:sz w:val="22"/>
        </w:rPr>
        <w:t xml:space="preserve">You're doing it to yourself, so make sure that your client knows that it's available. Ask them if they want something extra before you take the dog back so that you're getting your full amount of money that you're entitled to while still giving health and quality of life to their pet. You know what one of my friends did? She created an invoice and it just had the basic room. And then had all the packages on it, how much they were. So when they were checking in like sushi, Yes. So they are checking off this so that when they're signing for the invoice for the grooming, they are right there in their face, all these other things that they could have. </w:t>
        <w:br/>
      </w:r>
    </w:p>
    <w:p>
      <w:r>
        <w:rPr>
          <w:sz w:val="22"/>
        </w:rPr>
        <w:t xml:space="preserve">And you know what, that creates a really good travel sheet too. So you don't forget. Yep, that's a great idea. And of course, here's a reference list for some of the places that you can find veterinary information. Molar and Kirk. Small Animal Dermatology is a textbook by Muller and Kirk. The role of breed in canine skin disease. Helen Power and Pascal Prelat are really good. They have a ton of papers and they got all the alphabets in back of their names. </w:t>
        <w:br/>
      </w:r>
    </w:p>
    <w:p>
      <w:r>
        <w:rPr>
          <w:sz w:val="22"/>
        </w:rPr>
        <w:t xml:space="preserve">Papers from American College of Veterinary Pathologists, European College, Japanese College, also Perugia italy the university there has excellent paperwork and you can get those translated. Another one that I love is optimizing skin and coat condition in the dog by all these Royal Veterinary College people, and that's me. All right. Is there any other questions? Ok you can stop to share. Oh okay, yes, Hold on. Let's see, where can we find minerals and collagen? Good question. </w:t>
        <w:br/>
      </w:r>
    </w:p>
    <w:p>
      <w:r>
        <w:rPr>
          <w:sz w:val="22"/>
        </w:rPr>
        <w:t xml:space="preserve">Minerals can be had from vital earth minerals, and that's one of the ones that I showed you in the first segment. You can get them through Amazon. You can probably contact me if you want the link. The placental enzyme shampoo, you can either have a commercial preparation and that's Yves Saint Bernard Mineral H shampoo, or you can simply make your own. It's that simple. You get placental enzyme that's capsulated from the health food store. If it's at the health food store, it's FDA approved. </w:t>
        <w:br/>
      </w:r>
    </w:p>
    <w:p>
      <w:r>
        <w:rPr>
          <w:sz w:val="22"/>
        </w:rPr>
        <w:t xml:space="preserve">Any brand is fine. And you just break open the capsule in the shampoo and break open the capsule in the conditioner and use that and you have a placental enzyme treatment right there and it's. Very efficient and economical. But there's no placental enzyme shampoo, correct yes mineral a shampoo by Eves and Bernard. Yes, Okay. And what's the other one That was it? That was the question. Yeah, and the minerals can also be gotten from and the collagen can be gotten from essentialwholesale.com You don't need a wholesale account, you can just go in and buy their stuff. But it's very economical, very easy to find, go through their ingredients. </w:t>
        <w:br/>
      </w:r>
    </w:p>
    <w:p>
      <w:r>
        <w:rPr>
          <w:sz w:val="22"/>
        </w:rPr>
        <w:t xml:space="preserve">I get a lot of my oils there. I get my herbs from star west botanicals. Another mineral you can get is from body bio, and those are the individual ones that you saw lined up with the magnesium and zinc. So there's several places you can even get trace mineral drops off of Amazon. They're I think they're about 50$ for the bottle, but you're only using a dropperful at a time or a capsule at a time. All right, how about protein? Is there an additive? Proteins well, if you're using the placental enzyme capsules, you don't really need a protein because that is, that's it. </w:t>
        <w:br/>
      </w:r>
    </w:p>
    <w:p>
      <w:r>
        <w:rPr>
          <w:sz w:val="22"/>
        </w:rPr>
        <w:t xml:space="preserve">That's the one. If you want to add quinoa protein or however other types of protein, I would add it into the conditioner rather than the shampoo. And what was the name of the capsule? I think she's referring to the placental and just look for sheep or bovine placental enzyme. That's it. Ok All right. I think that's it. All right, So we will be back tomorrow. All right, Let me stop the recording. We don't have to add that to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