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Surviving Or Thriving</w:t>
      </w:r>
    </w:p>
    <w:p>
      <w:r>
        <w:rPr>
          <w:sz w:val="22"/>
        </w:rPr>
        <w:t xml:space="preserve">OK Welcome to the last session of the Skin and Coat Summit for 2023 One thing that is probably really important that all the wonderful, wonderful seminars we've had up to this point, this is going to be entirely on the role that nutrition plays in that. So do you want me to interrupt you for questions or are you going to wait till the end? You know that's way to the end, cuz otherwise I'll probably get off track okay good. </w:t>
        <w:br/>
      </w:r>
    </w:p>
    <w:p>
      <w:r>
        <w:rPr>
          <w:sz w:val="22"/>
        </w:rPr>
        <w:t xml:space="preserve">All yours okay so today we're gonna be talking about how important is food to the skinning coat, and that's gonna boil down to our pet foods. So before we start, I'm going to go into the legal disclaimer. The information presented in this program is designed for an educational purposes only. It is solely advisory and the author cannot be held responsible for actions taken in regard to this program. We offer new warranty, either implied or expressed, all materials accurate to the best of this author's knowledge. My name is Kate Clayson. I am the owner and founder of Balance Pause which is a grooming facility in Arizona. I am also the owner and founder of HELP which stands for Human and Animal Emergency Lifeline Preparedness where I teach emergency preparedness and other prepared topics as well. </w:t>
        <w:br/>
      </w:r>
    </w:p>
    <w:p>
      <w:r>
        <w:rPr>
          <w:sz w:val="22"/>
        </w:rPr>
        <w:t xml:space="preserve">So when it comes to the pet food though, this is a journey that I've been doing for about the last 14 years. My journey started because of these two. And these are my original dogs that I had as a as a young adult. The one to the right, my right anyway, is Max. He's the black and white one and Chloe is the Shepherd mix And I'm going to tap on this really quick, but Max ended up having a lot of health issues and his end game and when he passed away, it was only about seven months later before I lost Chloe. </w:t>
        <w:br/>
      </w:r>
    </w:p>
    <w:p>
      <w:r>
        <w:rPr>
          <w:sz w:val="22"/>
        </w:rPr>
        <w:t xml:space="preserve">And it was such a devastating time, a very devastating and expensive time, because I was just whatever the vet said I would do. And because of the fact that these guys grew up with me, they went through a lot of good times and a lot of bad times. And so I always did the best that I can do in that point in time. </w:t>
        <w:br/>
      </w:r>
    </w:p>
    <w:p>
      <w:r>
        <w:rPr>
          <w:sz w:val="22"/>
        </w:rPr>
        <w:t xml:space="preserve">But after they had passed away and I started getting my new crew that's still with me to this day, I wanted, I was at that point where I just wanted them to have the best of the best. And so I started doing my research into the food aspect of things and it was a very eye opening experience for me. And I went in at that point and I just was so devastated with what I learned. </w:t>
        <w:br/>
      </w:r>
    </w:p>
    <w:p>
      <w:r>
        <w:rPr>
          <w:sz w:val="22"/>
        </w:rPr>
        <w:t xml:space="preserve">And what's the beautiful thing with that is 14 years later now there is so much information that's out there, but sometimes at the same time, that could be really confusing for clients as well. So is it important for to know about nutrition for a groomer as a groomer well? This is where my own personal opinion is going to come into play, because I'm going to say yes, we are a part of their Wellness team. </w:t>
        <w:br/>
      </w:r>
    </w:p>
    <w:p>
      <w:r>
        <w:rPr>
          <w:sz w:val="22"/>
        </w:rPr>
        <w:t xml:space="preserve">At least I feel that we're a part of their Wellness team. And as a groomer, we bond and see them regularly enough and often enough that we're typically the first ones to see when changes occur. So when we start to see changes in the skin and coat, we start to see changes in. Even the way they perform during the grooming process, there's all these little things that we do on a daily basis with people's dogs and yet we probably don't even realize how much we do or don't give ourselves enough credit for that. So when it comes to the nutritional part of it, could we start seeing some things that the that the skin and coat is trying to communicate to us that we can go back to the client? And say, hey, I'm noticing a b and c, if you don't mind me asking, what do you feed in Fido? Now, a lot of times that's not necessarily the easiest conversation to go about because a lot of people associate food with love, and so they don't want to sit here and feel that what they're feeding their dog is something that's actually bad for them. </w:t>
        <w:br/>
      </w:r>
    </w:p>
    <w:p>
      <w:r>
        <w:rPr>
          <w:sz w:val="22"/>
        </w:rPr>
        <w:t xml:space="preserve">But if we understand. The nutrition, and we understand the cloud at it, we can actually have that conversation without making them feel bad. So scanning can be caused by nutritional deficiencies? Yes, yes they can. And what's so funny to me is on the human side of things, that is kind of common sense. Not kind of. It is common sense, right? So we know if I start eating bad foods, let's say I decide to splurge one weekend and I start having, you know, pizza, nachos and all these foods that aren't necessarily good for me, I'm either going to get bloated and I'm going to have stomach issues. I may start breaking out because I break out with certain foods. </w:t>
        <w:br/>
      </w:r>
    </w:p>
    <w:p>
      <w:r>
        <w:rPr>
          <w:sz w:val="22"/>
        </w:rPr>
        <w:t xml:space="preserve">Well, why does that happen? Because what I'm putting in is not necessarily the proper nutrition. So a lot of the skin problems that we're starting to see, well, not starting to see. But what we're seeing more and more I should say in our canine friends are these Skin cancers, bacterial skin infections, greasy skin, dry, flaky skin, parasites of food, hypersensitivities or intolerances, hormone related skin diseases in hot spots, just to name a few. So I put a picture of the nose the right there because I thought that was a really good example as far as what some of the nutritional deficiencies that we could see. </w:t>
        <w:br/>
      </w:r>
    </w:p>
    <w:p>
      <w:r>
        <w:rPr>
          <w:sz w:val="22"/>
        </w:rPr>
        <w:t xml:space="preserve">So typically when we see a dry out nose, cracked nose. And I get a lot of clients are like, well, I put this balm on there or I'm putting alcohol or not alcohol, coconut oil on there and it doesn't seem to really be making a difference. Well, there's only there's only so much that we can do topically. At some point we have to look at what's coming systemically. And this is one of those things that could actually be systemic and this is usually an indicator of some sort of deficiency. So essential fatty acid. Well, why is this important? And probably something that we want to point out to our clients, because essential means it has to essentially come from the diet. </w:t>
        <w:br/>
      </w:r>
    </w:p>
    <w:p>
      <w:r>
        <w:rPr>
          <w:sz w:val="22"/>
        </w:rPr>
        <w:t xml:space="preserve">Our bodies cannot synthesize that. So this is something that if we see it, it's a lack of that. The body's not going to be able to do anything because it can't synthesize it to make up for the deficiency so this is when known type of stuff to be able to come out and say, you know, this could possibly be a deficiency and essential fatty acids. Maybe you want to add in more Omega threes or you know something along those lines because we're not going to exactly know for sure, but. We're not diagnosing at that point. We're just giving a recommendation which is really typically no different than if they were to go into a pet store and it's a employee that's giving them some sort of direction when it comes to their food. </w:t>
        <w:br/>
      </w:r>
    </w:p>
    <w:p>
      <w:r>
        <w:rPr>
          <w:sz w:val="22"/>
        </w:rPr>
        <w:t xml:space="preserve">And I think that's what we have to kind of differentiate. We're not, we're not sitting here saying they do have a deficiency, we're just helping, helping guide them with certain things, so. I put in the Pottinger study because I thought that was a really good example of essential vitamins and minerals. The Pottinger study I would highly recommend going on YouTube. And pulling up the Pottinger study and watching it, it's about a 15 minute video, but Pottinger was a medical doctor that was looking for a cure for tuberculosis when the meantime they use cats for their laboratory animals. </w:t>
        <w:br/>
      </w:r>
    </w:p>
    <w:p>
      <w:r>
        <w:rPr>
          <w:sz w:val="22"/>
        </w:rPr>
        <w:t xml:space="preserve">And so they had a bunch of cats and different cats were being fed different things. And Pottinger started noticing some of the deficiencies that came with that and how it was starting to affect the cats. So it ended up putting him on a different pathway because he ended up doing about a 10 year study on cats and how nutrition affects cats. And what he found was when they were deficient, it not only affected the cat that was being fed at that point in time, but if that cat ended up breeding. </w:t>
        <w:br/>
      </w:r>
    </w:p>
    <w:p>
      <w:r>
        <w:rPr>
          <w:sz w:val="22"/>
        </w:rPr>
        <w:t xml:space="preserve">Then the next generation actually started having nutritional deficiencies as well and it continued on and got worse as the generations got further along. So then he said, well, if deficiencies affect cats and deteriorates them over time, then can we start feeding them the proper diet and how many generations is that going to take to bring them back to good health? And what he found is it takes a minimum of four generations to be able to bring them back to good health. </w:t>
        <w:br/>
      </w:r>
    </w:p>
    <w:p>
      <w:r>
        <w:rPr>
          <w:sz w:val="22"/>
        </w:rPr>
        <w:t xml:space="preserve">So there's a couple of different examples. Here we have the example of the importance of nutrition and how it will affect animals. But then we also have where we can step in and say, well, let's talk about the essential vitamins and minerals, so cats most of us know cat food. The difference between cat and dog food is the fact that it has taurine added to it. Humans and dogs can synthesize their own taurine. If everything is functioning properly, we can synthesize our own taurine. This is why we don't have to have anything added to our foods. Cats, they found, cannot synthesize their own taurine, so that's an essential vitamin and mineral that has to be added into their food. </w:t>
        <w:br/>
      </w:r>
    </w:p>
    <w:p>
      <w:r>
        <w:rPr>
          <w:sz w:val="22"/>
        </w:rPr>
        <w:t xml:space="preserve">This is why we'll hear well, dogs can survive on cat food. The cats cannot survive on dog food. If you've ever heard that before, that is why. So this is where I think All in all is a good example of not only essential vitamins and minerals for us to understand. If we want to really kind of gather our thought process around that, then let's think of the touring issue and it's also showing. How nutrition affects animals. And it's not just that one animal that it can infect them for generations upon generations, but they're skinning, coat, communicating. </w:t>
        <w:br/>
      </w:r>
    </w:p>
    <w:p>
      <w:r>
        <w:rPr>
          <w:sz w:val="22"/>
        </w:rPr>
        <w:t xml:space="preserve">Well, yeah, absolutely. And hopefully after you've had this seminar this weekend that it starts to make more and more sense because if it's coming out in the skin and coat, it's the body's way of trying to get rid of it. So at some point the body is trying to do it can. To say something's going on in here and it's not working properly. So to give you a little bit of an example here, the examples are copper deficiency that can cause dull coat, dry hair coat. </w:t>
        <w:br/>
      </w:r>
    </w:p>
    <w:p>
      <w:r>
        <w:rPr>
          <w:sz w:val="22"/>
        </w:rPr>
        <w:t xml:space="preserve">It must be the end of the day. Patchy hair loss, normal hair pigment. The coat will look a little bit washed out. But zinc deficiency can cause hair loss, skin ulcers and areas of the skin thickening and cracking, particularly over joints and on foot pads. So when we see these dogs coming in and they have those balding elbows, you know, a lot of people are like, Oh well, they lay outside a lot. Well, that isn't necessarily what may be causing it can actually be caused by a zinc deficiency as well if food does not have adequate protein or fat. </w:t>
        <w:br/>
      </w:r>
    </w:p>
    <w:p>
      <w:r>
        <w:rPr>
          <w:sz w:val="22"/>
        </w:rPr>
        <w:t xml:space="preserve">Develop areas of hair loss or hair may lose color. The coat may become dry, dull and brittle. So there's many factors that can go into what is affecting skin and coat and what deficiencies it may be. This is why it's nice to take recognition of that and then have the conversation with your client for them to be able to maybe go get a blood test done and see if there may be some sort of deficiency. </w:t>
        <w:br/>
      </w:r>
    </w:p>
    <w:p>
      <w:r>
        <w:rPr>
          <w:sz w:val="22"/>
        </w:rPr>
        <w:t xml:space="preserve">Skin related signs of neuro efficiency can clear quickly with appropriate levels in the diet hopefully again after this weekend we realized that skin is our biggest organ. It is a biological organ that needs proper nutrients in order to function properly. Now I hate to think of it this way, but yet at the same time it is a good comparison as far as our body is like a car engine right i'm not going to go sit there and put diesel oil or diesel fuel in my car. </w:t>
        <w:br/>
      </w:r>
    </w:p>
    <w:p>
      <w:r>
        <w:rPr>
          <w:sz w:val="22"/>
        </w:rPr>
        <w:t xml:space="preserve">That takes, you know, regular octane because it's not going to, it's not going to run properly. It might not run at all. I'm not going to, you know, run my car when it's got no oil in it because it's going to break down, so. Think of it that way. What are we putting into that engine and are we putting the proper nutrients into that engine for it to run properly? Some of the things that can be risk factors to skin disease or low fat content, poor quality protein or fat, low nutrient digestibility, high levels of nutrients that inhibits in absorption, which is crucial for normal skin. So usually when I have a talk with my client, I will say are we feeding them food to survive or are we feeding them food to thrive? And I think when we start noticing these things, we can pretty much answer that question. </w:t>
        <w:br/>
      </w:r>
    </w:p>
    <w:p>
      <w:r>
        <w:rPr>
          <w:sz w:val="22"/>
        </w:rPr>
        <w:t xml:space="preserve">This is a survival food versus this is a food that's going to make them thrive. And when I have changed clients over and start feeding them in a different direction, they start noticing the results of that. And they're just like, oh man, I can't believe that, you know, all I had to do is switch the food. Well, again, on the human side of things, that makes sense. But for some reason, when it comes to the animals, we're just so shocked by it. And it's probably just because I've been doing this for so long that it just. </w:t>
        <w:br/>
      </w:r>
    </w:p>
    <w:p>
      <w:r>
        <w:rPr>
          <w:sz w:val="22"/>
        </w:rPr>
        <w:t xml:space="preserve">To me, I'm just like really? But there's still people that are learning. We're always on a learning journey, so this is a perfect example. I love this movie. I think it's a perfect example for what we're talking about. For those of you that are a little bit younger and you might not know or have ever heard of this movie, I highly suggest looking up this movie and watching it because it is a really good learning tool basically i don't want to give the movie away, but. </w:t>
        <w:br/>
      </w:r>
    </w:p>
    <w:p>
      <w:r>
        <w:rPr>
          <w:sz w:val="22"/>
        </w:rPr>
        <w:t xml:space="preserve">This movie is about this guy that decides he's going to eat nothing but fast food for about 30 days. And he wants to see like, what is fast food going to do to me? And so he's under the supervision of a doctor. But what's amazing is how the body responds to the food that he's eating and how quickly the body responded to that and. If you watch that, then maybe everything will kind of make a little bit more sense and it'll have a better understanding because it's a perfect example of what we put in is what comes out and how it comes out. </w:t>
        <w:br/>
      </w:r>
    </w:p>
    <w:p>
      <w:r>
        <w:rPr>
          <w:sz w:val="22"/>
        </w:rPr>
        <w:t xml:space="preserve">So one of the things that I hear from my clients all the time is, well, I don't feed them people food. And this kind of stems from that stupid super size me, right. I don't feed them people food and I think, well, what's your definition of people food? Because what it means to me and what it means to you, maybe two different things. And that's a really good way to walk into the conversation as well, because I'll usually ask them that question and that's when they oh, I don't, I don't feed them any table scraps. </w:t>
        <w:br/>
      </w:r>
    </w:p>
    <w:p>
      <w:r>
        <w:rPr>
          <w:sz w:val="22"/>
        </w:rPr>
        <w:t xml:space="preserve">I don't feed them anything off the plates. I don't feed them this. I don't feed them that. Ok but what exactly is your definition of people? Food because for me, food is what the Earth has provided for us for thousands and thousands of years. And whether we want to realize it or not, dogs have been part of the human society for quite a few thousand years now. So what did they do prior to this kibble? They eat what we call nowadays people food, right? So if you're talking about fresh fruits and fresh vegetables and fresh meats, then that's great. </w:t>
        <w:br/>
      </w:r>
    </w:p>
    <w:p>
      <w:r>
        <w:rPr>
          <w:sz w:val="22"/>
        </w:rPr>
        <w:t xml:space="preserve">I think you should feed them people food. I could be chassis for saying that. But if you're talking about, you know, fast food products, so we're talking about McDonald's, we're talking about pizza, we're talking about, you know, chicken tenders, that type of thing. If you're telling me you don't feed on people food and that's what your definition of people food is, then by all means, I'm in 100 % agreement with you. So let's clarify that. When we're talking to our clients, is this, what is people food to you? Because if we're talking about fruit, fresh fruits, vegetables, I give them green beans for treats, I give them, you know, celery, I give them cucumbers. </w:t>
        <w:br/>
      </w:r>
    </w:p>
    <w:p>
      <w:r>
        <w:rPr>
          <w:sz w:val="22"/>
        </w:rPr>
        <w:t xml:space="preserve">My dogs love cucumbers and there's no calories to it, certain things like that. Then it would be a just it would be a shame basically that they're not getting people food at that point. So I think it's important if we're really going to truly wrap our heads around Kibbles and food and how important food is, let's take a look at the history of dog food. Because maybe once we start really digging into the industry itself, maybe that's where things will start making a little bit more sense and really ultimately. Make you realize that us as groomers and being a Wellness team, this is pretty important stuff to at least get the basis of it and be able to guide them down the road. </w:t>
        <w:br/>
      </w:r>
    </w:p>
    <w:p>
      <w:r>
        <w:rPr>
          <w:sz w:val="22"/>
        </w:rPr>
        <w:t xml:space="preserve">Even if you don't have to sit back and do a full consultation, you can at least kind of guide them. So the history of dog food. Before dog food even came into play, dogs scavenged around human settlements and were table scraps. But it wasn't until the eighteen sixties. I'm going to be real generalized when I come to explaining this. If you guys want to get into a little bit more on positive Ed site, I do have a full nutrition program. So go through the positive Ed site and you can find it there. But give you a general idea. Eighteen sixties james spratt, he's a guy from Ohio who is an electrician and he like he wanted to go out and sell lightning rods. </w:t>
        <w:br/>
      </w:r>
    </w:p>
    <w:p>
      <w:r>
        <w:rPr>
          <w:sz w:val="22"/>
        </w:rPr>
        <w:t xml:space="preserve">That was his entrepreneur adventure. So he goes to Europe and while he's there he sees all the ships support and he sees the sailors. And the sailors at that point in time were carrying what they called heart tech. And heart tech was a mixture of like flour, water and salt. And that was basically their survival food that they would carry with them because it was very easy and it was enough nutrients that provided them what they needed until they got to port and so. </w:t>
        <w:br/>
      </w:r>
    </w:p>
    <w:p>
      <w:r>
        <w:rPr>
          <w:sz w:val="22"/>
        </w:rPr>
        <w:t xml:space="preserve">As he was walking around he realizes that some of this heart attack is falling and the street dogs would come up and they would start eating it. And after he realized that he thought i'm going to make some heart attack for dogs. So he made his version of what he thought was the heart attack which was meat meal and dates. That he pounded into a round Patty and patented that as his meat, fibrine, dog cake. And that was the beginning of dog food. So James that stays in Europe until the early nineteen hundreds and after the early nineteen hundreds he was back to the United States where then his idea of dog food starts taking off hair as well and as it started growing. </w:t>
        <w:br/>
      </w:r>
    </w:p>
    <w:p>
      <w:r>
        <w:rPr>
          <w:sz w:val="22"/>
        </w:rPr>
        <w:t xml:space="preserve">Then we had the canned food invention come into play. That was by the Chapel brothers who were from Rockford, illinois my home state. And that was in about 1922 So in 1922 it became a very popular option. Unfortunately that also was a way of disposing horses because automobile started coming into society and horse and carriage were. On their way out. And so they thought, well, what are we going to do with all these horses? And they slaughtered the horses and put that into a canned dog food. </w:t>
        <w:br/>
      </w:r>
    </w:p>
    <w:p>
      <w:r>
        <w:rPr>
          <w:sz w:val="22"/>
        </w:rPr>
        <w:t xml:space="preserve">This became so popular that they started slaughtering about 50.000 thousand horses a year. But then World War Two came into play. And in World War Two, the government said, hey, we need to ration the tin. So you guys can't utilize tin to make your canned food. And that's when they had to start coming up with dry options. This one I thought was a little bit interesting. I thought I'd kind of throw this one in there just because of the fact that we still see these on the market today. The milk bone came into play in about two nineteen oh seven nineteen oh eight. So a slaughterhouse proprietor was looking for something to do with his waste milk, and he contacted his friend Carlton Ellis, who was a chemist. </w:t>
        <w:br/>
      </w:r>
    </w:p>
    <w:p>
      <w:r>
        <w:rPr>
          <w:sz w:val="22"/>
        </w:rPr>
        <w:t xml:space="preserve">And Carlton Ellis, he came up with different things. He came up with the modern day margarine paint remover varnished. And so he took on this challenge and decided that the that he was going to come up with was going to involve malt, grain and other products along with the milk waste product. And initially it was in a square form and the dogs were not taken to it. And I thought it was pretty funny because in 1937 he did an interview with Popular Science magazine and According to him, he said that he found that his dog manifested the tremendous interest in the bone shaped biscuit. </w:t>
        <w:br/>
      </w:r>
    </w:p>
    <w:p>
      <w:r>
        <w:rPr>
          <w:sz w:val="22"/>
        </w:rPr>
        <w:t xml:space="preserve">So it was a square shaped, dogs weren't necessarily eating it and he has credit to his dog because he changed it into a bone shape and then all of a sudden his dog. Loved these biscuits that he wouldn't eat if it was a square shape. So how often you know, is that true or not? I don't know. But that's what's out there. So then comes the dry food era. And then dry food era first consisted of heavy meals that were the byproduct of the human cereal industry. </w:t>
        <w:br/>
      </w:r>
    </w:p>
    <w:p>
      <w:r>
        <w:rPr>
          <w:sz w:val="22"/>
        </w:rPr>
        <w:t xml:space="preserve">And it became very popular because pet owners were able to buy large quantities providing convenience and little prep. And I think that's where a lot of the marketing still is targeted to this day. In 1957 Perina was born and the extruded dry kibble was born as well. And that is the process that is mainly used today as the sterilization process that most kibbles still use. So with that, we need to talk about AFCO. Who exactly is AFCO? We hear AFCO thrown around all the time. Oh, this is AFCO approved, you know, aFCO but who exactly is AFCO and what does it stand for? An association of American feed control officials. </w:t>
        <w:br/>
      </w:r>
    </w:p>
    <w:p>
      <w:r>
        <w:rPr>
          <w:sz w:val="22"/>
        </w:rPr>
        <w:t xml:space="preserve">And I'm going to emphasize the American feed control officials because there is a difference between a. Feed definition and A food definition and I will get into that in a little bit here. But AFCO is established in 99 they were organization comprised of state and federal officials. So because of the fact that their feed control that has feed that has to do with livestock, it wasn't until 1959 that the pet food committee was actually formed. It wasn't until 1967 that they started implementing pet food label regulations and we're going to go over into some of the label regulations in a little bit here. But it was only in 1967 prior to that these companies were able to put anything they wanted on their labels. </w:t>
        <w:br/>
      </w:r>
    </w:p>
    <w:p>
      <w:r>
        <w:rPr>
          <w:sz w:val="22"/>
        </w:rPr>
        <w:t xml:space="preserve">They can say complete and balanced and have absolutely nothing to back that up. All of it was freedom of speech marketing and there hasn't been a whole lot to change that. Believe it or not, today Afco's definition of complete and balanced is a product has all required nutrients and proper amounts and proportions, and has been tested to make sure it meets complex nutritional requirements of a healthy dog or cat. In the next slide, we'll go over that in a little bit more detail, but the complex nutritional requirements are a set of nutrient profiles published by the Nutritional Companion, Animal Nutritionists and National Research Council, the NRC And what a lot of people don't realize is they didn't even start really researching into the nutritional components of an animal's diet until the nineteen seventies and nineteen eighties and. </w:t>
        <w:br/>
      </w:r>
    </w:p>
    <w:p>
      <w:r>
        <w:rPr>
          <w:sz w:val="22"/>
        </w:rPr>
        <w:t xml:space="preserve">Once they started coming up with that profile, it took until the nineteen nineties that AFCO started publishing the nutrient profiles themselves. So if we think about that, we had label regulations that didn't occur until 1967 and we didn't even have nutritional profile that was published and put in the recommendation until the nineteen nineties. So it's only been 30 years that we all of a sudden now all know the nutritional needs for our animals. So what did they do? Fired in the nineteen, nineties, they survived right. </w:t>
        <w:br/>
      </w:r>
    </w:p>
    <w:p>
      <w:r>
        <w:rPr>
          <w:sz w:val="22"/>
        </w:rPr>
        <w:t xml:space="preserve">I mean this is where I say common sense is going to start. Hidden here as far as it's common sense on the human side, but when it comes to the animals, we feel like you can't survive on nothing but this kibble when really ultimately we didn't even know about this until the nineteen nineties, what their nutritional needs were. The other aspect of AFCO that I wanted to point out was a lot of people think that AFCO is a governing body when in all actuality they're just a recommendation body. So they don't have any governing powers. </w:t>
        <w:br/>
      </w:r>
    </w:p>
    <w:p>
      <w:r>
        <w:rPr>
          <w:sz w:val="22"/>
        </w:rPr>
        <w:t xml:space="preserve">The governing powers have to come from the FDA. So in the nineteen sixties little was known about nutritional requirements. It wasn't until the seventies and early eighties studies in the university studied all minimum nutritional requirements for dogs and cats of different life stages. The first products were introduced to target different life stages, all life stages for dogs and cats. 2000 to present is when we see the expansion of brands, niche markets and health claims. We're going to go into that a little bit more as well. But unfortunately, you know, it's really sad to sit here and see that this is really kind of a fresh industry in some regards. </w:t>
        <w:br/>
      </w:r>
    </w:p>
    <w:p>
      <w:r>
        <w:rPr>
          <w:sz w:val="22"/>
        </w:rPr>
        <w:t xml:space="preserve">And there's so many arguments within this industry. It's really kind of sad and disservice in the animals. Yet at the same time again, life is nothing but a learning journey and we're all starting to learn more and more. So when it comes to nutritional requirements, AFCO has what they now published from the NRC as far as their minimum standards. So when pet food companies come out and they make their brand of pet food, they can either validate their complete and balanced claims by meeting the AFCO nutrient profile or participating in a feeding trial, which most of the time they're not going to do that. But they have the opportunity to be able to do that. </w:t>
        <w:br/>
      </w:r>
    </w:p>
    <w:p>
      <w:r>
        <w:rPr>
          <w:sz w:val="22"/>
        </w:rPr>
        <w:t xml:space="preserve">So what they have to do is send in a sample of their food and it can go through some lab work and if it comes back that it meets the requirements, boom, they get their label. All life stages is formula to meet the nutritional levels for growing dogs and during reproduction, so maybe excess calories for an adult. So if they do decide, you know what I want to do more. And I want to do an actual feeding trial. The requirements for a feeding trial are to have eight dogs that must be in the food for 26 weeks and remain healthy. That's it. Now if we want to label that all life stages, then it has to be 8 dogs, including adult females who have been bred. </w:t>
        <w:br/>
      </w:r>
    </w:p>
    <w:p>
      <w:r>
        <w:rPr>
          <w:sz w:val="22"/>
        </w:rPr>
        <w:t xml:space="preserve">And must be fed food throughout the gestation and lactation. The puppies must be weaned and on the food and on the food and followed up after 10 weeks. If everybody stays healthy at that point then they get the label of all life stage. So knowing that all life stages is enough nutritional requirements for puppies and lactating females and gestation and then. You know my dog? That's a 5 year old male who may not be as active are in we have these feeding recommendations on that bag. We're not taking every dog into account and what their nutritional needs are. And so it's just a broad overview. </w:t>
        <w:br/>
      </w:r>
    </w:p>
    <w:p>
      <w:r>
        <w:rPr>
          <w:sz w:val="22"/>
        </w:rPr>
        <w:t xml:space="preserve">And so a lot of times what'll happen is people will feed what is the required amount on that bag when ultimately that's way too many calories for that particular dog. So this is where we start to see more and more overweight dogs as well. Okay, my slides like to move forward on me, but that's Okay. All right. So when I said, you know, I'll get to it later. As far as feed grade versus food grade, sometimes that's really hard to say, i have the AFCO book and so I definitions right out of the AFCO book. And the reason that I state that is because I have seen articles out there that state that there is no actual definition of human grade food and that this doesn't exist. </w:t>
        <w:br/>
      </w:r>
    </w:p>
    <w:p>
      <w:r>
        <w:rPr>
          <w:sz w:val="22"/>
        </w:rPr>
        <w:t xml:space="preserve">Well, it does because I got the book. And I pulled it out from the book. So feed grade, the definition is material that has been determined to be safe, functional and suitable for its intended use in animal food is labeled and handled appropriately and conforms to the FDA, otherwise expressly permitted by the appropriate state or federal agency. Basically, it's suitable for animal food. So there's no real regulation on it. Okay, human grade food. Where did that go? Hang on one second. Just when I thought technology was going to be my friend, human grade food, every ingredient and the resulting product are stored, handled, processed, and transported in a manner that is consistent and compliant with regulations for current good manufacturing practices. </w:t>
        <w:br/>
      </w:r>
    </w:p>
    <w:p>
      <w:r>
        <w:rPr>
          <w:sz w:val="22"/>
        </w:rPr>
        <w:t xml:space="preserve">Human edible foods. All ingredients and manufacturing processes meet human food law. Human food is much more rigorously regulated. So basically anything that wasn't fit for human conception can go into feed grade. So you can have what we call. We can have dead animals, diseased animals, drugged or downed meat producing animals that go into these rendering mixtures. These animals are rejected for use in human food. </w:t>
        <w:br/>
      </w:r>
    </w:p>
    <w:p>
      <w:r>
        <w:rPr>
          <w:sz w:val="22"/>
        </w:rPr>
        <w:t xml:space="preserve">So I don't put this picture up here because I wanna sit here and gross you out. I put this up here because this is the reality of the industry, right? All you have to do go on to Google, go on to Google and type in rendering points and see the images that come up with that. Because I can guarantee you're probably gonna see some that are even unprettier than this. I just made-up my own word, so we don't know what. These diseases are we don't drug animals. They sit back and say, well, you can't have, you know euthanized animals that are part of this. And yet we're still seeing recalls to this day that are coming back recalled because they're finding pentobarbital in there, dead animals. </w:t>
        <w:br/>
      </w:r>
    </w:p>
    <w:p>
      <w:r>
        <w:rPr>
          <w:sz w:val="22"/>
        </w:rPr>
        <w:t xml:space="preserve">We're not sure why they did, why they died. Now, mind you, it doesn't stay in here. There has to be a livestock, So it didn't necessarily have to be a livestock animals as well. Anything that it was rejected for. The other aspect of things that people don't realize is as far as transporting this, there is no regulation on that. So they can put this meat into the back of a dump truck. It doesn't have to be covered and once it gets there, it doesn't have to be refrigerated. </w:t>
        <w:br/>
      </w:r>
    </w:p>
    <w:p>
      <w:r>
        <w:rPr>
          <w:sz w:val="22"/>
        </w:rPr>
        <w:t xml:space="preserve">There is no real regulation because what they end up doing is they take all of this. So to kind of give you a little idea here all this. And they put it into a mixture and then they boil it and they cook it at such high temperatures and I forget the exact amount. I think it's like 400 and something degrees maybe and they such a high amount that it kills all the bacteria or anything else but it also kills any nutrient value. And so this is where they have to come back in and they have to add in a synthetic vitamin and mixture, vitamin and mineral mixture which is coming from what we call a Co Packer. </w:t>
        <w:br/>
      </w:r>
    </w:p>
    <w:p>
      <w:r>
        <w:rPr>
          <w:sz w:val="22"/>
        </w:rPr>
        <w:t xml:space="preserve">Now, I'll go into that just a little bit more here, but the coal Packer could be from China or any other country of origin. It did not get manufactured in that plant. So it doesn't have to be on the bag. So let's take a look at the bag, because what is the bag going to kind of tell you about pet food here? So pet food packaging is considered freedom of speech. So what does that mean? It means they have to have certain words on that package. </w:t>
        <w:br/>
      </w:r>
    </w:p>
    <w:p>
      <w:r>
        <w:rPr>
          <w:sz w:val="22"/>
        </w:rPr>
        <w:t xml:space="preserve">And once they have those certain words, then they're pretty much covered. Ok So 95 % rule means the ingredient name alone or followed by food. So Turkey food would have to be 95 % Turkey in that food. Ok Usually you'll just see this in mixture mixers or toppers because most of the time it's not balanced and complete. But if we look at some of these other keywords, we look at the keyword dinner formula nugget OK so chicken dinner, chicken formula, Turkey nugget. It means it only has to contain 25 % meat in that bag. The word with means that it only needs to contain 3 % meat. So it's made with ocean, ocean, fish, Well, it only needs to have 3 % meat in that bag. </w:t>
        <w:br/>
      </w:r>
    </w:p>
    <w:p>
      <w:r>
        <w:rPr>
          <w:sz w:val="22"/>
        </w:rPr>
        <w:t xml:space="preserve">A picture of a nice meaty steak can be labeled on the bag, and if the word flavor is on that bag, it doesn't have to contain any meat at all. So we can have, you know, your Turkey dinner on there, but if it says Turkey flavor, it doesn't have to have any meat. So this is where we still get fooled by the freedom of speech within that bag. So all ingredients have to be listed on the back now, do not have to be listed on the bag if the ingredients weren't manufactured in that processing plant. </w:t>
        <w:br/>
      </w:r>
    </w:p>
    <w:p>
      <w:r>
        <w:rPr>
          <w:sz w:val="22"/>
        </w:rPr>
        <w:t xml:space="preserve">So even though they could say that it's made in the USA they could still have ingredients that come from a different country of origin. Because it wasn't manufactured in that plant. So this is where we usually have our coal Packers, our synthetic vitamins and minerals. And this is how the great recall 2007 melamine issue, because they were adding melamine because melamine when it was going through the lab process would come up as nitrogen and that is how they measure protein. </w:t>
        <w:br/>
      </w:r>
    </w:p>
    <w:p>
      <w:r>
        <w:rPr>
          <w:sz w:val="22"/>
        </w:rPr>
        <w:t xml:space="preserve">So it was coming off as protein and therefore meeting the requirements. For the guaranteed analysis. And yet it was melamine and therefore it was killing off a lot of animals at that point in time. So let's try and make sense of everything that I just said. All right, so here's Brand X. And brand X says that it's a meteor recipe. And he even says look at this, it's healthy for joints and it's got a picture. Kind of, you know, not the best picture, but it's got a picture of your nice little Turkey dinner or chicken dinner here, right. So it's got your fresh meats and it's look, it's got some peas on there. </w:t>
        <w:br/>
      </w:r>
    </w:p>
    <w:p>
      <w:r>
        <w:rPr>
          <w:sz w:val="22"/>
        </w:rPr>
        <w:t xml:space="preserve">So Shawn, this fresh food and this is with their food is equivalent to, but it's got chicken flavor on there. And as we remember chicken flavor is. So it says the word flavor on there. It doesn't have to have any meat in it at all. So let's turn this over and let's take a look at the ingredients so we have. Whole grain corn by poultry byproduct meal, we have whole grain wheat, corn, gluten meal and animal fat. </w:t>
        <w:br/>
      </w:r>
    </w:p>
    <w:p>
      <w:r>
        <w:rPr>
          <w:sz w:val="22"/>
        </w:rPr>
        <w:t xml:space="preserve">Those are going to be the bulk of that food. Then if you look after that, it's all the synthetic vitamins and minerals, right. So this is all coming from your coal Packer and then on top of that is preserved with BHA so. Even though it says it's a meteor recipe, there's really no meat in it at all. So let's take a look at the guaranteed analysis. The guaranteed analysis, Just stay on the back of the bag and you're going to see it gives you a percentage of protein, fat, moisture, fiber. But it's not going to give you any indication of how many carbohydrates are in that food. </w:t>
        <w:br/>
      </w:r>
    </w:p>
    <w:p>
      <w:r>
        <w:rPr>
          <w:sz w:val="22"/>
        </w:rPr>
        <w:t xml:space="preserve">But that's OK because there's still a way for us to be able to figure that out. So if we take moisture, fat. Protein and fiber and we take those percentages and we Add all those percentages up, we're going to take what that totals and then we're going to take that and subtract that from 100 and that is going to give you your percentage of carbohydrate and that back. So why is that important? well. When I have clients coming in here and they have dogs that may be a little bit on the overweight side, number one, we have to sit here and look, is this an all life stage or they may be feeding too many excess calories number two Now I'm going to take a look at that guaranteed analysis and I'm going to say, OK, what are you feeding? And I'm going to break that down and I'm going to say, OK, well, do you realize that your dog's diet consists of, I'll show you this one, I'm here 4 % carbohydrate. </w:t>
        <w:br/>
      </w:r>
    </w:p>
    <w:p>
      <w:r>
        <w:rPr>
          <w:sz w:val="22"/>
        </w:rPr>
        <w:t xml:space="preserve">Well, I know if half my diet was carbohydrate, I'm probably not going to be in the best of health either. Again, it makes sense on the humid side of things, but we don't necessarily convert that to the animal side of things. So crude protein on here is 29 %, food fat is 14 %, the fiber is 5 % and the moisture is 12 %. If we Add all those numbers up, if my mouth is correct, that should be about 60. So 100 minus, 60 - 40 %. So this food is 40 % carbohydrate. Now this is a dog that's going to be eating this kibble every single day for every single meal at the recommended amount that's on that bag. </w:t>
        <w:br/>
      </w:r>
    </w:p>
    <w:p>
      <w:r>
        <w:rPr>
          <w:sz w:val="22"/>
        </w:rPr>
        <w:t xml:space="preserve">So is this maybe one of the reasons that we may be seeing a lot of animals? Well, I think so let's take a look at the ingredients are listed in order of weight, but they're listed in order of weight prior to cooking. So the 1st 5 hold the most weight of that bag right now. Again, this is prior to cooking. So again, once they cook it, what happens to any type of meat when we cook it right? Fred Flintstones trying to give you a clue Here. It shrinks. Because you took all the moisture out. </w:t>
        <w:br/>
      </w:r>
    </w:p>
    <w:p>
      <w:r>
        <w:rPr>
          <w:sz w:val="22"/>
        </w:rPr>
        <w:t xml:space="preserve">So what's your drinks? Let's say on a bag of food you have chicken, then you have corn, then you have soy, then you have chicken byproduct meal. Well, that was weighed before the cooking process, so now that after it's cooked and it's actually in. The bag here, we can probably take that first ingredient, especially if it's that's a meat and knock it down maybe an ingredient or two because we've cooked all the moisture out of it. So where exactly does that fall then as far as actual substance that went into that food, ingredients that are listed that could be coming from a rendering plant is animal fat, meat and bone meal, meat meal, animal digest if you see any of that. </w:t>
        <w:br/>
      </w:r>
    </w:p>
    <w:p>
      <w:r>
        <w:rPr>
          <w:sz w:val="22"/>
        </w:rPr>
        <w:t xml:space="preserve">Typically that's coming from a rendering plant. The other thing that they do too is they do ingredient splicing. And we kind of saw that on that yellow bag that I gave you that example of where the first ingredient was ground corn and then the fourth ingredient was, I think it was corn grit or something like that where they take that one ingredient and they divide that up into different parts to make it look like it's not so much the bulk of it being corn right so we got to watch out for that. </w:t>
        <w:br/>
      </w:r>
    </w:p>
    <w:p>
      <w:r>
        <w:rPr>
          <w:sz w:val="22"/>
        </w:rPr>
        <w:t xml:space="preserve">The other thing too, when it comes to meat meals, you're going to see chicken meal. Well, if it states the actual protein, then that's the protein that should be in that meal mix versus if you see like on that other product, it did say meat meal, well, we don't know exactly what meat is in that. Why is that important? Why should we point that out? Well, if we have a client that states, Oh my dog has allergies and he's allergic to chicken, but they don't realize that the food that they're feeding actually has, you know, let's say it has Turkey as their number one, but then you know 3rd or fourth, it has meat meal that can have chicken in it. </w:t>
        <w:br/>
      </w:r>
    </w:p>
    <w:p>
      <w:r>
        <w:rPr>
          <w:sz w:val="22"/>
        </w:rPr>
        <w:t xml:space="preserve">So it can still be setting off their intolerances and then and the owner is never going to know that because they don't know how to read the label. So there is a benefit to know the difference between meat meal versus whether it says chicken meal, Turkey meal, beef meal, what is rendering. Well, it converts that animals in animal parts to otherwise that would be disposed into a variety of materials, one of them being livestock feed and pet food. </w:t>
        <w:br/>
      </w:r>
    </w:p>
    <w:p>
      <w:r>
        <w:rPr>
          <w:sz w:val="22"/>
        </w:rPr>
        <w:t xml:space="preserve">So this is where when I talk to a client, one of the things I'll say is, well is this feed grade or is this food grade. And a lot of times I'll get that blank stare. But it's a perfect opportunity to just be able to non bias walk into a conversation because I like to just present the information. And even though it sounds like, you know, I've had people say, well then what am I supposed to feed? You're telling me everything you know is bad. Well, I'm not telling you everything is bad. I'm not voicing my opinion on it. This is the fact, this is how the industry works. </w:t>
        <w:br/>
      </w:r>
    </w:p>
    <w:p>
      <w:r>
        <w:rPr>
          <w:sz w:val="22"/>
        </w:rPr>
        <w:t xml:space="preserve">So if you think that that's bad, well then it's time to start going down the journey and start looking into it. Because ultimately you have to be comfortable. The client has to be comfortable with what they're going to feed that animal. So here's another example and this one. Is a quote, unquote prescription food that we normally see for dogs that are on skin and cold issues. Ok So what exactly are they eating? Well, let's take a look. They're eating cornstarch, hydrolyzed chicken, liver, powdered cellulose and soybean oil. </w:t>
        <w:br/>
      </w:r>
    </w:p>
    <w:p>
      <w:r>
        <w:rPr>
          <w:sz w:val="22"/>
        </w:rPr>
        <w:t xml:space="preserve">Everything that comes after that is going to be your cold pack or mixture pack, right? Your synthetics. So do you think? That this dog should be on this food for long term. So it the other aspect of the food industry is the prescription foods. And I'm not going to go into it a whole lot, but prescription foods don't actually have anything in the food that is a official prescription. It's a manufacturing agreement. And it's the only thing that FDA will allow to advertise the way that they do for whatever reason. </w:t>
        <w:br/>
      </w:r>
    </w:p>
    <w:p>
      <w:r>
        <w:rPr>
          <w:sz w:val="22"/>
        </w:rPr>
        <w:t xml:space="preserve">So here's a dog that has skin and coat issues. They say, oh, you know what, let's go ahead and we'll put them on this and see if we see anything. Well, you might see an improvement because if they're allergic to a certain protein, we just took them off all protein. There's nothing right our first meeting is cornstarch. So are we going to maybe see an improvement? Well, maybe. And is it going to last? Well, here's the other aspect of prescription foods that a lot of people don't realize. </w:t>
        <w:br/>
      </w:r>
    </w:p>
    <w:p>
      <w:r>
        <w:rPr>
          <w:sz w:val="22"/>
        </w:rPr>
        <w:t xml:space="preserve">Dogs, when prescription foods were made, they're not supposed to be on this for a long term. They're supposed to be on it to help the condition and then at that point switch back to a normal, complete and balanced diet, believe it or not. And unfortunately, we don't really see that. So is this something that should be in long term? No now, if I'm going to stay here and I'm just going to eat cornstarch and cellulose as my diet with a bunch of synthetic vitamins and minerals, for me as a person, do you not think that at some point I'm going to show some sort of deficiency in other areas? I'm just, I'm just putting it out there, all right, Preservatives. </w:t>
        <w:br/>
      </w:r>
    </w:p>
    <w:p>
      <w:r>
        <w:rPr>
          <w:sz w:val="22"/>
        </w:rPr>
        <w:t xml:space="preserve">So this is another aspect of the foods that I think we need to talk about and I'll get into a little bit more in a couple more slides, but these are additives, right? So when I first started doing my research, I found that they say on average food is on the shelves in the warehouse for about 19 months before it goes out to the stores. And then once it's not on the source, how long does it last? So how is it that a food can last that long are preservatives, right? There's different preservatives that are used a lot of times it's the BHA and the BHT. </w:t>
        <w:br/>
      </w:r>
    </w:p>
    <w:p>
      <w:r>
        <w:rPr>
          <w:sz w:val="22"/>
        </w:rPr>
        <w:t xml:space="preserve">Now that one people argue back and forth because they well it's like a vitamin E but at the same time on the human side of things, there's studies that are coming out the same, well, BHA could be a carcinogen, but we just. We just advised that you watch your intake of it. Well, if I'm a dog, I don't have that opportunity and I don't have that choice. The other one that is used as ethoxiquin and ethoxiquin got a lot of attention. So pet foods were claiming that they were taking the ethoxiquin out. </w:t>
        <w:br/>
      </w:r>
    </w:p>
    <w:p>
      <w:r>
        <w:rPr>
          <w:sz w:val="22"/>
        </w:rPr>
        <w:t xml:space="preserve">But again, if ethoxiquin is added into the cold Packer mixture then. It doesn't have to be labeled on the label, but to be on the safe side, just so you know, they're not a thought. Bhabht and a tax quin are not approved in Canada, Japan or European countries, but most of the Co Packer mixture does come from China. So what is a doc sequin? Why is this something to bring attention to? Well, it's an artificial preservative. It's banned for human consumption because it's considered a pesticide by the Department of Agriculture. It was initially registered as a pesticide in 1965 The primary target organs affected by a toxic went and experimental animals are delivered in the kidneys. </w:t>
        <w:br/>
      </w:r>
    </w:p>
    <w:p>
      <w:r>
        <w:rPr>
          <w:sz w:val="22"/>
        </w:rPr>
        <w:t xml:space="preserve">What are some of the major health issues that we see in animals nowadays? Because I know for a fact in cats it's a lot of kidney issues, right? So Ethos acquin is most often added into the ingredient supplier, the coal Packer, and not the food manufacturer, so they don't have to put it on there. Susan Thickson is one of my heroes. Susan Thickston is a huge advocate for the pet parent and has spent a majority of her life. Well, I shouldn't say majority of her life, but at least the last 14 years that I know of, if not more. Fighting for more transparency in the pet food industry because she ended up losing one of her dogs because of the doxyquin. </w:t>
        <w:br/>
      </w:r>
    </w:p>
    <w:p>
      <w:r>
        <w:rPr>
          <w:sz w:val="22"/>
        </w:rPr>
        <w:t xml:space="preserve">Susan states the most common ingredient that is preserved with the doxyquin is fish meal. Remember, I was talking about cats? Over the years, industry representatives have shared with me that other meal ingredients such as chicken meal, beef meal, and rendered fat ingredients. Animal fat or chicken fat could be preserved with the thoxiquin too. Again, a thoxiquin is added by the ingredient supplier. It is not required to be listed on the pet food label. Pet owner should ask their manufacturers in writing if the thoxiquin is added to any ingredient by the ingredient supplier. I will tell you, when I first started my journey, I was on a rampage. I wanted to like. </w:t>
        <w:br/>
      </w:r>
    </w:p>
    <w:p>
      <w:r>
        <w:rPr>
          <w:sz w:val="22"/>
        </w:rPr>
        <w:t xml:space="preserve">I was just so angry because. I think part of that journey was wondering, sitting back and wondering if I needed. I know I had changed my diet with my dogs, Max and Chloe. Would I have lost them as soon as I did? Because Max was only 9 and there was that bit of and I have to accept that because. Taking that guilt and turning that into a learning journey has brought me here today to bring the subject to you. And so it makes me wonder, you know, would I still have them? But I can't answer that question. So I did. </w:t>
        <w:br/>
      </w:r>
    </w:p>
    <w:p>
      <w:r>
        <w:rPr>
          <w:sz w:val="22"/>
        </w:rPr>
        <w:t xml:space="preserve">I wrote the manufacturers and I was writing them. Whether I fed that food or not, I was writing manufacturers. And I will have to say there is a lot of them that I did not get answers from. Or if they did answer, they never answered my question. It was always a roundabout way and not actually answering the question. So I do encourage people to write the manufacturers and I would like to see what the answers are because I know back when I was doing it, I wasn't really getting any answers. </w:t>
        <w:br/>
      </w:r>
    </w:p>
    <w:p>
      <w:r>
        <w:rPr>
          <w:sz w:val="22"/>
        </w:rPr>
        <w:t xml:space="preserve">All right, I'm gonna tap on aflatoxins. This is straight from the FDA website. Aflatoxins are toxins produced by the mold that can grow on pet food ingredients such as corn, peanuts, and other grains. At high levels, it can cause illness, liver damage, and death In pets. The toxins can be present even if there's no visible mold on the pet food. Now, I did take this straight off the FDA website because it wasn't that long ago that we were having recalls because of aflatoxin toxicity. So per the FDA, the pets that eat food containing unsafe levels, the aflatoxins, can develop aflatoxin poisoning. </w:t>
        <w:br/>
      </w:r>
    </w:p>
    <w:p>
      <w:r>
        <w:rPr>
          <w:sz w:val="22"/>
        </w:rPr>
        <w:t xml:space="preserve">Pets are highly susceptible to aflatoxin poisoning because unlike people who eat a very diet. This is why I bolded this. Pets generally eat the same food continue continuously over extended periods of time. The pets food contains aflatoxins. The toxins can accumulate in the pet system and they continue to eat the same food Aflatoxin poisoning can occur if a pet eats moldy corn, grains, peanuts and other contaminated food. Now the reason that I bolded that is because when I talk to my clients I also stress that same point when it comes to the preservatives. </w:t>
        <w:br/>
      </w:r>
    </w:p>
    <w:p>
      <w:r>
        <w:rPr>
          <w:sz w:val="22"/>
        </w:rPr>
        <w:t xml:space="preserve">If we're putting these synthetics into the food and the body is not digesting it properly, can it not be applied to other aspects and not just aflatoxins? Well, yeah. So aflatoxins can be present in dog and cat food as well. So we've had recalls in 1998 2005 2011 2013 and just as recently as 2020 because of aflatoxins and dog and cat food. So the problem's not going away and This is why I think we need to be aware of how this industry is working and what could actually be affecting our animals. </w:t>
        <w:br/>
      </w:r>
    </w:p>
    <w:p>
      <w:r>
        <w:rPr>
          <w:sz w:val="22"/>
        </w:rPr>
        <w:t xml:space="preserve">Now I'm throwing this one in there because of the fact that I think as humans we really need to be aware of this is the human side of things. But as far as supplement goes, in 1994 the FDA was restricted their regulatory oversight of dietary supplements, not food, which included no requirements for producers of supplements to prove effectiveness or safety of their supplements. So food producers were demanding the same rules at this point in time. Hey, that's not fair. How come the supplements don't have to have any type of requirements? So what that ended up doing is it caused a legal battle and the FDA lost a lot of its regulatory power over human food label claims and that's on the human side of things. </w:t>
        <w:br/>
      </w:r>
    </w:p>
    <w:p>
      <w:r>
        <w:rPr>
          <w:sz w:val="22"/>
        </w:rPr>
        <w:t xml:space="preserve">So this caused nutrient. Structure, function, and health claims to just absolutely explode. Now on the animal side, on the pet food side of things, this isn't even talked about. This isn't even a thing at this point. But a lot of times the animal industry will kind of follow the rules and guidelines of the human side. So currently there are no laws addressing nutrient and health claims and pet foods. There's no scientific support that's required and have authority or procedures over misleading claims. So what does that mean? Well, when we see claims on these foods and they're saying, hey, this is good for skin and coat, this is good for joint mobility, this is GI health immunity. </w:t>
        <w:br/>
      </w:r>
    </w:p>
    <w:p>
      <w:r>
        <w:rPr>
          <w:sz w:val="22"/>
        </w:rPr>
        <w:t xml:space="preserve">And of course, nowadays everything's about dental, oral, healthcare, right? If the product states that it supports, promotes or helps any of those conditions, there has to be no scientific evidence whatsoever for them to be able to support that. So basically, I could make up my own dog treat tomorrow, put whatever ingredients that I want in there, throw that on into a bag, and put a sticker on there saying that this promotes skin and cold health. And there's nothing wrong with me doing that. I don't have to have any scientific evidence to promote my claim. Now the FDA is going to step in. If it falls under the definition of a drug, so if it treats a problem, manages a problem, prevents a problem, reduces risk of disease or improves a problem, well then they can step in and say you can't do that because it falls under the definition of a drug. </w:t>
        <w:br/>
      </w:r>
    </w:p>
    <w:p>
      <w:r>
        <w:rPr>
          <w:sz w:val="22"/>
        </w:rPr>
        <w:t xml:space="preserve">Unless, of course it's prescription food. And for whatever reason that's allowed because there's a manufacturing agreement with that means that I like to always end with this because there is so much to choose from when we go into the pet stores. And I think This is why it just seems so overwhelming for so many people because they walk in and there's just choice after choice after choice. But what they don't understand is even though there's all these choices of all these different brands, there's really only a handful of manufacturers. </w:t>
        <w:br/>
      </w:r>
    </w:p>
    <w:p>
      <w:r>
        <w:rPr>
          <w:sz w:val="22"/>
        </w:rPr>
        <w:t xml:space="preserve">So to give an example, the Taste of the Wild that is produced by the same manufacturer that produces Costco's Kirkland Signature, why do I bring that up? Well, when we start to see recalls, we're going to see recalls across all different types of brands. Well, it's because they're coming from the same manufacturing plant, which typically will mean that they're probably using the same coal Packer mixture, which typically means most of the time like the melamine issue. Issues are going to stem from the coal Packer which is why we see the recall that we've been seeing lately as far as vitamin D and animals overdosing on vitamin D That again is your synthetic vitamin and mineral mixture which comes from the coal Packer. </w:t>
        <w:br/>
      </w:r>
    </w:p>
    <w:p>
      <w:r>
        <w:rPr>
          <w:sz w:val="22"/>
        </w:rPr>
        <w:t xml:space="preserve">So this is where is nutrition important, it is important and we know in. And understand that it's important for us and it's common sense, but when it comes to our animals, for whatever reason, there's this disconnection. But it is important so as a groomer to know even just the base, even just the baseline, to be able to help guide your clients when you see that dull coat coming in or you see that they're losing patches of hair or you see that there's other, you know, the. Nose is starting to get hard and crusty that we can help kind of guide them. We don't have to sit here and diagnose, but we can help guide them into better choices. </w:t>
        <w:br/>
      </w:r>
    </w:p>
    <w:p>
      <w:r>
        <w:rPr>
          <w:sz w:val="22"/>
        </w:rPr>
        <w:t xml:space="preserve">So I hope that this at least sparks a little bit of interest to keep you on your learning journey. And you guys are always welcome to reach out to me. You can find me on my websites Balance Pause grooming.com or on My Health website and. Feel free to reach out to me, I'm always on Facebook as well. Ok, so question. Would a prescription food that is meant to be temporary apply to cats as well? Yeah, all basically from the veterinarians that I have been friends with and worked with. </w:t>
        <w:br/>
      </w:r>
    </w:p>
    <w:p>
      <w:r>
        <w:rPr>
          <w:sz w:val="22"/>
        </w:rPr>
        <w:t xml:space="preserve">Prescription foods are not meant to be long term, whether that's. Dog or cat, They're not meant to be longterm. They're supposed to the if they're used correctly, they're supposed to be put on there, correct what needs to be corrected, and then that then goes on to a regular, complete and balanced diet, right? What foods would you recommend? Oh, I don't. That question. I always try to avoid that question because I don't like putting my personal opinion in something where I just want to present the facts and have you guys make that determination for yourself what's important to you. But since it was asked, I do feed my dogs a RAW diet. Ok, now for someone who wants to do RAW easy, because you could do RAW the hard way, you could do RAW the easy way is good, offensive. </w:t>
        <w:br/>
      </w:r>
    </w:p>
    <w:p>
      <w:r>
        <w:rPr>
          <w:sz w:val="22"/>
        </w:rPr>
        <w:t xml:space="preserve">The hard way, it's going to be harder. I think. You know what? So I've done both, right? So when I first started on this journey, I like I said, I was on this rampage and I lived in Illinois at the time and I had a farmer that I used to get my fruits and vegetables from. So I contacted him about the affect and he gave me my organs for free and I did the formula and. It is a lot of work and I think that's the other aspect that I want to point out because I see a lot of my clients and they'll come in and they want to do the best thing, right. </w:t>
        <w:br/>
      </w:r>
    </w:p>
    <w:p>
      <w:r>
        <w:rPr>
          <w:sz w:val="22"/>
        </w:rPr>
        <w:t xml:space="preserve">They find out how the industry works and they get disappointed with that and so they start feeding their own thing. But we can cause nutritional deficiencies even when we have good intentions. So if they're not doing it right and there's not supplementing correctly, then they're going to start causing deficiencies even though they're feeding. Fresh food. And we have to let them know that I did a lot of them. They're like, well, I feed them chicken and rice and then I put some vegetables in there. Well, guess what, that's not going to be good because now we're going to cause nutritional deficiency even though we're feeding them fresh food. </w:t>
        <w:br/>
      </w:r>
    </w:p>
    <w:p>
      <w:r>
        <w:rPr>
          <w:sz w:val="22"/>
        </w:rPr>
        <w:t xml:space="preserve">So it it's really about the formulation and This is why I don't necessarily like going into formulas so much because there's a lot that goes into that. But it is a lot of work and so there are so many options out there nowadays as far as premade mixes that are more on the complete and balanced side of things. And the other aspect of that is Susan Dixon. She does truth about pet foods. She comes out with a list every single year. And what she does is she sends out a questionnaire to all the manufacturers and if they answer correctly and give her all the information that she asks for, then they go in her top. </w:t>
        <w:br/>
      </w:r>
    </w:p>
    <w:p>
      <w:r>
        <w:rPr>
          <w:sz w:val="22"/>
        </w:rPr>
        <w:t xml:space="preserve">Foods to feed list. And she puts out that list every year and she does it as a donation so she can continue doing her research and going to FDA meetings. Ok, question. Is it a raw diet without a lot of exercise? Bad for the liver? Coming from a vet's opinion? I haven't heard that. I would like to go to my vets and ask that I haven't actually ever heard that is there a reason why that they say that would be bad for the liver? I mean, unless they're doing more like a barf diet where it's a little bit higher in proteins, but if you're doing complete imbalance, why would that be bad for the liver? All right. </w:t>
        <w:br/>
      </w:r>
    </w:p>
    <w:p>
      <w:r>
        <w:rPr>
          <w:sz w:val="22"/>
        </w:rPr>
        <w:t xml:space="preserve">Can supplements be added and vitamins be added to raw diets? Yes, but if you're formulating your own, if you're buying a store bought diet that is already complete and balanced, then you don't have to supplement or it depends on who you're talking to. If it's made correctly, you don't have to supplement. All right, so my own personal dogs, I have four we'll do. Raw The other three will not. They simply will not. However, what they will do is there's a line of food that's gently what they call gently cooked. </w:t>
        <w:br/>
      </w:r>
    </w:p>
    <w:p>
      <w:r>
        <w:rPr>
          <w:sz w:val="22"/>
        </w:rPr>
        <w:t xml:space="preserve">Open Farm is the brand that I use. I mean, there are others, but it's the brand my dogs like the other. They don't care too much for the other brands that Ashley says. I think the more protein was the thing with the liver issues. Yeah, I mean and that's where you're going to have. So unfortunately the food industry is not in agreement whether it's the raw food, bar food, whatever food. So I can see where maybe a veterinarian would say that as far as if it's a higher protein type based food, but I. </w:t>
        <w:br/>
      </w:r>
    </w:p>
    <w:p>
      <w:r>
        <w:rPr>
          <w:sz w:val="22"/>
        </w:rPr>
        <w:t xml:space="preserve">Personally, in the years that I've done it, formulated and talked with veterinarians who never heard anybody say that was an issue. All right, Do you have an opinion on Missing Link products? I honestly haven't really looked into Missing Link, so I don't. But I can definitely look into it and see what's in the product. Ok, Well, you can. Like I said, there is the private Facebook group and again for those of you who have not requested to join, the link for that group is on the website and make sure you fill out the questions because I need to know what email you used to sign up with and you could tag Kate in the group and ask questions good. </w:t>
        <w:br/>
      </w:r>
    </w:p>
    <w:p>
      <w:r>
        <w:rPr>
          <w:sz w:val="22"/>
        </w:rPr>
        <w:t xml:space="preserve">Sounds good. All right. So let's wrap this puppy up and call it a night. Thank you everybody for intending and everybody who's watching this later on. Thank you guys.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