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Fickle Feline</w:t>
      </w:r>
    </w:p>
    <w:p>
      <w:r>
        <w:rPr>
          <w:sz w:val="22"/>
        </w:rPr>
        <w:t xml:space="preserve">Okay, welcome to the Skin and Coat Summit 23 This is probably one of my favorite summits to do. We have some extraordinary talent here, so we're going to start off with Melissa Conti. Dinner with the Fickle Felines, Skin and coats. So, Melissa, this is all yours. Good morning everybody and thank you for joining us on the Skin and Coat Summit. I am going to take two hours today and talk to you all about skin and coat and the fickle funny feline that is a complete different species than a dog. So their skin and coat requires different care as well. </w:t>
        <w:br/>
      </w:r>
    </w:p>
    <w:p>
      <w:r>
        <w:rPr>
          <w:sz w:val="22"/>
        </w:rPr>
        <w:t xml:space="preserve">So we're going to talk understanding. The actual feline skin and coat, understanding what the integumentary system even is, the choices that we need to make when we are talking about product and tools and handling what they're generally overall unique needs are because they do pose some unique. Ways of looking at their skin and coat. So if you are a dog groomer and you're interested in felines, or if you are a feline groomer and you just want to grow your skin and coat knowledge, cats have a different type of skin need than what our canine friends need. </w:t>
        <w:br/>
      </w:r>
    </w:p>
    <w:p>
      <w:r>
        <w:rPr>
          <w:sz w:val="22"/>
        </w:rPr>
        <w:t xml:space="preserve">And then of course I always talk to you about the environment that you're going to create while you're working with that cat. And this is good even if you are not in control of the environment you work in. So if you work in someone else's shop or you work in a veterinary office or you're you do house call. So the environment is what it is. There are ways to work around that and create what I like to call my awesomeness bubble. So without further ado, we can get started on. </w:t>
        <w:br/>
      </w:r>
    </w:p>
    <w:p>
      <w:r>
        <w:rPr>
          <w:sz w:val="22"/>
        </w:rPr>
        <w:t xml:space="preserve">And getting in to the fickle feline. So basically this is my general disclaimer. These slides and information within this presentation are for educational purposes that all of this is for pet professionals only and it is a matter of. Sorry guys, I want to start my timer too here, so that way I don't go too quick or go too slow here. So we'll set it for the hour. So I want to make sure that you guys know that this is all a matter of opinion based on scientific facts. I have lots and lots of medical journals, veterinary journals that I get my information from. But it is never meant to replace a veterinarian's care. Everything here is based on my opinion, scientific fact and professional experiences and medical texts, which I will show you some of the books that I recommend for you to use to do some research. </w:t>
        <w:br/>
      </w:r>
    </w:p>
    <w:p>
      <w:r>
        <w:rPr>
          <w:sz w:val="22"/>
        </w:rPr>
        <w:t xml:space="preserve">I'm a groomer educator and not a licensed medical professional. When you work with felines that have skin and coat issues, it is imperative. It doesn't matter. Just when you work with felines in general or dogs or any animal, it's imperative to work closely with the pets, veterinarian and the owner to develop a complete care plan that includes holistic grooming as an integral part of the animals Wellness routine. </w:t>
        <w:br/>
      </w:r>
    </w:p>
    <w:p>
      <w:r>
        <w:rPr>
          <w:sz w:val="22"/>
        </w:rPr>
        <w:t xml:space="preserve">I want us as groomers to start to step away from. We don't talk to the vet, we are set, you know, completely separate. It's important that if you can build that bridge between yourself as the pet groomer and the veterinarian, this will aid the pet owner and the pet so much more when you become that bridge. Because we see that pet so much more than the veterinarian ever does. But we do not have that veterinary knowledge caveat. We have a lot of knowledge. But we do not have the veterinary knowledge. So by joining those two forces together, we are able to give that cat or dog or Bunny or whatever you groom the utmost care because we are reaching into all facets of their overall holistic care. </w:t>
        <w:br/>
      </w:r>
    </w:p>
    <w:p>
      <w:r>
        <w:rPr>
          <w:sz w:val="22"/>
        </w:rPr>
        <w:t xml:space="preserve">And that's what holistic means, it means holism. A little bit about me. This is me grooming Sophie. I used to work with Kate Clayson up at her shop at Balanced Paws. So this is me and Sophie. I have that loop very loose on her because she just likes to wander the table. But I grew up with cats, dogs. My mission is to continuously educate. </w:t>
        <w:br/>
      </w:r>
    </w:p>
    <w:p>
      <w:r>
        <w:rPr>
          <w:sz w:val="22"/>
        </w:rPr>
        <w:t xml:space="preserve">And continuously grow my knowledge base so that we can provide the best care overall for our four legged friends. Understanding is a huge part of what we do. We need to understand a lot of different facets of the animals that we are working with and the humans, I told my students since I actually teach in a physical school. I tell them all the time, being a groomer is like a circus act where we have all these plates spinning at the same time. And while we're balancing this and doing this, we have this going on over here and this over here and we're walking and talking and doing all these things at once. </w:t>
        <w:br/>
      </w:r>
    </w:p>
    <w:p>
      <w:r>
        <w:rPr>
          <w:sz w:val="22"/>
        </w:rPr>
        <w:t xml:space="preserve">Being a groomer is pretty amazing career choice first and foremost. Every single cat is an individual. Yes, we breed stereotype. We coat stereotype. We say, oh, it's a long coat. Their coats do this or that. Oh, it's this breed or that breed. It's a Siamese. It's going to be vocal. You know, it's a main Coon. It's going to use those big old meat hooks that it has for feet. You know there are there are typical behaviors of specific felines, especially specific breeds. But within that we don't want to typecast them. We always want to come to them with a fresh energy. Be wideeyed and let that. Animal Show you what it is about, even if it is a Bengal or even if it is just your regular domesticated, longhaired, domesticated, short coated house cat. </w:t>
        <w:br/>
      </w:r>
    </w:p>
    <w:p>
      <w:r>
        <w:rPr>
          <w:sz w:val="22"/>
        </w:rPr>
        <w:t xml:space="preserve">We want to allow them to show us who they are so that we are able to serve them better because this is what we do. We are in the service industry. So the here's the six precepts of understanding. What does this have to do with skin and coat everything. Because if you don't know how to understand, you are not ever going to have that little light bulb click and go off in your head. You'll be constantly in that fog, like when you go in circles. And I've done this before and I hear my students say it all the time. I don't get it. I just don't get it. I teach this to my students as well, and I also try to teach this to my clients. </w:t>
        <w:br/>
      </w:r>
    </w:p>
    <w:p>
      <w:r>
        <w:rPr>
          <w:sz w:val="22"/>
        </w:rPr>
        <w:t xml:space="preserve">So the six precepts are explain, interpret, apply, perspective, empathize, and self knowledge. So apply these precepts to yourself. Your client and also your animal client. So when we explain things or things are explained to us, we have to interpret them the same thing when we explain to the client, they're going to interpret what we say. So we need to make sure that we are giving out information in the most clear and concise way we. Want to be able to say I read this in this journal or I read this article and give that reference. Let them know or if you haven't even better, show it to them. I've been known to make copies of that stuff and or find it online and send it to them. </w:t>
        <w:br/>
      </w:r>
    </w:p>
    <w:p>
      <w:r>
        <w:rPr>
          <w:sz w:val="22"/>
        </w:rPr>
        <w:t xml:space="preserve">Email it to. Them excuse, me apply that knowledge apply, that, understanding what is your perspective on it and then give them the chance. To actually give their perspective, empathize. Empathize does not mean that I agree with everything you're saying. It means that I am considering it. I am understanding it in a way that I'm taking it in and I am processing it or interpreting it, and I am allowing you to express how you feel about that, and then I in turn should be allowed to express. How I feel about that without being judgmental of you and your thought processes on this and then self knowledge, self knowledge means that I know and understand the information that I have is only as good as my research in this moment. </w:t>
        <w:br/>
      </w:r>
    </w:p>
    <w:p>
      <w:r>
        <w:rPr>
          <w:sz w:val="22"/>
        </w:rPr>
        <w:t xml:space="preserve">And especially scientifically, things change so quickly and in this industry as we grow and change and bring in more education, our self knowledge increases and our knowledge about what our craft is and what our abilities are changes on a daily basis sometimes. So give yourself time to understand the information, to gather more information and be open and nonjudgmental. And this is a tough one. Even I to juggle with this. I can be very judgy sometimes. So you want to make sure that you are working the six precepts of understanding and also allowing your human clients as well. </w:t>
        <w:br/>
      </w:r>
    </w:p>
    <w:p>
      <w:r>
        <w:rPr>
          <w:sz w:val="22"/>
        </w:rPr>
        <w:t xml:space="preserve">That opportunity to understand the information that you're giving them. A lot of times they'll be shocked when you say, can I talk to your vet about this or has the pet been to the vet? Oh yeah, the pet's been to the vet and he told me to use this shampoo okay great. I'd like to talk to the vet about this and see what other plans they have for this. </w:t>
        <w:br/>
      </w:r>
    </w:p>
    <w:p>
      <w:r>
        <w:rPr>
          <w:sz w:val="22"/>
        </w:rPr>
        <w:t xml:space="preserve">Or is there anything I shouldn't be doing? A lot of times they're shocked because that is not the normal protocol and we really want that information. We want to step into that. A lot of times the vet's office is going to be shocked. The Who, the groomer, the what. So stand in your own selfknowledge and explain. Your perspective of why you're looking for that additional information from them. So let me introduce you to Felix Caddis as opposed to Felix the Cat. If you're old like me, you know who Felix the Cat is, but which actually was a play on his scientific name, Phyllis Caddis the Cat is similar in anatomy. </w:t>
        <w:br/>
      </w:r>
    </w:p>
    <w:p>
      <w:r>
        <w:rPr>
          <w:sz w:val="22"/>
        </w:rPr>
        <w:t xml:space="preserve">To other felid species and there are more than one felid species. It has a strong flexible body, very quick reflexes, extremely sharp teeth for those of you who have had the privilege of being eaten by a cat. I have been bitten on more than one occasion and it is dangerous, so I highly recommend the Kevlar sleeves and Kevlar gloves if you can work with those retractable claws are very adapt to killing small prey as well as damaging the groomer. </w:t>
        <w:br/>
      </w:r>
    </w:p>
    <w:p>
      <w:r>
        <w:rPr>
          <w:sz w:val="22"/>
        </w:rPr>
        <w:t xml:space="preserve">If you are not paying attention to their body language, it's night Vision and sense of smell are highly developed and extremely sensitive. Their sense of smell is actually different than a dog sense of smell in their heightened sensitivity. Cat communication includes vocalization like meowing, furring, trilling, hissing, growling and grunting as well as cat specific body language. Now when they meow, they generally dope meow to one another. That is specifically done for humans to get our attention and to talk to us. Cats generally communicate with one another through body language, the trilling, the hissing as well as pheromones, which is a sense that they give off. </w:t>
        <w:br/>
      </w:r>
    </w:p>
    <w:p>
      <w:r>
        <w:rPr>
          <w:sz w:val="22"/>
        </w:rPr>
        <w:t xml:space="preserve">It is a solitary hunter, but a social species so because they hunt. Not in packs does not mean that they do not live in a social structure. They have a very ritualistic social structure. And if you have cats, you'll know this that if you bring in, if you have two cats and you bring another cat in, it will take a long time for them to accept that other cat into their pride, their group they are. They're very judgy. Maybe that's why I love them. It can also hear sounds too faint or too high in frequency for human ears, such as those made by mice and other small mammals. </w:t>
        <w:br/>
      </w:r>
    </w:p>
    <w:p>
      <w:r>
        <w:rPr>
          <w:sz w:val="22"/>
        </w:rPr>
        <w:t xml:space="preserve">If you watch now, I have indoor, outdoor cats primarily. They live inside with us. I have two. I call them my grand cats. They are black and white. My one daughter, Rita, moved to New York. She gave me the boys before she left because she didn't even know where she was going to live when she went there. So I've had the boys more than 10 years now. And yes, one is black and one is white. She kept it real simple. One is a flame point rag doll mix, the other is a black domestic shorthair wonderful they're my grand boys, my grandbabies, my grandkiddies, and they are completely different in personality. </w:t>
        <w:br/>
      </w:r>
    </w:p>
    <w:p>
      <w:r>
        <w:rPr>
          <w:sz w:val="22"/>
        </w:rPr>
        <w:t xml:space="preserve">While I can grow black, white is the long hair rag doll looking fluff ball. He absolutely abhors water or anything to do with getting wet, so we have to do things differently for him than I have to do for black. If you allow your cats outside, a lot of times you can see them playing at the grass or the ground and chasing nonexistent things that we can see. Well, the thing is that they can hear those insects underneath that have burrowed underneath the ground. </w:t>
        <w:br/>
      </w:r>
    </w:p>
    <w:p>
      <w:r>
        <w:rPr>
          <w:sz w:val="22"/>
        </w:rPr>
        <w:t xml:space="preserve">They can also hear mice under there. They have such an acute sense of hearing that I always recommend when you are grooming cats. You should really keep the volume if you have music on or if you're not in a feline friendly environment where it is pretty quiet because it can easily become overwhelmed by a lot of sense or a lot of senses that you know the ear, actually a little pocket in there that amplifies the sounds, so we don't want to overwhelm that sense of hearing. </w:t>
        <w:br/>
      </w:r>
    </w:p>
    <w:p>
      <w:r>
        <w:rPr>
          <w:sz w:val="22"/>
        </w:rPr>
        <w:t xml:space="preserve">It is so delicate. It is a predator that is most active at dawn and dusk, so they are a nocturnal per se animal and we do call it a predator. But our domesticated cats. Are actually both. It's a it's a dichotomy wrapped up in beautiful fur. It is predator and a prey. So they walk a tightrope of being aware that they can feel small prey and that they also can easily be killed by a larger predator and that is why they are so fierce. They secrete and perceive pheromones for social purposes, and I mentioned that so pheromones are a lot of times they'll leave oily substance behind when they rub on you. </w:t>
        <w:br/>
      </w:r>
    </w:p>
    <w:p>
      <w:r>
        <w:rPr>
          <w:sz w:val="22"/>
        </w:rPr>
        <w:t xml:space="preserve">It's not anything that you will feel or even see, but it does carry a scent. We generally don't pick up on it as humans, but other cats will and other dogs actually will too. Other animals so. That is just part of their social purposes of how they mark things. Unlike most species, the feline has gone through minimal changes through the evolution of the species. So here we have the Saber tooth tiger, and then down here we have this beautiful mackerel tabby just showing the evolution of this big cat all the way down to our domesticated breeds. </w:t>
        <w:br/>
      </w:r>
    </w:p>
    <w:p>
      <w:r>
        <w:rPr>
          <w:sz w:val="22"/>
        </w:rPr>
        <w:t xml:space="preserve">Cats were first domesticated in the Near East around seventy five hundred b c and it was long thought the cat domestication was initiated in ancient Egypt since around thirty one hundred BC Great respect was given to cats in ancient Egypt and had a feline goddess named Bastet or Bast. It's important to understand that they literally had temples dedicated to cats and people would go and get their kittens there and bring them home and raise them, and they were thought of as the living embodiment of that God or goddess. So I always say, and it's a running joke amongst cat people, that they never forgot that and they're waiting for the rain to return. </w:t>
        <w:br/>
      </w:r>
    </w:p>
    <w:p>
      <w:r>
        <w:rPr>
          <w:sz w:val="22"/>
        </w:rPr>
        <w:t xml:space="preserve">So the anatomy of a feline. I love this poster. It works out really great for you to be able just to kind of see what the skull and the bones actually look like in there and how they sit in there. But the anatomy of the domestic cat, which includes its muscles, its nerves, the bones, the teeth, the claws, the hormones and the senses, is perfect for hunting prey or escaping danger. Remember, they are also the prey as well. The domestic cat is almost exactly the same as the anatomy of a tiger or a lion, just in a much smaller package. </w:t>
        <w:br/>
      </w:r>
    </w:p>
    <w:p>
      <w:r>
        <w:rPr>
          <w:sz w:val="22"/>
        </w:rPr>
        <w:t xml:space="preserve">So the bone structure, the way that the bones sit, the makeup of all of their social behaviors, everything is pretty much the same in the big cats. Did you know that cats are North America's most popular pets? According to a 2017 study, there are 73 million and that could be more because this was the most updated study I could find, 73 million cats compared to over 63 million dogs. Over 30 % of households in North America own a cat, so if you are thinking of cat grooming, this is going to be a challenge. </w:t>
        <w:br/>
      </w:r>
    </w:p>
    <w:p>
      <w:r>
        <w:rPr>
          <w:sz w:val="22"/>
        </w:rPr>
        <w:t xml:space="preserve">And a wonderful career choice if you truly can understand the feline. You cannot apply what you know as a dog groomer to what you're applying as a feline groomer. It just is not going to work. They don't take kindly to be treated to being treated like a canine in any sense of the word. So feline specific facts. Feline skin contains more collagen and elastin than canines. This aids their body and stretching longer and reaching further, the cat's skeleton can bend a lot. Because the shoulder blade is not fixed to the main skeleton, that means it is not attached at all. It's almost like floating. It's actually held in place by fascia and soft tissue. </w:t>
        <w:br/>
      </w:r>
    </w:p>
    <w:p>
      <w:r>
        <w:rPr>
          <w:sz w:val="22"/>
        </w:rPr>
        <w:t xml:space="preserve">The cat can run faster and can stretch longer, and can make those beautiful prima ballerina leaps. You know where their body just stretches out really long. Because of that, it allows their body to move and stretch and twist in different ways. There are 32 muscles in a cat's ears they're able to have. Complete directional hearing, which means they are able to move that you're like a radar, they can face One Direction and point the ears in a different direction. Also independent movement. So they can move this year towards the sound and then this year towards another sound and go out and in and kind of pull them down, push them back which we'll talk about some of the. </w:t>
        <w:br/>
      </w:r>
    </w:p>
    <w:p>
      <w:r>
        <w:rPr>
          <w:sz w:val="22"/>
        </w:rPr>
        <w:t xml:space="preserve">Ways that they show how they're feeling. So their body language. Here we go understanding the body language. And i use this chart because it's primarily looking at those ears. So happy. Relaxed face very relaxed ears. Eyes nice and relaxed, angry. Those ears are pulled through the side. Hot Do you see how they almost get a little curvature in them? The eyes start to slant. They start to come into that little, what I like to call the death ray stare and frightened pull everything close. Ears are going to come close to the body. Flatten out the top of that head. Eyes are going to narrow even more. Still that intense stare. They're also going to pull everything in body wise, language wise. </w:t>
        <w:br/>
      </w:r>
    </w:p>
    <w:p>
      <w:r>
        <w:rPr>
          <w:sz w:val="22"/>
        </w:rPr>
        <w:t xml:space="preserve">So if you look at the little chart over here, relaxed, hey I'm friendly, tail up, body is alert, but you know, not anything that is out of the ordinary. Then you have nervous, which is in that frightened category, and scared. So tail goes down. We start really retreating into their, they start really retreating into their body. Scared they're going to go into that ball, pull their feet in, pull their tail in. Some of them are going to really get into that. I'm angry now. I don't want you near me. I don't want you touching me that the ears may come all the way down because it's a response to being. </w:t>
        <w:br/>
      </w:r>
    </w:p>
    <w:p>
      <w:r>
        <w:rPr>
          <w:sz w:val="22"/>
        </w:rPr>
        <w:t xml:space="preserve">Almost like trapped. And then they will start the hissing and swatting and trying to bite growling. They may poof up their body, try to look bigger than they are to try to intimidate you. This is a 100 % indicator that animal has met its threshold and should not. Be forced to do anything but get back into its carrier and go home. So pay close attention to body language. They are speaking with you. They have a language. We don't understand their language. They actually understand more of our language than we understand of theirs. So it is extremely important that you get more information on this if you're going to be working with cats. </w:t>
        <w:br/>
      </w:r>
    </w:p>
    <w:p>
      <w:r>
        <w:rPr>
          <w:sz w:val="22"/>
        </w:rPr>
        <w:t xml:space="preserve">They are. Very much an animal that will communicate its feelings to you. We just need to be paying attention and listening. Feline skin is very thin. Think tissue paper or rice paper, and it gets thinner as the cat matures. The older the cat, the thinner the Skin is the largest organ on the feline body, just like us. Everything a cat is exposed to is absorbed through the skin and coat. </w:t>
        <w:br/>
      </w:r>
    </w:p>
    <w:p>
      <w:r>
        <w:rPr>
          <w:sz w:val="22"/>
        </w:rPr>
        <w:t xml:space="preserve">More so on a feline than canines. Closer to a rabbit, even closer to small birds. So topical applications of product do not just stay on the surface of the hair or skin. It is absorbed through the coat, into the skin, and then is pushed through the bloodstream within a matter of seconds. So when we remove that coat, we take that coat down with A10 or A10 in reverse or shorter. Anything that is in their environment that is going to get on their skin, or anything that is being used, like air fresheners or candles being burned or perfume being sprayed, or fabric softeners on clothing and blankets and whatnot is going to be absorbed through their skin. </w:t>
        <w:br/>
      </w:r>
    </w:p>
    <w:p>
      <w:r>
        <w:rPr>
          <w:sz w:val="22"/>
        </w:rPr>
        <w:t xml:space="preserve">They do not have a thick, fatty Oedipus layer. That's what Oedipus is. It is that fatty layer on the underneath the actual outer skin. So understand that when you're using those products and we are slathering them on these animals, they are absorbing them, Scent or not. I'm an animal aromatherapist, I love scent. I am that kind of person that just bathes in perfume and I love everything smelly and beautiful and I diffuse oils and I always want things to smell nice. But when I work with felines I have to take into consideration how delicate their sense of smell is, how delicate their skin layer is. </w:t>
        <w:br/>
      </w:r>
    </w:p>
    <w:p>
      <w:r>
        <w:rPr>
          <w:sz w:val="22"/>
        </w:rPr>
        <w:t xml:space="preserve">And if it smells strong to me, or if I can detect it enough to be able to make out that scent, oh, that smells like roses. Or if I'm using a like a commercially prepared air freshener or candle or something, and oh that smells like summer beach waves. It's going to smell 200000000 times stronger to the feline in that environment. Yes, it's upsetting to me too, because I always want it to smell nice. I always want customers. I have a studio in my home, so I always want people to come into my home and be like, oh, it smells so nice in here, but I also do not want to overwhelm the animals that I'm working with, so it. </w:t>
        <w:br/>
      </w:r>
    </w:p>
    <w:p>
      <w:r>
        <w:rPr>
          <w:sz w:val="22"/>
        </w:rPr>
        <w:t xml:space="preserve">Has to be about finding a happy balance for that and therefore I very rarely use a lot of commercially prepared products because I realized that they can be detrimental not only to us, they have a lot of pros and even more cons to the to use of those things, but that's a lesson for another day. It matters especially to this beautiful Scottish fold. Certain chemicals can cause toxicity and poisoning after exposure, more so to felines than most other breeds. Cats, rabbits, small birds, and like little small mammals like chinchillas and hamsters, Guinea pigs, You know, all those little creatures. Have extreme sensitivities, so be aware that you can be causing the toxicity issue with just the exposure. </w:t>
        <w:br/>
      </w:r>
    </w:p>
    <w:p>
      <w:r>
        <w:rPr>
          <w:sz w:val="22"/>
        </w:rPr>
        <w:t xml:space="preserve">The cat's integumentary system, which is the skin and the hair, is extremely susceptible to outside allergens. Cats cannot process many chemical scents. And can deteriorate very quickly if they are in a heavily scented environment. So think about the environment that you create. And again, even if you cannot create that environment, you can ask to deconstruct that environment to make it more feline friendly choices we all have them. We wake up every day making them. But a lot of times we leave those choices up to social media. I see these posts constantly. Hey, I have a cat today or I have a dog today. </w:t>
        <w:br/>
      </w:r>
    </w:p>
    <w:p>
      <w:r>
        <w:rPr>
          <w:sz w:val="22"/>
        </w:rPr>
        <w:t xml:space="preserve">What do you recommend or what do you feel like would be a good choice for shampoo or conditioner or? I want something a good smelly stuff to use. What do you recommend? Which are great. We should be asking for recommendations from our peers, but also understand that when we open that window we get a lot of information and we need to ascertain what is going to be the best for that animal that we are working on. So just because Peggy Sue said this spray with eucalyptus and clove is great for making this cat smell wonderful, does not mean that is actually a good spray for that cat. It goes the same for us. I mean we have to make choices about the products we use and believe me, I'm. </w:t>
        <w:br/>
      </w:r>
    </w:p>
    <w:p>
      <w:r>
        <w:rPr>
          <w:sz w:val="22"/>
        </w:rPr>
        <w:t xml:space="preserve">I am a I'm a girly girl, 100 % through and through, and so I love makeup and I love anything I can slather on my face and my hair. But I have to do my research because not everything is good for me and not everything is good for them. And as an advocate for that animal, we need to make the proper choices. Sometimes it's. Sometimes it's not easy being informed. Ignorance is always bliss, so choose wisely. Always remember to make choices on a case by case basis. Remember that original slide in the beginning. Every cat is an individual. Never make broad assumptions that every cat will react the same way to your services. </w:t>
        <w:br/>
      </w:r>
    </w:p>
    <w:p>
      <w:r>
        <w:rPr>
          <w:sz w:val="22"/>
        </w:rPr>
        <w:t xml:space="preserve">Just because you did an orange tabby and he thought he was a Mountain Lion does not mean every orange tabby is going to have that personality trait. So don't make assumptions, don't pigeonhole them. Allow them to be afraid or curious or angry or whatever. They need to emote to let you know how they're feeling in that moment. We need to adjust ourselves, Continually monitor the cat's behavior, body language, and physical signs of stress, discomfort, and even pain. I can't tell you how many times I hear groomers say, Oh my gosh, you're fine and yes. </w:t>
        <w:br/>
      </w:r>
    </w:p>
    <w:p>
      <w:r>
        <w:rPr>
          <w:sz w:val="22"/>
        </w:rPr>
        <w:t xml:space="preserve">Just like in life with humans, there are drama Queens. I happen to be the president of that club, and there are also drama Queens in the feline world and canine world. And but there are better ways, better choices to make than ignoring that. Find out how you can work better, a better way, a different way so that the drama is lessened, but always listen to that animal sometimes. </w:t>
        <w:br/>
      </w:r>
    </w:p>
    <w:p>
      <w:r>
        <w:rPr>
          <w:sz w:val="22"/>
        </w:rPr>
        <w:t xml:space="preserve">You never know, something could be bothering that pet. We actually had a dog that bit one of the groomers the other day at school. That has been done 100 times where I work and. Come to find out she did all the nails. She touched a toe and he freaked out and turned and bit her. And so come to find out that mom had opened the door to the salon and he caught his foot under it, his back foot as he was coming in so. But she neglected to tell us so when the groomer was doing the nails she was like, Oh my God, we did all your nails. </w:t>
        <w:br/>
      </w:r>
    </w:p>
    <w:p>
      <w:r>
        <w:rPr>
          <w:sz w:val="22"/>
        </w:rPr>
        <w:t xml:space="preserve">Stop being crazy. Stop and she was. Trying to get those nails where he had injured his foot and he finally turned and bit her. He was trying so hard to pull away. So pay attention. They are speaking to you. Grooming services should never be forced ever there's no reason to force anything. If you feel as though it is something that has to be shaved and taken out or done because it's detrimental to that animals. </w:t>
        <w:br/>
      </w:r>
    </w:p>
    <w:p>
      <w:r>
        <w:rPr>
          <w:sz w:val="22"/>
        </w:rPr>
        <w:t xml:space="preserve">I mean it. It's essential to that animal that animal's health, then doing it in the confines of grooming could be detrimental. That pet needs to go to the veterinarian where it can be monitored and if there is an incident, it can be taken care of expeditiously so we don't force anything. It's not my job to force. Grooming should be tolerable at best. In a best case scenario, they should be able to tolerate everything I'm doing to them. </w:t>
        <w:br/>
      </w:r>
    </w:p>
    <w:p>
      <w:r>
        <w:rPr>
          <w:sz w:val="22"/>
        </w:rPr>
        <w:t xml:space="preserve">They may not love it, they may not be happy about it, they can tolerate it and it isn't. Does not cause injury or harm. Think before you act OK This is constantly on my whiteboard in the classroom. Ask yourselves, is this best for this individual cat? I have a plan that will have several adaptations depending on this cat. I have carefully chosen the tools and the products I am utilizing to do no harm or damage to this cat. I am creating a low stress atmosphere. I hope you're getting these mantras down or i call them my manifestations. I literally am speaking these things into existence. I will only work on the cat while it is not in distress. </w:t>
        <w:br/>
      </w:r>
    </w:p>
    <w:p>
      <w:r>
        <w:rPr>
          <w:sz w:val="22"/>
        </w:rPr>
        <w:t xml:space="preserve">I will continuously monitor the cat's body language vocalizations. And stress management visuals, which means that I am doing things to lessen that stress and I am visually watching this pet not accelerate over its threshold and become so angry and aggressive or become catatonic because some cats will have the opposite. And I've also, and that is detrimental. I've also seen that in rabbits, which if you are interested in bunnies, Angie Coates is your lady to speak to. She has the info on all things rabbit. Cats are very similar though to rabbits in a lot of ways systematically systematically. Yeah, systemically. </w:t>
        <w:br/>
      </w:r>
    </w:p>
    <w:p>
      <w:r>
        <w:rPr>
          <w:sz w:val="22"/>
        </w:rPr>
        <w:t xml:space="preserve">So let's talk about the nose. Have you ever looked at a cat's nose close up? I love their noses. I love to boop their noses just to do the little boop. They usually don't like it very much, but it makes my heart happy. Their nose is extremely sensitive along with the rest of their body. Cats have 200000000 scent receptors in their nasal cavity. Most breeds of dogs don't even have close to that number, OK They also have an additional chamber which dogs do have at the top of their nose, on the inside, in the bones that help them filter through those scents and how to process them. So we have a very small chamber as humans because we are not scent based at all. </w:t>
        <w:br/>
      </w:r>
    </w:p>
    <w:p>
      <w:r>
        <w:rPr>
          <w:sz w:val="22"/>
        </w:rPr>
        <w:t xml:space="preserve">So but cats are very much scent based, scent driven. Because cats noses are so sensitive, very strong odors are distasteful if not outright painful. This is one reason I recommend against using scented or highly scented products. The smell might be nice to you, but it could be overwhelming to your feline friend's nose. So again, listen, I get it. We all want everything. I want everything to smell really good when I'm finished grooming them. But let's take a beat and think about what if somebody sprayed you with a perfume that made you sick, or you went to the hairdresser and they washed your hair in shampoo that literally made you sneeze constantly, Or want to go home and take a shower and wash your hair immediately? Cats instinctively lick, which we'll talk about a little bit later but think about the repercussions if you apply it to yourself. </w:t>
        <w:br/>
      </w:r>
    </w:p>
    <w:p>
      <w:r>
        <w:rPr>
          <w:sz w:val="22"/>
        </w:rPr>
        <w:t xml:space="preserve">What would I do if this happened to me? How would I feel if this was done to me? Because we should not be doing things to them. We should be doing things for them. This should not be an aggressive act. Hey, let me do this to you. This should be a compassionate act. Hey, let me do this for you. So when you switch your perspective on how we groom and how we should be interacting with our animal friends, I think it makes a big difference about how we view these things. </w:t>
        <w:br/>
      </w:r>
    </w:p>
    <w:p>
      <w:r>
        <w:rPr>
          <w:sz w:val="22"/>
        </w:rPr>
        <w:t xml:space="preserve">He does not look happy. To bathe or not to bathe. That is the question so. There is a lot of controversy out there about bathing. There are two main schools of thought out there are two main places you can get certified in felines and both of them have great programs. They're both extremely different and. It depends on what side of the fence you find fancy with, so I happen to be on the side of the fence, no surprise to anyone here. I'm sure. That feels as though if the cat does not want to be bathed and is aversive to water, we don't put it in water, we don't bathe, so it has to be something that the cat is actually amicable to. </w:t>
        <w:br/>
      </w:r>
    </w:p>
    <w:p>
      <w:r>
        <w:rPr>
          <w:sz w:val="22"/>
        </w:rPr>
        <w:t xml:space="preserve">And cats instinctually don't generally like water. But kittens can be trained to become a cat that enjoys grooming or at least tolerates it and bathing. So here's my thoughts on bathing. So the category is a bath. Is it necessary? So there is contradictory information out there I this is. My opinion this is from the books and research that I have done. Cats are instinctually drawn to self grooming. A lot of people will say cats don't self groom. They can't really clean themselves. True, they cannot clean themselves like a shampoo bath would clean them or brushing them out would clean them. </w:t>
        <w:br/>
      </w:r>
    </w:p>
    <w:p>
      <w:r>
        <w:rPr>
          <w:sz w:val="22"/>
        </w:rPr>
        <w:t xml:space="preserve">Neither could a dog, neither neither could we so. It has to be something that can be done instead of must be done. Cats are biologically created to groom themselves. Again, a lot of controversy. But then again, OKI get it. I'm a rebel, I'm a zealot. I am on the other side of the fence and I believe and I have. Read plenty of scientific information that says biologically their bodies are created to groom, to lick, to clear their coat of debris and their tongue has spiked like barbs called papillae, to comb through debris and loose coat and also to distribute the oils. </w:t>
        <w:br/>
      </w:r>
    </w:p>
    <w:p>
      <w:r>
        <w:rPr>
          <w:sz w:val="22"/>
        </w:rPr>
        <w:t xml:space="preserve">That papillae is also on their tongue. Those are real keratin barbs, like a fingernail. They are hard. That's why it feels like sandpaper. It is also designed to rip flesh from the bone, so when they have a kill and they need to pull the flesh off the bone. That papillae is helping to rip that off and tear it away from the bone, so that is there for a function. </w:t>
        <w:br/>
      </w:r>
    </w:p>
    <w:p>
      <w:r>
        <w:rPr>
          <w:sz w:val="22"/>
        </w:rPr>
        <w:t xml:space="preserve">I've truly 100 % believe that there is no such thing as this is on that animal without a purpose, like cats were created with these things for a purpose. Now obviously genetic mutations and that kind of stuff happen. Those are unfortunate, but they may not be purposeful. But the overall general system of a cat has a purpose. Their digestive system is created to digest such debris. </w:t>
        <w:br/>
      </w:r>
    </w:p>
    <w:p>
      <w:r>
        <w:rPr>
          <w:sz w:val="22"/>
        </w:rPr>
        <w:t xml:space="preserve">And coat and to either throw it up in hairballs or pass it in fecal material. That is why a lot of times you'll see cats eat things that they probably shouldn't, like balloon string like shoelaces. Because they just are. Naturally, thinking that they're supposed to eat that stuff while it's not, may not be good for them. It's just a natural instinct. So most soaps, detergents, and cleansing agents can be harmful to a cat's system. Now, there are exceptions to those rules. We can water down or dilute product enough that it becomes. Non-toxic or non affecting of their systems. So I don't. When I do bathe I never use things straight from the bottle. </w:t>
        <w:br/>
      </w:r>
    </w:p>
    <w:p>
      <w:r>
        <w:rPr>
          <w:sz w:val="22"/>
        </w:rPr>
        <w:t xml:space="preserve">I dilute down enormously and that may also come from the fact that i'm in a Roman therapist and with the central oils we dilute and then we dilute some more so. When working with animals and small children and immunocompromised so I look at cats as that group. So exceptions to bathing a cat Specific breeds like the hairless types. Ok certain breeds should be bathed with a gentle mild shampoo or cleanser. Situational bathing exposure to something detrimental. Like the cat got into oils, or the cat rolled in something, or it made a fresh kill and it's now covered in blood. </w:t>
        <w:br/>
      </w:r>
    </w:p>
    <w:p>
      <w:r>
        <w:rPr>
          <w:sz w:val="22"/>
        </w:rPr>
        <w:t xml:space="preserve">You know, bird goo, whatever guts. I've had to clean my cats up from that because they are indoor outdoors age. Elderly cats need more assistance with grooming than younger cats generally. Ok now does that mean that we have to shave them super short? No but we also have to understand that we have to have alternatives to making sure that we are able to keep them healthy. </w:t>
        <w:br/>
      </w:r>
    </w:p>
    <w:p>
      <w:r>
        <w:rPr>
          <w:sz w:val="22"/>
        </w:rPr>
        <w:t xml:space="preserve">Because if their coat and skin become matted and filthy, that is not the recipe for a healthy cat. We also have to always examine health issues such as obesity, disease and osteomuscular issues. Here's a little tidbit. Most cats by the age of five are afflicted. Was trying to think of the right word are afflicted by some sort of osteomuscular issue? Most so. Arthritis being the number one, but dependent upon those breeds, especially the breeds that were created genetically created for their overall aesthetic like that beautiful Scottish fold, the black and white one that I showed you in the picture before. </w:t>
        <w:br/>
      </w:r>
    </w:p>
    <w:p>
      <w:r>
        <w:rPr>
          <w:sz w:val="22"/>
        </w:rPr>
        <w:t xml:space="preserve">They come with a host of issues, osteoskeletal and muscular issues, the hairless types as well. So do some further research on breeds, understand breeds, and understand that we created as humans these breeds to look a certain way. But we've also messed with Mother Nature in the sense that we played with genetics, and so we have created some things that are unfortunate in these, in these creatures. Cat bathing tips and alternatives to submerging style baths. So that guy up at the top, that Pretty Little tabby with his bubbles on his head, that's a great way to do a bath. </w:t>
        <w:br/>
      </w:r>
    </w:p>
    <w:p>
      <w:r>
        <w:rPr>
          <w:sz w:val="22"/>
        </w:rPr>
        <w:t xml:space="preserve">I generally don't ever have that much suds, but if the cat is not opposed to being rinsed thoroughly, you can give him a bubble bath like that. Utilize a small litter pan or basin. Fill it about halfway with some warm water and place the cat in slowly. Sometimes they call these bucket baths using a washcloth wipe down from head to toe. I sometimes will do these, obviously not with all the suds, but and I use one of the little shower puffs. </w:t>
        <w:br/>
      </w:r>
    </w:p>
    <w:p>
      <w:r>
        <w:rPr>
          <w:sz w:val="22"/>
        </w:rPr>
        <w:t xml:space="preserve">You know the little things that we get a bath with. You can buy them really small and they work great for cats. And they help transfer the water over them. And they are a little exfoliating as well at a small amount of unscented castile soap. That's always my go to if cat is very dirty. Using a prefilled pitcher of warm water, slowly pour over the cat in small areas and wipe clean or drip cloth and wipe face of soap residue. </w:t>
        <w:br/>
      </w:r>
    </w:p>
    <w:p>
      <w:r>
        <w:rPr>
          <w:sz w:val="22"/>
        </w:rPr>
        <w:t xml:space="preserve">So some cats. Just hate the sound of spraying water. They're afraid of spraying water, so you may need to use a cup or a pitcher. You may use one basin for the warm soapy water and then take them out and have them stand in another and just rinse go over, pour over them. Using a warm, damp towel, wrap the cat in the towel and slowly massage the cat's body to help remove any foreign debris or dirt. Comb and brush afterwards. </w:t>
        <w:br/>
      </w:r>
    </w:p>
    <w:p>
      <w:r>
        <w:rPr>
          <w:sz w:val="22"/>
        </w:rPr>
        <w:t xml:space="preserve">If the cat is completely abhorrent to having any water poured onto it or being placed in water, we can use the wet towel or wet washcloth. I'm not a huge fan of pet wipes, although I've used them in the past to clean things like ears or faces. Usually they have a lot of alcohol and other products that are really unnecessary, like perfumes, so those are just two alternatives. So alternatives to full baths, using unscented baby wipes free of alcohol, wipe the cat down from head to toe or concentrate on the areas that need the cleaning the most. </w:t>
        <w:br/>
      </w:r>
    </w:p>
    <w:p>
      <w:r>
        <w:rPr>
          <w:sz w:val="22"/>
        </w:rPr>
        <w:t xml:space="preserve">So spot cleaning. Is better, especially than trying to soak down and then work with a soaking wet angry cat. Let me go back really quick. The other thing that I do sometimes is a table bath. Which is the cat is I'll put a couple towels down on my grooming table, take a basin with some warm water and one of those puffs, those bathing puffs or a washcloth and just wipe them all down. I will have a little soapy water in there, usually my castile soap and wipe them all down and then I may take a little conditioner and. Put some in my hands and run that through the coat and then wipe them down again very lightly conditioning. </w:t>
        <w:br/>
      </w:r>
    </w:p>
    <w:p>
      <w:r>
        <w:rPr>
          <w:sz w:val="22"/>
        </w:rPr>
        <w:t xml:space="preserve">Or I may make a leaving conditioner, obviously diluted as usual and pour some of that on my washcloth and then wipe that over the cat and then comb it and run a light flicker over it while it's still damp drying. Let cats air dry as much as possible or use directional warm air from a stand dryer handheld dryer while combing and gently drying with a towel. In my experience, I have seen cats do a little better with the stand dryer, a fluff dryer. A handheld human dryer. Just make sure it's on warm and not hot because it will burn them. </w:t>
        <w:br/>
      </w:r>
    </w:p>
    <w:p>
      <w:r>
        <w:rPr>
          <w:sz w:val="22"/>
        </w:rPr>
        <w:t xml:space="preserve">The high force dryer. Some cats do great with them, some cats don't. I generally don't like to put a nozzle on and almost always I have a hoodie on my cat. Sometimes from the very beginning, as soon as I take that cat out of the carrier, the hoodie goes on and then I'm able to touch feet and I'm able. It's a comfort thing. I will also usually put that on for the bath, even if it is a bath that the cat is actually being in the tub or a submerged bath, just because I don't want water and stuff. </w:t>
        <w:br/>
      </w:r>
    </w:p>
    <w:p>
      <w:r>
        <w:rPr>
          <w:sz w:val="22"/>
        </w:rPr>
        <w:t xml:space="preserve">They usually hate to get their head and face wet. So I'm going to clean those areas either with a wipe or with my own washcloth drying. They should be allowed to air dry as much as possible and they're going to lick and they're going to want to lick that water off, lick that product off. So again, dilute and if the cat is frightened of something, even if it is a double coated breed, that needs that. High force dryer to just blow the crap out of all that coat. There are more gentle ways. Comb while the coat is damp a little bit and you'll be able to remove some of that undercoat. </w:t>
        <w:br/>
      </w:r>
    </w:p>
    <w:p>
      <w:r>
        <w:rPr>
          <w:sz w:val="22"/>
        </w:rPr>
        <w:t xml:space="preserve">Get the coat a little dryer continuously comb with a shedding comb brush. You know it is has to be a work in progress and you have to talk to your cat owners about home grooming as well if they want to keep them in that big thick coat. Then they need to start doing some home grooming and you also need to educate them about the tools that they use and what they should be using for the coat type that they have. So shampoos and conditioners will talk about scent sprays and coat sprays, brushes, Combs, shears, Clippers, regular Clippers, trimmers and nail trimmers. Those are the ones I'm going to cover with you guys today in this SO shampoos and conditioners. </w:t>
        <w:br/>
      </w:r>
    </w:p>
    <w:p>
      <w:r>
        <w:rPr>
          <w:sz w:val="22"/>
        </w:rPr>
        <w:t xml:space="preserve">Another big one for me. All products should be sent free or have minimal scent dilute. It doesn't have to be a ton of suds to clean. It is a detergent no matter what it says on the product soap. Is if it is a product I recommend is I love Doctor Bonner's but I've also purchased Castile soaps through some of the soap wholesalers. I've also purchased Castile soaps on Etsy from people who make craft castile soaps. Beautiful stuff, everything from avocado to coconut oil to hemp based. They are wonderful products and you can use them for other things around your grooming salon or grooming practice, but they should be sent free or have a minimal scent. </w:t>
        <w:br/>
      </w:r>
    </w:p>
    <w:p>
      <w:r>
        <w:rPr>
          <w:sz w:val="22"/>
        </w:rPr>
        <w:t xml:space="preserve">Never use citrus scented or citrus based ingredients like delimanine. They can be toxic to felines. I've seen cats get severely ill. Being around those products and there are products on the market, I will not say who they are that do have delimining or citrus based ingredients and they market their products good for cats. So please even more so, do your research because steel soap can be used in place of commercial pet shampoo. </w:t>
        <w:br/>
      </w:r>
    </w:p>
    <w:p>
      <w:r>
        <w:rPr>
          <w:sz w:val="22"/>
        </w:rPr>
        <w:t xml:space="preserve">I love Castile soap. Always follow up with a light conditioner. If you have used a soap or a shampoo you should be doing some sort of conditioning. Do not use cleansing products or conditioners full strength. Dilute heavily. If I haven't already said that enough, there it is again. Create a cream rinse from one part conditioner to four parts. Water at a minimum. And then rinse it through the coat as well. If you go really dilute you shouldn't have to rinse as much, but I always like to take that nice wet washcloth and at least do one Passover just to take away any residue that has sat on the coat because they are inevitably going to lick it so. </w:t>
        <w:br/>
      </w:r>
    </w:p>
    <w:p>
      <w:r>
        <w:rPr>
          <w:sz w:val="22"/>
        </w:rPr>
        <w:t xml:space="preserve">Here's what everybody always wants to know of me. What can I make? How do you make your own? How do you do this or that? So I love to be a bathtub mixologist. I love to just take my knowledge. And create things that I know are not going to be detrimental to their skin or coat or them in any form or fashion and still be able to create a beautiful groom. So a lot of people want to use essential oils around cats. </w:t>
        <w:br/>
      </w:r>
    </w:p>
    <w:p>
      <w:r>
        <w:rPr>
          <w:sz w:val="22"/>
        </w:rPr>
        <w:t xml:space="preserve">I always recommend using hydrosols. The word hydrosol, hydro water and salt solution, mean water solution that refers to the fact that a hydrosol is water containing plant molecules. I like to say it's holding the medicinals of that plant. It's produced alongside of essential oils in the process of steam distillation and sometime referred to as hydrolats. Essential oil is generally higher in density than water, and so it floats on the surface of the hydrosol, which often has a Milky aspect, giving the French name for hydrosols, hydrolats, hydro, meaning water, and lat meaning the French lat. </w:t>
        <w:br/>
      </w:r>
    </w:p>
    <w:p>
      <w:r>
        <w:rPr>
          <w:sz w:val="22"/>
        </w:rPr>
        <w:t xml:space="preserve">Hydrolate, the French word for milk. My French accent sucks, although I did have four years of French in high school. I can usually ask you where is the cat or the bathroom the safest method. Hydrosols are so much safer to use around children, the elderly and small animals. They are not as volatile as their essential oil cousins but contain the same healing properties. Please understand that just like you can dilute down your shampoo and still clean an animal. You can use hydrosols and still get all those medicinal properties from it. It's just watered down a little. I always recommend using hydrosols around felines due to their sensitive systems and how they react to essential oils, My other favorite teas. </w:t>
        <w:br/>
      </w:r>
    </w:p>
    <w:p>
      <w:r>
        <w:rPr>
          <w:sz w:val="22"/>
        </w:rPr>
        <w:t xml:space="preserve">So what's the tea? I'm about to spill the tea for you guys today. Herbal rinses are gentle and nourishing. They promote healthy hair and skin for us too. So if you make some, you can use it on yourself. I love duality in the products that we can use. They soften the hair, they improve shine and volume and they can make it look so luxurious. Herbal rinses can deep cleanse the skin. </w:t>
        <w:br/>
      </w:r>
    </w:p>
    <w:p>
      <w:r>
        <w:rPr>
          <w:sz w:val="22"/>
        </w:rPr>
        <w:t xml:space="preserve">They can soothe irritations. And even prevent dandruff. They may even stimulate hair growth. I have seen them help with hair growth in my practice. They can lighten, darken, or improve natural hair color. Also, along with those things, they can also help rid pests or keep past parasites away, which we're going to talk about in the next grouping. So teas are great and they work really well and they're very easy to make and I don't have it up yet, but I am working on a sheet for my website so that you can download that will be a feline and canine safe but there's plenty of stuff on the on the Internet whoops sorry guys, there goes my little timer. </w:t>
        <w:br/>
      </w:r>
    </w:p>
    <w:p>
      <w:r>
        <w:rPr>
          <w:sz w:val="22"/>
        </w:rPr>
        <w:t xml:space="preserve">So you can always find stuff. And if you ever have any questions and you're like, I'm not sure if this is going to work for a feline, shoot me an email or even a message over Facebook or DM on Instagram or my number is all over my website as well. You can always just shoot me a text. I'm happy to help and just be like, yeah, you can absolutely use that or no, that's not a great one for cats. But i'm working on it. It's on my to do so. </w:t>
        <w:br/>
      </w:r>
    </w:p>
    <w:p>
      <w:r>
        <w:rPr>
          <w:sz w:val="22"/>
        </w:rPr>
        <w:t xml:space="preserve">Tea rinses are fabulous and they work on canines as well. Sent sprays and coat sprays. Say no to sent sprays and finishing sprays. If you really truly can't say no if you're like, Oh my gosh, it's just the end all be all. It's the piece of resistance on my on my grooms. Then dilute them down. And I loot them down quite a bit. Cats lick constantly. Any residue will be ingested and cause toxicity issues. My advice is just avoid using them. </w:t>
        <w:br/>
      </w:r>
    </w:p>
    <w:p>
      <w:r>
        <w:rPr>
          <w:sz w:val="22"/>
        </w:rPr>
        <w:t xml:space="preserve">If you want something that has a beautiful light scent, use a hydrosol. Brushes and Combs, good gravy. We have tons and tons of product available to us. They come in a variety of shapes and sizes and time strengths and types and lengths and names, and you should be choosing according to the cat's coat length, density and texture. Specialty brushes containing copper are wonderful for removing loose dander and shining the coat. Will tidbit. Don't use them if the cat is still wet, or the dog for that matter. It will rust your copper. </w:t>
        <w:br/>
      </w:r>
    </w:p>
    <w:p>
      <w:r>
        <w:rPr>
          <w:sz w:val="22"/>
        </w:rPr>
        <w:t xml:space="preserve">It will just turn the brush to. Not what it should be, but there are a couple of different companies that actually have those copper brushes. I also love a nice boar hair bristle brush. Those work wonderful to shine the coat as well and do a nice Polish if you have those. Short coated cats. You can also just take that tiniest bit of an oil. I technically like to use a little bit of avocado, and I mean a little bit. Just a little drop in my hands, rub it on my hands and then just pull it through the cat real quick and then take my boar's hair, bristle, brash and just help distribute that. </w:t>
        <w:br/>
      </w:r>
    </w:p>
    <w:p>
      <w:r>
        <w:rPr>
          <w:sz w:val="22"/>
        </w:rPr>
        <w:t xml:space="preserve">It will shine them up so much and if they lick it, it's not a big deal. It's avocado oil. You can use hemp. Also, you can use coconut, which is really heavy. I try to stay away from really heavy, heavy oils and you're only using a tiny, tiny bit specialty brushes containing that copper. Don't use those if you're oiling the coat. They will. It'll ruin your brush. Have several different types of brushes to be used in different areas of the cat. Obviously neck and mane are much thicker and fuller, sometimes denser around the tail. You would want a different type of comb or brush. Always disinfect after use. In between clients, I am a huge proponent of having a barbicide jar to drop my Combs and Clippers and my blades and my nail trimmers and all that stuff. </w:t>
        <w:br/>
      </w:r>
    </w:p>
    <w:p>
      <w:r>
        <w:rPr>
          <w:sz w:val="22"/>
        </w:rPr>
        <w:t xml:space="preserve">You can get them at any beauty supply store and it's a wonderful way to just clean equipment that you can just dunk in there. If you can't do that, then you can make a spray bottle and spray your equipment with it also. I will gently wash my Boar's hair bristle brushes with some castile soap and a little water and let it air dry. Actually I will take the condenser nozzle, blow out what I can and then let it air dry. I don't put barbicide on that, it will usually will damage the Boar's hair bristles if you have the synthetic ones though, the barbicide it won't, it won't ruin it. </w:t>
        <w:br/>
      </w:r>
    </w:p>
    <w:p>
      <w:r>
        <w:rPr>
          <w:sz w:val="22"/>
        </w:rPr>
        <w:t xml:space="preserve">Combs come in a variety of length, sizes, teeth length, and number of teeth. Combs that have different lengths of teeth also have the same all on the same comb work great for all. Cat coats have several types of Combs available for use on all different types of coats and different situations. I had a cat that sat in tar, yes he sat in tar. They were having their. Street Redone, the cat came home and his back end was covered in tar. </w:t>
        <w:br/>
      </w:r>
    </w:p>
    <w:p>
      <w:r>
        <w:rPr>
          <w:sz w:val="22"/>
        </w:rPr>
        <w:t xml:space="preserve">With some ingenuity and some research, I was able to save a lot of that coat. We did have to shave out the really big pieces, but we were able to save it and I used a variety of different Combs and brushes to break through and get that out of there. Once we applied the stuff that broke it down always again, disinfect everything. You never want to cross contaminate. That's a biggie and with them being so sensitive you certainly don't want to cross contaminate shears. </w:t>
        <w:br/>
      </w:r>
    </w:p>
    <w:p>
      <w:r>
        <w:rPr>
          <w:sz w:val="22"/>
        </w:rPr>
        <w:t xml:space="preserve">Shear use with cats really should be minimal. Remember thin stretchy skin and shears can be dangerous. Ball tip shears should be used in place of non safety shears, smaller shears for small area trimming. Leave those huge poodle shears for the poodles. Cheers are a personal choice. There are so many types and kinds. Explore and find the style and the type that work well for your hand and your grooming styles. Nail trimmers again there are They are essential for all the grooming. They are mainly common sizes and types like little like the little teensy weensy ones for sometimes they say bird nail trimmers. </w:t>
        <w:br/>
      </w:r>
    </w:p>
    <w:p>
      <w:r>
        <w:rPr>
          <w:sz w:val="22"/>
        </w:rPr>
        <w:t xml:space="preserve">And then we have the ginormous ones for, you know, enormous dogs. So I've seen groomers use those big giant orange handled ones to cut cat nails before. Not my cup of tea. I prefer the little scissor ones. It's a matter of choice again. But because cat nails grow more curved than a dog, it's better to use the scissor style than the guillotine style trimmers in my opinion. The size of that trimmer should be relative to the size of the cats claws, tiny claws, smaller trimmer and so on. </w:t>
        <w:br/>
      </w:r>
    </w:p>
    <w:p>
      <w:r>
        <w:rPr>
          <w:sz w:val="22"/>
        </w:rPr>
        <w:t xml:space="preserve">Nail trimmers should be routinely sharpened to stop nails from fraying and splitting when cutting. Their nails are designed to break away so we really want to make sure we have a nice sharp nail trimmer. Most cats will not let you use the grinder style nail trimmer. Some will let me use an actual Emery board or nail file, but most don't like that feeling. And that can help. If you do get frayed areas, always sanitize everything after every use. If you haven't seen this best shot graph, go to their website. </w:t>
        <w:br/>
      </w:r>
    </w:p>
    <w:p>
      <w:r>
        <w:rPr>
          <w:sz w:val="22"/>
        </w:rPr>
        <w:t xml:space="preserve">They have a lot of really good information. This is what the ideal coat that's properly groomed and the double coat free of any shedding. This is with minimal undercoat. This is with it thick and full, and we need to get it out of there. When we cut off all that, when we are allow that air to come through and we clean it enough so that we never want to remove it completely, but we're allowing that air to come and push through. It is a thermoregulator for that animal. It's going to regulate their temperature when we cut it all off. </w:t>
        <w:br/>
      </w:r>
    </w:p>
    <w:p>
      <w:r>
        <w:rPr>
          <w:sz w:val="22"/>
        </w:rPr>
        <w:t xml:space="preserve">It takes away their ability to thermoregulate. So to Clipper and the and do we cut. When we choose a Clipper, you should have something that is a sharp fine tooth blade on it. We want to always clip with the grain. We shouldn't be going in reverse. Reverse is tough. Because it's it pushes the erector pill eye muscle the opposite direction and we don't want to do that. We want to try to use something that's going to be quiet and not super loud while we're clippering cats because again, they have super sensitive hearing. We can also use clip Combs if they want a longer cut or if I could talk them into a longer cut, I use clip Combs. </w:t>
        <w:br/>
      </w:r>
    </w:p>
    <w:p>
      <w:r>
        <w:rPr>
          <w:sz w:val="22"/>
        </w:rPr>
        <w:t xml:space="preserve">I let them know it's going to be a little choppier, but it causes less damage to the skin and coat. Sometimes I tell them that, you know when you first get a haircut and you go home and you're like, I'm not quite sure I like it. I'm like, by Week 2 this is going to look fine and it really does. The coat just starts to settle in and it's not as choppy and it looks a lot nicer. So I always opt for a clip comb over a short clip, but sometimes there's no option. You know you have to do things severe matting, advanced age, disease, health, obesity, situational issues. </w:t>
        <w:br/>
      </w:r>
    </w:p>
    <w:p>
      <w:r>
        <w:rPr>
          <w:sz w:val="22"/>
        </w:rPr>
        <w:t xml:space="preserve">We had to shave out the tar from that cat or the situation may be the owner. What if it's again I have to shout out to Angie Coates because one of the other cat classes I did before she took me aside and gave me some of her wonderful insight. And I'm so appreciative of her. And she talked to me about the fact that she grooms some cats very short due to their owners being elderly and unable to brush through or maintain that coat. </w:t>
        <w:br/>
      </w:r>
    </w:p>
    <w:p>
      <w:r>
        <w:rPr>
          <w:sz w:val="22"/>
        </w:rPr>
        <w:t xml:space="preserve">And so not only is it preventing matting and assisting that cat in. Maintaining overall good general health, but also the owner is unable to do this. And so yes, we are still acting in a compassionate way by doing that short haircut. So situational monitor your situation, think about what situation it is. Healthy cats generally do not need to be shaved down. Good brushing, topical bathing, and routine grooming sessions will keep the cat mat free and looking healthy. However, again situations do arise. People may not have the income to consistently keep their pet on a regular grooming schedule, so a short clip is better than a matted animal unique. </w:t>
        <w:br/>
      </w:r>
    </w:p>
    <w:p>
      <w:r>
        <w:rPr>
          <w:sz w:val="22"/>
        </w:rPr>
        <w:t xml:space="preserve">Look at this unique Bengal up there. Is that not absolutely gorgeous. That coat looks like butter. There's no other word for it. The cat has a very unique integumentary system. So that is skin and coat are designed to tighten and loosen depending on the space they are fitting into. And you've all seen it. If I fits, I sits how they squeeze their bodies into the tiniest little boxes and spaces so it is made for them to be able to fit in and out of tight spaces to get away from a predator or to get to prey. </w:t>
        <w:br/>
      </w:r>
    </w:p>
    <w:p>
      <w:r>
        <w:rPr>
          <w:sz w:val="22"/>
        </w:rPr>
        <w:t xml:space="preserve">Cat's skin is thin because it is designed to tear away and aid and escape from an attack. Cat fur or hair is actually barbed and will stick to surfaces, leaving behind their unique calling cards. So the skinning on cat skin. Look at this gorgeous hairless that they actually have hair. It feels like a shammy cloth. It it's just nothing but those little on hairs which we're going to talk about. Skin appendages, that's what they're called. Hair follicles, oil and sweat glands, and claws are skin appendages that grow out of the epidermis and dermis. The hair follicles of cats are compound, which means they have a central hair surrounded by three to 15 smaller hairs, all exiting from a common pore, those 3 to 15 hairs. </w:t>
        <w:br/>
      </w:r>
    </w:p>
    <w:p>
      <w:r>
        <w:rPr>
          <w:sz w:val="22"/>
        </w:rPr>
        <w:t xml:space="preserve">Are the on hairs or what we call undercoat? Oh my God, look at that baby little bitty bitty face. I used to do cat rescue. People would leave boxes of kittens like that on my doorstep and we would bottle feed and I just adore them. Cats are born blind and deaf. As they age, their eyes and ears open to reveal the world around them. Their skin and coat also go through changes. They're born with a single hair follicle containing only the on hairs. As they age, the follicle changes to allow more hairs to grow. </w:t>
        <w:br/>
      </w:r>
    </w:p>
    <w:p>
      <w:r>
        <w:rPr>
          <w:sz w:val="22"/>
        </w:rPr>
        <w:t xml:space="preserve">This now becomes a compound hair follicle, introducing guard hairs as well as those on hairs. And the timeline is dependent on breed and coat type, on how fast this happens or slow. Here's our general diagram. So you have your epidermis, you have your dermis, and then you have your hypodermis. Ok this is extremely thin and compact. Here's that little muscle. I was talking about this. Erector Pillai muscle K We also have that singular hair right here coming out. We have a sebaceous gland. We do not have a sweat pour. </w:t>
        <w:br/>
      </w:r>
    </w:p>
    <w:p>
      <w:r>
        <w:rPr>
          <w:sz w:val="22"/>
        </w:rPr>
        <w:t xml:space="preserve">This is of a human, so there are no sweat glands. Cats do not sweat like humans. But everything else here is pretty much the same. I'm going to show you that one with the compound follicle K Compound hair follicle. Do you see all these hairs coming out? Here's a single. Here's a compound. Cats are born with a single follicle, and as they age, this is what this transforms into K So their epidermis is very thin. </w:t>
        <w:br/>
      </w:r>
    </w:p>
    <w:p>
      <w:r>
        <w:rPr>
          <w:sz w:val="22"/>
        </w:rPr>
        <w:t xml:space="preserve">They have very few vascular vessels throughout. Here it is not very vascular at all. That's why when you cut a cat, it generally does not even show. Any blood. Very little, if any at all, because they're not very vascular. Again, it's designed to tear and cut away and heal. Here's a cross section of the hair. You have your medulla, which is the center, the pigment granules, the cortex, yeah, the cortex. And then your cuticle scale. So if we looked at this under a microscope, you would see that cuticle is, it looks like, almost like a crocodile. And if you looked at a single hair, it would be barbed. So here's that medulla, the cortex, the cuticle, and this is the make up the hair shaft. </w:t>
        <w:br/>
      </w:r>
    </w:p>
    <w:p>
      <w:r>
        <w:rPr>
          <w:sz w:val="22"/>
        </w:rPr>
        <w:t xml:space="preserve">You have the root sheath, Huxley's layer, Henley's layer, outer root sheath, glassy membrane, and then the connective tissue. So that is all of what that looks like when it's coming out of the skin. The dermis. Here's more on that structure, the follicle structure itself. Spacious glands that erector Pillai muscle K all the connective tissue sheets down here. The root hair plexus. So this is the medulla, or the core of the hair contains a flexible soft keratin. </w:t>
        <w:br/>
      </w:r>
    </w:p>
    <w:p>
      <w:r>
        <w:rPr>
          <w:sz w:val="22"/>
        </w:rPr>
        <w:t xml:space="preserve">The cortex contains thick layers of hard keratin which give the hair stiffness and then the cuticle is thin and very tough and contains hard keratin. So that's why it is considered an appendage, just like the nails. Ok it is made out of keratin just like us. So top feline skin issues. These are some of the top ones that we have. That we will usually see in a grooming practice. It's not for us to diagnose anything, but we can take a look at things and say or this looks like this. </w:t>
        <w:br/>
      </w:r>
    </w:p>
    <w:p>
      <w:r>
        <w:rPr>
          <w:sz w:val="22"/>
        </w:rPr>
        <w:t xml:space="preserve">And I would suggest you take your pet to the vet. I'm not diagnosing it, but I think that they have something afflecting it or afflict. They have some sort of affliction or affecting their skin and coat. So these are the most common ringworm, feline acne, parasites, which fleas, ticks and ear mites. Contact dermatitis, abscesses, remember I said. They are used to having that skin break away or tear away and be able to heal on its own. </w:t>
        <w:br/>
      </w:r>
    </w:p>
    <w:p>
      <w:r>
        <w:rPr>
          <w:sz w:val="22"/>
        </w:rPr>
        <w:t xml:space="preserve">Usually that's not the truth. A lot of times when they have anything that pierces that skin, they need to be seen by a vet because their immune system is very delicate like the rest of them. It's just so difficult for their immune system to heal on its own. It is such an alchemy of needing that skin, that coat, that perfect balance of everything going right in within their body system to make them be able to heal easily. That's why we see a lot of these problems where the cat gets secondary infections and that kind of stuff because of the fact that there was some sort of systemic imbalance. </w:t>
        <w:br/>
      </w:r>
    </w:p>
    <w:p>
      <w:r>
        <w:rPr>
          <w:sz w:val="22"/>
        </w:rPr>
        <w:t xml:space="preserve">So we're going to take a look at these, all right. Ringworm, the scientific name or veterinary term that they'll use dermatophytosis. So ringworm is a common. Name given to a fungal infection of the superficial layers of the skin, hair and nails. So it not only affects just the skin, it affects that hair and the nails. Again, we are learning that hair is an appendage is made of keratin and this fungus is able to affect and take hold on top of those keratinized areas. Ringworm infections can occur in humans and all domesticated species of animals, so it is of your of the utmost importance to make sure you clean. </w:t>
        <w:br/>
      </w:r>
    </w:p>
    <w:p>
      <w:r>
        <w:rPr>
          <w:sz w:val="22"/>
        </w:rPr>
        <w:t xml:space="preserve">It does not necessarily show up as a circle. I don't know why that it's called a worm or ringworm, but that's the name it was given. It's a misnomer, like jumbo shrimp. It is can show up in a line, it can be circular, it can be a zigzag, it doesn't matter. But it is highly contagious. Feline acne is another one that we see an awful lot. This is again, they're going to scratch at this. They'll break it open. It's the result of the hair follicle in the chin that becomes clogged with an oily sub substance called sebum, and that's what their oil glands produce sebum the clogged follicle forms blackheads that are that often resemble dirt on a catch, chin and lips. </w:t>
        <w:br/>
      </w:r>
    </w:p>
    <w:p>
      <w:r>
        <w:rPr>
          <w:sz w:val="22"/>
        </w:rPr>
        <w:t xml:space="preserve">The blackheads can turn into red, itchy bumps which can. Progress into ugly puntuals or pimples, which can progress into an Abscess that ruptures and then becomes hard and crusty. I have seen cats at the beginning stages of this, and I have seen cats with the puntuals that have broken open and have abscesses. This can go even lower than the chin and into the neck, up into the jowls and into the face. </w:t>
        <w:br/>
      </w:r>
    </w:p>
    <w:p>
      <w:r>
        <w:rPr>
          <w:sz w:val="22"/>
        </w:rPr>
        <w:t xml:space="preserve">It is a nasty infection and definitely needs to be treated by a veterinarian. And you should not be bathing and grooming and putting any product, nor should you be touching that at all, because you're just going to cross contaminate and just put more bacteria into it. So this is what it looks like for the formation of acne. So you have healthy hair follicle, and then that duct gets clogged by dead cells and the sea bum that starts to get stuck in there because the dead cells are in there and they're clogging or gumming up the works. So then bacterial infection and inflammation triggers a pimple. And that's that one little pustules that you might see or usually we'll start with one and then it spreads to all the other ones in that whole chin area. </w:t>
        <w:br/>
      </w:r>
    </w:p>
    <w:p>
      <w:r>
        <w:rPr>
          <w:sz w:val="22"/>
        </w:rPr>
        <w:t xml:space="preserve">The follicle ruptures and ruptures and pustules with fluid or that acne forms across the entire area. So it's pretty gnarly. I mean really, truly it is. It's just one of those things where you're like, Oh my gosh, I can't believe there's so much. And it gets so black and nasty and it's very painful for them because it's itchy and their natural instinct is to scratch it. So the exact cause of feline acne remains unknown, but likely suspects include hyperactive sebaceous glands, contact or atopic dermatitis. Sensitivity to certain foods, chemicals or medications, hormone imbalances, poor grooming habits or an underlying infection, a compromised immune system, and even stress. </w:t>
        <w:br/>
      </w:r>
    </w:p>
    <w:p>
      <w:r>
        <w:rPr>
          <w:sz w:val="22"/>
        </w:rPr>
        <w:t xml:space="preserve">I told you these kitties are sensitive, so bleeds and ticks are another biggie that we know that are. Around they are in everything. I am in an area that is extremely high for ticks, but fleas not so much. They don't survive very well here in the desert, but we definitely have ticks and they come in a lot on our irrigated land where they let the irrigation water run in and. If you're in a more rural area, it is important that you are constantly checking for ticks. </w:t>
        <w:br/>
      </w:r>
    </w:p>
    <w:p>
      <w:r>
        <w:rPr>
          <w:sz w:val="22"/>
        </w:rPr>
        <w:t xml:space="preserve">So what's the life cycle of a tick? The larvae Burrow into the carpets and cracks and hardwood floors to avoid light 5 to 12 days. Days later, the larvae spin a cocoon in which they develop into a pupa. Baby fleas emerge from pupa within one to three weeks. These newly hatched fleas wait for a cat to stroll by and they hop on. The life cycle begins anew. It is almost exactly the same for a tick. The tick is going to do the same thing. They Burrow down, they get under baseboards. If you have dropped ceilings in your salon, they will get in there. Usually it takes a week to 12 days for the larva to start to turn into the pupa stage. </w:t>
        <w:br/>
      </w:r>
    </w:p>
    <w:p>
      <w:r>
        <w:rPr>
          <w:sz w:val="22"/>
        </w:rPr>
        <w:t xml:space="preserve">And then they start looking for a host. Anita wants to know if dogs can get the same type of acne that cats get. Yes, and a lot of your braceophalic breeds you see it more on because their chins go in the water and in their food, whereas dogs that have a longer snout. And have a beard even protect them a little bit more. But yes, it is cross species. It's called canine acne. Good question though. So that's the life cycle fleas, oops, sorry guys let's go back. So that is definitely the life cycle. So when fleas again are usually found in more of sandy climates. </w:t>
        <w:br/>
      </w:r>
    </w:p>
    <w:p>
      <w:r>
        <w:rPr>
          <w:sz w:val="22"/>
        </w:rPr>
        <w:t xml:space="preserve">When a female flea jumps on a cat, it bites the skin and begins feeding. Immediately, ingestion of blood is required for the flea to reproduce. Same thing for a tick. That's why I just kind of blended these two together. Within 24 hours, the flea begins laying about 50 eggs per day. As the cat meanders around, he acts like a living salt shaker, scattering flea eggs throughout the house, mainly in the areas where he sleeps and rests. Within a week, the larvae hatch from the egg. When the fleas bite, they inject a small amount of saliva into the skin. Some cats are allergic to the saliva and will melt an exuberant amount of inflammatory response, known as flea allergic dermatitis, which is the most common skin disease in a veterinary practice. </w:t>
        <w:br/>
      </w:r>
    </w:p>
    <w:p>
      <w:r>
        <w:rPr>
          <w:sz w:val="22"/>
        </w:rPr>
        <w:t xml:space="preserve">Cats with flea allergic dermatitis are uncomfortably itchy. And they can also get tea tick bite dermatitis as well. They do the same thing. They inject. So their saliva in there. Fleas transmit tapeworms to cats. The tapeworm life cycle involves passing through the fleas body. Cats are fastidious. Groomers, We've talked about this naturally, are just going to lick and groom themselves. Occasionally they swallow a flea. When grooming, and if that flea is infected with tapeworm eggs, the cat will get tapeworms. If they ingest ticks, they can get all sorts of bacterial issues in the gut. </w:t>
        <w:br/>
      </w:r>
    </w:p>
    <w:p>
      <w:r>
        <w:rPr>
          <w:sz w:val="22"/>
        </w:rPr>
        <w:t xml:space="preserve">They can get skin dermatitis from the tick, and they can also get tick fever from being bit by ticks. They also fleas and ticks can cause. Them to have bloodborne diseases. Also, please transmit Bartella, the Organism responsible for cat scratch disease, from one cat to another. Although most cats infected with Bartatello show no signs of an illness, a few cats can develop clinical illnesses characterized by fever, lethargy, lymph, node enlargement, eye inflammation and other issues that are just. </w:t>
        <w:br/>
      </w:r>
    </w:p>
    <w:p>
      <w:r>
        <w:rPr>
          <w:sz w:val="22"/>
        </w:rPr>
        <w:t xml:space="preserve">Unbelievably harmful to the cat if they are not treated, so always watch for symptoms. It's important because a lot of times the pet owners miss them. The trouble with ticks. Cats are remarkably resistant to most tickrelated illnesses. For example, cats rarely get Lyme disease and other tick transmitted disease such as aclerosis, babysleosis and. Tularema, which is called rabbit fever. They're also exceptionally rare in cats. However, they can suffer from irritation at the bite site as well as a form of dermatitis from being bitten. The most likely tick diseases for cats is infection with Mike Yeah, Mike Mycoplasma baphylalis, a red blood cell parasite. </w:t>
        <w:br/>
      </w:r>
    </w:p>
    <w:p>
      <w:r>
        <w:rPr>
          <w:sz w:val="22"/>
        </w:rPr>
        <w:t xml:space="preserve">Fleas and ticks can become infected with. Microplasm by feeding on an infected animal. Then they infect a cat when they bite or attach to it. Mothers can infect the kittens through the placenta. It can also be transmitted from cat to cat via bites. Mycoplasma haemophilias causes anemia that carries from mild to severe. That's what I was talking about them getting a parasite or bacteria that can cause bloodborne diseases ew. I used to be in cat rescue for a really long time and this is so common. Ear mites and they are little parasites that are generally in the ears, but they can get onto the eyes. </w:t>
        <w:br/>
      </w:r>
    </w:p>
    <w:p>
      <w:r>
        <w:rPr>
          <w:sz w:val="22"/>
        </w:rPr>
        <w:t xml:space="preserve">They're nasty little creatures. Here is. I don't know if this is going to There it goes. Let's see if it'll. Look at them under the microscope. I they're they just make my blood boil. I know that they also have a purpose in this world, but the purpose is not to be in my cat's ears, so they're also known Odocites sinitis, which is their. Scientific name. They are the most skin crawling parasites of the feline world, pun intended. Although most commonly seen in young cats where they're they are infected from their parents, Ear mites can be found in cats of any age. </w:t>
        <w:br/>
      </w:r>
    </w:p>
    <w:p>
      <w:r>
        <w:rPr>
          <w:sz w:val="22"/>
        </w:rPr>
        <w:t xml:space="preserve">Cats infected with ear mites may show only mild symptoms of ear canal. Ok. I think Melissa has frozen a bit. Or to see which one of us has frozen. Oh, have I frozen? Yes, I believe you did. Ok, let's see if I go to the next slide. Let's see if it'll still frozen. No you're good. Go back to the slide you were on. Oh, it's Okay. It's all right. I want to talk about the hematomas anyway. So those were the ear mites, Okay. </w:t>
        <w:br/>
      </w:r>
    </w:p>
    <w:p>
      <w:r>
        <w:rPr>
          <w:sz w:val="22"/>
        </w:rPr>
        <w:t xml:space="preserve">So I said that from scratching. Sometimes they look like coffee grinds in the ear or dirt in the ear. They're going to scratch and shake their head so much that they're probably going to give themselves an ear hematoma. It's also known as an oral hear. A URAL not ORAL hematoma and ear hematoma is a collection of blood which has formed due to the rupture of the blood vessels within the pinat, which is the actual name of that ear flap. So the pinat is composed of those 3 layers, the cartilage plate. The pericardium, the skin and the and the skin. And then when the blood vessel ruptures, the blood becomes trapped between the pericardium and the underlying cartilage. </w:t>
        <w:br/>
      </w:r>
    </w:p>
    <w:p>
      <w:r>
        <w:rPr>
          <w:sz w:val="22"/>
        </w:rPr>
        <w:t xml:space="preserve">So it makes a big bubble, which I'm sure as a groomer you've seen a hematoma before. Usually we don't see them that often in cats unless they're dealing with something really bad in their ear. Causes of your hematomas may include ear mite infestation, because that's the most common otitis externa. Infection of the ear canal, ticks and fleas fights foreign objects like grass. Like a grass on, you know, like a blade of grass or foxtails. Some kind of, you know, environmental thing, Allergies, Traumas such as a knock to the ear or a knock to the head. And then of course, head shaking from external or internal trauma. </w:t>
        <w:br/>
      </w:r>
    </w:p>
    <w:p>
      <w:r>
        <w:rPr>
          <w:sz w:val="22"/>
        </w:rPr>
        <w:t xml:space="preserve">Usually seen mourn cats. They're primarily outdoor cats. So I said mention contact dermatitis. This is what it looks like. This is why I advocate so heavily for diluting products down. So this is the dermatitis. This is what affects it. And then it becomes inflamed and itchy. All these things, cold weather, hard water, other allergens, even genetics plays a role frequent. This is obviously for humans, but it works the same way. Frequent hand washing or frequent washing with products that are going to dry out the skin and put alcohol and scent in cigarette smokes. </w:t>
        <w:br/>
      </w:r>
    </w:p>
    <w:p>
      <w:r>
        <w:rPr>
          <w:sz w:val="22"/>
        </w:rPr>
        <w:t xml:space="preserve">And then, of course, an underlying infection also. That is something that we're going to see and we're going to hear from our owners because they're going to be like, he's got red bumps, he's scratching, he's pulling his hair out why? So the condition affects areas where little or no hair is present, including the feet, chin and nose. There is no breed, sex or age predisposition, although allergic contact dermatitis does not generally appear in cats under two years of age. </w:t>
        <w:br/>
      </w:r>
    </w:p>
    <w:p>
      <w:r>
        <w:rPr>
          <w:sz w:val="22"/>
        </w:rPr>
        <w:t xml:space="preserve">Contact dermatitis and cats is somewhere somewhat rare condition and it has to be that skin is reacting to the presence of an external substance. There are two types of contact dermatitis, allergic and irritant. Allergic means that the cat is suffering from a sensitivity or an allergy to a certain substance. And then irritant contact Dermatitis occurs when that cat comes into contact with harsh chemicals or an environmental irritant Abscesses or these are nasty creatures. When they pop open and rip open again, their skin is designed to rip and tear. </w:t>
        <w:br/>
      </w:r>
    </w:p>
    <w:p>
      <w:r>
        <w:rPr>
          <w:sz w:val="22"/>
        </w:rPr>
        <w:t xml:space="preserve">Cats are most likely to experience abscesses as they tend to fight with other cats. So they're now susceptible to bacterial infections if they are not treated. They can also develop infections from relatively minor abrasions. Remember, they are super hypersensitive. Pastarella Multi Yeah Multiceda is the most common bacteria to cause that skin infection. Another cause of skin iteration impacts is Staphylococcus intermediate, which can usually be treated with topical ointments. So if either of these bacterias make their way deep into the skin, infection becomes a serious problem. Painful abscesses will form in response to the antibacterial, no to the bacterial invasion in the wound. If it is left untreated, then it will have to be cleaned with antibacterial products and usually put on high doses of antibiotics. </w:t>
        <w:br/>
      </w:r>
    </w:p>
    <w:p>
      <w:r>
        <w:rPr>
          <w:sz w:val="22"/>
        </w:rPr>
        <w:t xml:space="preserve">Pyoderma or a bacterial infection of the skin is common secondary condition in cats. A cat who is itching and grooming due to parasites, fungus or allergies can cause trauma to the skin which allows the bacteria into the environment to take over and create a secondary infection which I mentioned. In addition to causing itchiness, pyoderma causes the hair to actually just. Break off usually from them rubbing and scratching, and it also can cause peeling layers of skin, small punctuals or spreading redness and lesions. Once pyoderma is diagnosed by the veterinarian, antibiotics will use will be used to treat that infection. </w:t>
        <w:br/>
      </w:r>
    </w:p>
    <w:p>
      <w:r>
        <w:rPr>
          <w:sz w:val="22"/>
        </w:rPr>
        <w:t xml:space="preserve">If the underlying cause of the itchiness is not addressed, the infection may occur. So if it is parasites, you have to get rid of them first or an environmental allergy or it will come right back. So the last few of this presentation are going to be about environment and how we can work with them and do what we can to help them. So compassion brings us to a stop, and for a moment we rise above ourselves. I cannot. Say this often enough. The grooming session should never be about us. It should never be what our agenda is. It should be what we are able to do safely and compassionately with that animal, for that animal. </w:t>
        <w:br/>
      </w:r>
    </w:p>
    <w:p>
      <w:r>
        <w:rPr>
          <w:sz w:val="22"/>
        </w:rPr>
        <w:t xml:space="preserve">So when we are bringing a feline into a space. We really do need to have some kind of quiet area. I understand that a lot of places are you're not able to go into a separate room, or that they don't give you feline space, so use things like room dividers to just put those around you to form walls where the cat feels safe. They want to retreat back to their kennel because it is a safe small space. If they jump off your table and run through the salon and run through the house, they want to go in and under something because that is a safe space for them. Create that safe space again with room dividers with curtains I. </w:t>
        <w:br/>
      </w:r>
    </w:p>
    <w:p>
      <w:r>
        <w:rPr>
          <w:sz w:val="22"/>
        </w:rPr>
        <w:t xml:space="preserve">At my old studio, I used to have PVC piping and I had curtain rods that went around and I would pull those curtain rods around my table because there were other groomers. I would always put cotton and a hoodie on my cats and muscles the sound around them a lot, so that if there are other dogs barking on Clippers and dryers and all sorts of people talking music playing, remember how we talked about how sensitive their hearing is. </w:t>
        <w:br/>
      </w:r>
    </w:p>
    <w:p>
      <w:r>
        <w:rPr>
          <w:sz w:val="22"/>
        </w:rPr>
        <w:t xml:space="preserve">They are so highly sensitive that they hear so many different frequencies, so let's dull that down for them. The hoodie will also cause a calming effect if you have a private room with a door. That's always the best case scenario. When I was a house called groomer and I did cats, I generally would try to do them in the bathroom. Sometimes I would even set my small cat table up in the bathtub or in the shower. </w:t>
        <w:br/>
      </w:r>
    </w:p>
    <w:p>
      <w:r>
        <w:rPr>
          <w:sz w:val="22"/>
        </w:rPr>
        <w:t xml:space="preserve">If they had a walk in shower and close the shower door, they would be so much more adept to allowing me to work with them when they were in a more enclosed space. If you can work with an assistant, I always like to have a second pair of hands. If you can't work with an assistant or you always work by yourself, you can always. If the cat owner is there, you can always ask them to come in and help soothe if you think that would help. You always have to be aware that if you're escalating to a point where that cat is scratching and biting, you've pushed it over the threshold and no amount of good. </w:t>
        <w:br/>
      </w:r>
    </w:p>
    <w:p>
      <w:r>
        <w:rPr>
          <w:sz w:val="22"/>
        </w:rPr>
        <w:t xml:space="preserve">Environment is going to retreat it back to a happy, complacent cat. Sometimes it takes them days to shake off that amount of stress. So if I'm working with the cat in a more of a group environment, a lot of times I will just put people on alert. I'll be like, I don't need you right now, but I may need you in a little bit if I. You know, if I call you, can you make yourself available just to come right over? Because I might need a second pair of hands. I haven't worked with this cat before. I don't know what it's going to be like, yadda yadda, depending on the work environment you work in. </w:t>
        <w:br/>
      </w:r>
    </w:p>
    <w:p>
      <w:r>
        <w:rPr>
          <w:sz w:val="22"/>
        </w:rPr>
        <w:t xml:space="preserve">But I and I do. I don't care my pair what other people think. Meter broke a long time ago and so I will say. Hey guys, I'm going to be working on a cat, so I'm going to need everybody to just kind of try and turn the music low, keep your voices down, whatever. And I expect that respect because if they asked out of me I would do the same for them. So I think that you have to make sure that you're also conducting yourself in that way when you are bringing that cat into that grooming space. You also need to let the owner understand that this is not a normal circumstance for their pet, and if it has not been groomed in this type of environment before, you may not be able to accomplish everything that their expectation holds. </w:t>
        <w:br/>
      </w:r>
    </w:p>
    <w:p>
      <w:r>
        <w:rPr>
          <w:sz w:val="22"/>
        </w:rPr>
        <w:t xml:space="preserve">I always use towels and blankets on my table for cats, especially skittish or scared cats. There are a lot of cat groomers out there that recommend that you use a metal table so that they can't grip on to anything and it makes them less apt to try to get a grip or get hold of anything. I tend to not like that I again, I'm on the opposite side of the fence. Cats naturally want to grip onto things, so I don't want to cause more stress and so I will put a blanket or I will put a towel down and allow them to hold on to that. </w:t>
        <w:br/>
      </w:r>
    </w:p>
    <w:p>
      <w:r>
        <w:rPr>
          <w:sz w:val="22"/>
        </w:rPr>
        <w:t xml:space="preserve">If I need to move them or whatever, I can move the towel and turn the blanket instead of having to unhook nails and then move the cat. I also highly recommend understanding. How to do all the different wraps? So I primarily do the burrito wrap, which is the wrap. You wrap them up like a burrito and then you can pull feet out to cut nails one at a time. And there are other different types of wraps, and there's lots and lots of really great free YouTube videos that show those. There's also, I think her name is Doctor Sophia Yin. She has a lot of great feline free feline information on YouTube as well to follow. </w:t>
        <w:br/>
      </w:r>
    </w:p>
    <w:p>
      <w:r>
        <w:rPr>
          <w:sz w:val="22"/>
        </w:rPr>
        <w:t xml:space="preserve">If you approach that animal and you are not balanced in any way and you are just like, all right, let's do this, let's get this done or you are absentmindedly thinking about everything else that you have going on in your life in that moment. You are not balanced and ready to meet energies with this animal. And that does not matter how many towels you have, how quiet your room is, how small space you've created, what tools or shampoos or anything that you're using, because the biggest part of that cat's experience is going to be you. And yes, I said the cats experience, because that's what we're trying to create, is a compassionate experience for them to take away that grooming is not painful, it is not frightening, does not hurt and does not accelerate their stress levels to the point where they have dilated pupils and their panting and they're fighting and. </w:t>
        <w:br/>
      </w:r>
    </w:p>
    <w:p>
      <w:r>
        <w:rPr>
          <w:sz w:val="22"/>
        </w:rPr>
        <w:t xml:space="preserve">It just becomes unbearable for them. So we want to make sure that we are balanced and we are tuning in. I call it I got a can you guys just keep it chill? Because I got to tune into my this frequency and they laugh. Everybody laugh. I don't care. Laugh all you want. It works for me, but I need to know that I can, I can tune in there that I can get in and do same thing with new dogs. And so for me, it doesn't really matter what's going on around me. I mean, I can tune those things out and I can use ways to try to calm that cat to create a space. </w:t>
        <w:br/>
      </w:r>
    </w:p>
    <w:p>
      <w:r>
        <w:rPr>
          <w:sz w:val="22"/>
        </w:rPr>
        <w:t xml:space="preserve">Again, my awesome bubble. Nothing's allowed in my awesome bubble. But the only things that I'm allowing into it, and I will use cotton, I will use hoodies, I will use wraps. I will do everything I can to comfort and calm that animal to get us to where we need to be with a groom. But I also have educated my client enough so that they understand that this is not a forced thing and that this may take several times before we may be able to get this done. And with some felines it just isn't getting done. They have to go to the vet so. </w:t>
        <w:br/>
      </w:r>
    </w:p>
    <w:p>
      <w:r>
        <w:rPr>
          <w:sz w:val="22"/>
        </w:rPr>
        <w:t xml:space="preserve">It should not be a very fearful experience in the beginning. Yes it it's going to be new experience, scary experience, but overall they should come to trust you. So that energy balance number one and if you didn't know I was going to talk about energy well. Surprise shouldn't be a surprise with me. So again, low amounts of air fresheners, candles, smells, You can use things like hydrosols and they are far less detrimental to them, far less damaging. And they might you might not barely smell them, but they will do their job. They have a function and a purpose, so that's important. </w:t>
        <w:br/>
      </w:r>
    </w:p>
    <w:p>
      <w:r>
        <w:rPr>
          <w:sz w:val="22"/>
        </w:rPr>
        <w:t xml:space="preserve">Utilize the cat's crate often. If they're in a kennel, like a very kennel, you know the ones that have the screws That can take the screws off the sides and lift the top off. I love them. The soft kennels, not so much. Sometimes you can squish them down. I have clamps and clips that if it is a kennel that I can squish down, I will clamp it to hold it together. </w:t>
        <w:br/>
      </w:r>
    </w:p>
    <w:p>
      <w:r>
        <w:rPr>
          <w:sz w:val="22"/>
        </w:rPr>
        <w:t xml:space="preserve">You know the soft sided ones. And hold them together like that so that the cat can remain in its crate. And if I have to do brushing and combing and all that stuff, I try to keep it as comfortable as possible. I may lift the cat out and place a large towel or blanket so that it kind of comes over the sides of that crate, so that when I do have to take the cat out for the bath or remove the crate, I can swaddle the cat in the blanket or the towel. </w:t>
        <w:br/>
      </w:r>
    </w:p>
    <w:p>
      <w:r>
        <w:rPr>
          <w:sz w:val="22"/>
        </w:rPr>
        <w:t xml:space="preserve">So utilizing their own crate sometimes causes comfort for them and can help lower their stress level greatly. Utilize walls or place them, which I talked about. Make your own walls with room dividers, but you can also place your table if you can, place your table up against a wall and then try to create. Your own little space with wall dividers or room dividers, or even just working up against a wall sometimes gives them enough safety that they feel like they're up against something. Again, they have a whole separate set of parameters than a than a canine does, so make sure that you are keeping everything. </w:t>
        <w:br/>
      </w:r>
    </w:p>
    <w:p>
      <w:r>
        <w:rPr>
          <w:sz w:val="22"/>
        </w:rPr>
        <w:t xml:space="preserve">As feline friendly as possible that we are not starting off on the wrong foot with loud noises and big energy and barking dogs and people laughing and talking and loud music. And remember, if they're coming into your salon or your mobile unit, they're in a strange space. They're going to be on high alert. Remember, I explained to you that they are not only prey, they are also predators. So they're going to be flipping back and forth to what is going to happen here? Am I going to have to kill this thing that is coming at me, or am I going to have to defend myself from this thing that's coming at me? Because we are just constantly coming at them with stuff. </w:t>
        <w:br/>
      </w:r>
    </w:p>
    <w:p>
      <w:r>
        <w:rPr>
          <w:sz w:val="22"/>
        </w:rPr>
        <w:t xml:space="preserve">So if you start to change your perspective of what? That animal is thinking while it's in the midst of this grooming session. I think that you will be able to create an atmosphere and a space that you will be able to work with them better if you are into any of the energy stuff or you like to journal or you want to know more about essential oils and crystals and all the holistic. Woo woo, metaphysical stuff. I do have a journal available on my website and you can always purchase that and it's a minimal cost and it goes to help supporting keeping my website up. And you can visit my website for all this good stuff, new class announcements, more stuff that I'm doing with Mary. </w:t>
        <w:br/>
      </w:r>
    </w:p>
    <w:p>
      <w:r>
        <w:rPr>
          <w:sz w:val="22"/>
        </w:rPr>
        <w:t xml:space="preserve">I have downloadable books and charts, all sorts of good. Goodies on there, that's me. That's how you can get in touch with me. So if anytime any of you that have taken this course need a question answered, feel free to reach out. I am always happy to help and answer any questions that you might have regarding any of the information that I presented here today and I'm so grateful for all of you for joining and for those that are going to watch this later. </w:t>
        <w:br/>
      </w:r>
    </w:p>
    <w:p>
      <w:r>
        <w:rPr>
          <w:sz w:val="22"/>
        </w:rPr>
        <w:t xml:space="preserve">Ok, someone would like you to put up the slide on cat body language. Oh, that's all the way at the beginning. Ok And I do want to make mention here that I actually have this book and it is one of my recommendations by the way. You can Melissa has the holistic boot camp up on positive Ed. Yes, I do so. There's lots of opportunities to work with Melissa. All right, It's going up there. It is. And there's a lot of I got these right off of. I think I have, what do I have? shutterstock. But there's a lot of these online that you can just Google. </w:t>
        <w:br/>
      </w:r>
    </w:p>
    <w:p>
      <w:r>
        <w:rPr>
          <w:sz w:val="22"/>
        </w:rPr>
        <w:t xml:space="preserve">Understanding cat body language, lot of really good ones. I just want to remind everybody there is a private skin and coat group. The link is up on the website at Positive Ed and sometime later this week, maybe the beginning of next week, the speakers will set a date. We just want to make sure everybody has an opportunity to either watch live or get a chance to watch the recordings. And we'll do a q and. </w:t>
        <w:br/>
      </w:r>
    </w:p>
    <w:p>
      <w:r>
        <w:rPr>
          <w:sz w:val="22"/>
        </w:rPr>
        <w:t xml:space="preserve">A yeah, I'm looking forward to it. If you're interested in Cat Body Language is a great little book here. And it's just a short reference, but it's by Trevor Warner, 100 ways to read their signals. It's called Cat Body Language and it's one of my favorites and it's I teach out of this all the time. I'm heading over to Amazon right now. Yeah, this is a great one. And when I work with my students at the school, and they want to know about cats, this is the one book that I work out of for understanding body language. The other one that I use in great reference is by Andrew Fraser and this one is called Feline Behavior and Welfare. </w:t>
        <w:br/>
      </w:r>
    </w:p>
    <w:p>
      <w:r>
        <w:rPr>
          <w:sz w:val="22"/>
        </w:rPr>
        <w:t xml:space="preserve">It's more of a veterinary text. Feeling hard back. Behavior and Welfare and it's by Andrew Frasier. Andrew Frasier. And then the other one has the same name, but there are similar name. This one's Feline Behavioral Health and Welfare, and this one's by Iona Roden and Sarah Heath. And you can see all my little tabs in it because I use this so much. So this one's feline behavioral welfare and our health and welfare. </w:t>
        <w:br/>
      </w:r>
    </w:p>
    <w:p>
      <w:r>
        <w:rPr>
          <w:sz w:val="22"/>
        </w:rPr>
        <w:t xml:space="preserve">This book is amazing, and it has comprehensive holistic care for the physical and psychological wellbeing of feline patients. And that's what serves as the foundational content in here. And it has a lot of. Like reference stuff from all different feline doctors, veterinarians like specialists, all sorts of behavior stuff. So this is a great one. And of course I absolutely love and adore Jackson Galaxy. I think he has a lot of really good information to put out there. And there's the two crazy cat ladies. </w:t>
        <w:br/>
      </w:r>
    </w:p>
    <w:p>
      <w:r>
        <w:rPr>
          <w:sz w:val="22"/>
        </w:rPr>
        <w:t xml:space="preserve">I also follow them. I can't think of their first names and but if you follow them on Facebook and Instagram and they now they have tik tok as well, they have tons of great info. So if you're interested in cats, those are. Those are some really good reference material on people to follow on social media as well. Does anybody have any other questions? No, I don't see any more questions. But again, if anyone cannot find where the group is, the private group is, please send me a message. And please make sure you answer the questions for that group, because it is a private group. We'll see everybody in a half hour with Jennifer, who's doing fur versus hair, is there? Yeah, fur versus hair. </w:t>
        <w:br/>
      </w:r>
    </w:p>
    <w:p>
      <w:r>
        <w:rPr>
          <w:sz w:val="22"/>
        </w:rPr>
        <w:t xml:space="preserve">We'll see everybody in a half hour. Being a thank you, most of these workshops here let me stop the recording, stop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