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Tips And Techniques For Mobile  Groomers</w:t>
      </w:r>
    </w:p>
    <w:p>
      <w:r>
        <w:rPr>
          <w:sz w:val="22"/>
        </w:rPr>
        <w:t xml:space="preserve">Okay, welcome to day two of the Skin and Coat Summit. Just a little bit of housekeeping. The day one recordings are already up on the website. The transcripts all of today's will be up on the website by the end of today. There is also a private Facebook group that sometime next weekish. We will set a date and because we want to make sure everyone has an opportunity to watch the recordings first for a q and a with all the instructors. </w:t>
        <w:br/>
      </w:r>
    </w:p>
    <w:p>
      <w:r>
        <w:rPr>
          <w:sz w:val="22"/>
        </w:rPr>
        <w:t xml:space="preserve">So Ashley oh one last thing sins are going to be saved to the end, right? Just you know, to for time constraints just make sure you type your questions into the chat. So that we can she actually can start answering them at the at the end. All yours Ashley awesome thank you. Good morning and or afternoon depending on where you are. This is a new class for me tips and tricks for therapeutics and mobile. Thanks to my wonderful friend Michelle Knowles who I believe is in the chat. This is one of my favorite topics. All right, welcome everyone. My name is Ashley Hanvey and I've been grooming since 2010 Continuing education is my passion and I have multiple certifications and I'm always doing more, but I need to finally take a break. </w:t>
        <w:br/>
      </w:r>
    </w:p>
    <w:p>
      <w:r>
        <w:rPr>
          <w:sz w:val="22"/>
        </w:rPr>
        <w:t xml:space="preserve">I'm an internationally certified pet groomer, a pet Care Dermatec Specialist. A master pet aesthetician, a master groomer behavior specialist, and a certified canine aesthetician. And I'm still currently pursuing a data ICDG certification from France. I'm a member of ICC the holistic pet professionals, And of course, positive Ed will always be positive ed mary. All right, let's begin. I have spent the vast majority of my grooming career as a salon groomer. Then COVID hit in 2020 and I found myself moving and starting over in a new state. </w:t>
        <w:br/>
      </w:r>
    </w:p>
    <w:p>
      <w:r>
        <w:rPr>
          <w:sz w:val="22"/>
        </w:rPr>
        <w:t xml:space="preserve">During that year, I was so horribly burnt out from my last job that I almost didn't come back to grooming at all. This gave me an opportunity to really think about how I was going to approach my return to grooming. And the majority of those certifications I mentioned happened between 2020 and 2021 It revitalized me. And gave me a new purpose and the best part, a niche. </w:t>
        <w:br/>
      </w:r>
    </w:p>
    <w:p>
      <w:r>
        <w:rPr>
          <w:sz w:val="22"/>
        </w:rPr>
        <w:t xml:space="preserve">What I didn't expect was to go mobile. I tried finding a salon memory that fit my needs, but I was either considered to be overqualified or their pricing and cleanliness for lacking. Among other issues. Mobile fell into my lap. I honestly expected to dislike it, as I had previously been a house called Groomer for a few years while simultaneously working in a salon note. </w:t>
        <w:br/>
      </w:r>
    </w:p>
    <w:p>
      <w:r>
        <w:rPr>
          <w:sz w:val="22"/>
        </w:rPr>
        <w:t xml:space="preserve">House call and mobile are not the same. While starting my mobile, I finished my master pedestetician course with Michelle Knowles and it completely changed the way I approach everything in grooming. In this class I hope to give you some helpful tips and tricks for plank therapies. As mobile pedesticians, I don't teach any of the therapy concepts in this class, so if you are new to this type of grooming, I do provide links to classes that are available to teach youth therapeutics in a wide range of learning styles and difficulty. </w:t>
        <w:br/>
      </w:r>
    </w:p>
    <w:p>
      <w:r>
        <w:rPr>
          <w:sz w:val="22"/>
        </w:rPr>
        <w:t xml:space="preserve">All right, the wonderful world of therapies and all it has to offer for our clients and their pets. But what are therapies as defined by Michelle Knowles? Therapies are for pets with infected, depleted and chronic skin and coat conditions. They also are beneficial for all pets regardless of their state of health. Therapies bring the skin microbiome into balance. This assists them in feeling their absolute best, if only we treated ourselves as good as we do our therapy clients. I will say my hands always feel amazing after a therapy session thanks to the conditioner, oils and minerals I used to bring balance to the pet in my care. Important considerations before taking on the liability of therapy clients. </w:t>
        <w:br/>
      </w:r>
    </w:p>
    <w:p>
      <w:r>
        <w:rPr>
          <w:sz w:val="22"/>
        </w:rPr>
        <w:t xml:space="preserve">It is important to mention that when working with any kind of skin therapy, even with basic bathing comes with risks. Any and all animals can become allergic to our products at any point in time. There are also risks associated while working with infected and injured skin. Pets in your care can both be contagious to you and to others. In the following slides we will go over some key areas to keep the pets in your care safe and comfortable. First and foremost, let us discuss the elusive veterinarian. I was determined to find a veterinarian to work with me when I first started my mobile business. I was interested in finding a younger veterinarian with an open mind and I promise you they do exist. </w:t>
        <w:br/>
      </w:r>
    </w:p>
    <w:p>
      <w:r>
        <w:rPr>
          <w:sz w:val="22"/>
        </w:rPr>
        <w:t xml:space="preserve">I came across a new veterinary practice that had just opened up in my area. They are fearfree certified. So with that in mind. I felt they might be more receptive to my type of grooming. I have gotten many clients from them, including Waffles, who you will meet and we will discuss later in this class. Most of them don't need my therapeutic services, but their clients wanted to find a likeminded groomer to work with them. A benefit I didn't expect was that by sharing so many clients together, I am able to be a primary partner in the pets care. I am on a text basis with my veterinarian and if I find something odd about one of our mutual clients, I can bring it to his attention right away. </w:t>
        <w:br/>
      </w:r>
    </w:p>
    <w:p>
      <w:r>
        <w:rPr>
          <w:sz w:val="22"/>
        </w:rPr>
        <w:t xml:space="preserve">He's even helped me out with clients that do not use his services. Our clients love that we can communicate directly. I do understand that not everyone will have the same experience as me. I have heard plenty of stories of gurmers trying to work with veterinarians with limited or no success. However, the proof is in the pudding. There is. This is where proper documentation and pictures are critical. Having evidence of your success with your clients pets is crucial when working with other professionals and even with proper proof you will still find many veterinarians unreceptive. </w:t>
        <w:br/>
      </w:r>
    </w:p>
    <w:p>
      <w:r>
        <w:rPr>
          <w:sz w:val="22"/>
        </w:rPr>
        <w:t xml:space="preserve">Just keep doing what works you are helping pets and in the end that is what matters most. As a side note, I have found that if a veterinarian insists that the groomer perform ear plucking and anal expression. On every pet, regardless of that pets direct needs, they are probably not the veterinarian to work with all right. Having a form for the clients to sign is very important, so I can see this is one of mine. </w:t>
        <w:br/>
      </w:r>
    </w:p>
    <w:p>
      <w:r>
        <w:rPr>
          <w:sz w:val="22"/>
        </w:rPr>
        <w:t xml:space="preserve">So this is something I go over with them. To begin, our Pedestitian will give you your dog a thorough exam and take a history of the issue. We will then ascertain which treatments are needed based on the primary veterinarians diagnosis. In this meeting we will evaluate the severity of the condition, set a timetable of 1 to when we expect to see results and to go over costs. You will receive literature pertaining to your pet's condition and a treatment plan if applicable. All therapies generally begin with four weekly sessions. </w:t>
        <w:br/>
      </w:r>
    </w:p>
    <w:p>
      <w:r>
        <w:rPr>
          <w:sz w:val="22"/>
        </w:rPr>
        <w:t xml:space="preserve">We book these ahead of time to assure your pet has a reserved space in our mobile spot and can stay on track with treatments. We encourage you to participate in an educational session viewed through video of the entire therapy process so you can be fully informed about your pet's friends, skin and coat recovery journey. Depending on your pet's condition, we may compound spray or cream for you to use daily on your pet in between therapy sessions. </w:t>
        <w:br/>
      </w:r>
    </w:p>
    <w:p>
      <w:r>
        <w:rPr>
          <w:sz w:val="22"/>
        </w:rPr>
        <w:t xml:space="preserve">Things to be aware of. You may see itching. Please remember that healing skin can be very itchy and the condition may seem to worsen before it gets better. You may see shedding, indoor flaking, the old damaged tear and skin must fall out and Slough off before new growth can occur. Stick to the plan. Please refrain from using topical products that are not part of the prescribed program for the duration of the treatment month. We are here for you. Feel free to call us with any questions or concerns you might have. We look forward to working with you and help your friend heal and feel wonderful. </w:t>
        <w:br/>
      </w:r>
    </w:p>
    <w:p>
      <w:r>
        <w:rPr>
          <w:sz w:val="22"/>
        </w:rPr>
        <w:t xml:space="preserve">We should be having our clients on policies and procedure documents as a standard practice in our business. However, applying therapy sessions requires more information, discussion and forms. Beyond a normal grooming session, there are expectations and considerations that need to be addressed before performing therapy services. Along with having a third discussion with the client about expectations on both sides, it is imperative to have clear documentation with pictures during each session. Especially when performing weekly sessions, it might be hard to notice small differences happening with the pet skin. Being able to have proof of improvement or not will go a long way in helping you and the clients see progress. If you have an established relationship with the veterinarian who works with the individual pet, it can be extremely helpful to share the different stages of recovery with them. </w:t>
        <w:br/>
      </w:r>
    </w:p>
    <w:p>
      <w:r>
        <w:rPr>
          <w:sz w:val="22"/>
        </w:rPr>
        <w:t xml:space="preserve">It is even more helpful for when needing to consult with more skeptical professionals. Set a timeline for when we should see improvement. But what is a common timeline when starting with a new client? A common therapy program starts with weekly sessions. This will vary largely with different skin conditions in your ability to see them in quick succession. While it is harder to see therapy clients on a weekly basis, I wouldn't go any later than biweekly in the beginning. After four or more sessions it is time to evaluate progress. This is why documentation is so important. If your therapy plan isn't working, it's time to change it up. This may force more frequent sessions, different products, or an additional vet visit. </w:t>
        <w:br/>
      </w:r>
    </w:p>
    <w:p>
      <w:r>
        <w:rPr>
          <w:sz w:val="22"/>
        </w:rPr>
        <w:t xml:space="preserve">All we can do is our best, but what if my schedule is full? Most of you taking therapeutic aesthetician classes likely have an established client base with a full schedule. Do not let this discourage you and don't make this force you to take on clients, potentially adding stress to your work. Day therapy clients are going to take more effort than regular grooming clients. Even though I started out looking for therapy clients, only about 2 % of my current client base consists of dogs on therapy regimens. Depending on your area and climate, you may have more or less pets in need of your specific services. The most important thing to remember is that all pets benefit from a therapeutic bathing session and the knowledge you have gained is insurmountable. </w:t>
        <w:br/>
      </w:r>
    </w:p>
    <w:p>
      <w:r>
        <w:rPr>
          <w:sz w:val="22"/>
        </w:rPr>
        <w:t xml:space="preserve">Dry skin, dry, damaged hair, lifeless coats, matting, excessive shedding and more all benefit from your knowledge. When the time is right, the clients who need you will find you. Let us continue with the practical considerations when applying therapies in a mobile setting. I would say probably the biggest one is water. For this section, let's discuss water usage considerations. What is your water capacity both for fresh and Gray? Notes that all, not all areas allow you to dump Gray water in undesignated areas, no matter what type of vehicle or trailer you have, there will be a range of water capacities among them. </w:t>
        <w:br/>
      </w:r>
    </w:p>
    <w:p>
      <w:r>
        <w:rPr>
          <w:sz w:val="22"/>
        </w:rPr>
        <w:t xml:space="preserve">Pictured here are my personal water tanks. I have a 65 gallon fresh tank and a 45 gallon Gray. I prefer not to dump Gray water when I'm out and about. I always start my day with a full fresh tank and I usually end with at least 20 gallons. I like knowing I have extra in there in the event I need it, and I typically do four to six dogs a day of varying sizes. Therapies generally require more water. There are a couple reasons why we consume more water when applying therapies. Water soaks and extra rinsing sessions are the main reasons. I typically do a clay mask or conditioning soak first, then a shampoo step, followed by another conditioning step. </w:t>
        <w:br/>
      </w:r>
    </w:p>
    <w:p>
      <w:r>
        <w:rPr>
          <w:sz w:val="22"/>
        </w:rPr>
        <w:t xml:space="preserve">These are often done with undiluted products which will require more water for rinsing. Therapies on large and hairy dogs will consume more water. This may seem obvious, but doing therapies on large dogs, especially ones that have coats, may prove more difficult in a mobile setting. With adequate planning with the client, you can still achieve a therapy on these dogs. You may need to top up on water at the client's house. You may need to drain your drain, your water tank or your great tank. And you may need to consider how you will heat your water if you do not have a standard water heater and it was a cold water fill. </w:t>
        <w:br/>
      </w:r>
    </w:p>
    <w:p>
      <w:r>
        <w:rPr>
          <w:sz w:val="22"/>
        </w:rPr>
        <w:t xml:space="preserve">Water temperature is important. Being able to set your water temperature is very important. I have found that having a fish tank thermometer in my tub is very helpful in making sure I'm getting the temperature I desire for that specific pets needs. Depending on your tub type it may leach heat from the water like in my van. I have a stainless steel tub and if the tub itself is cold it can leach all heat from the water quickly. </w:t>
        <w:br/>
      </w:r>
    </w:p>
    <w:p>
      <w:r>
        <w:rPr>
          <w:sz w:val="22"/>
        </w:rPr>
        <w:t xml:space="preserve">I remember this. I remedy this by running the heater in my grooming area. The heater is located in a position behind the tub and when it is running, the hot air heats the tub as it provides warmth to the rest of the grooming area. I even do this in the middle of summer as my a c unit tends to make my grooming area very cold. Therapies often take longer than regular appointments. This is especially true when paired with a haircut. This is a discussion point with the client prior to a grooming session. Hair cutting with therapies isn't always an option every time. Getting the pet skin back in balance is more important than a perfect haircut and depending on how severe the condition, a haircut may not be possible at all in the beginning. </w:t>
        <w:br/>
      </w:r>
    </w:p>
    <w:p>
      <w:r>
        <w:rPr>
          <w:sz w:val="22"/>
        </w:rPr>
        <w:t xml:space="preserve">Therapies require more cleanup time. This is another important consideration. Therapy sessions are going to make a mess. Especially when paired with scale, crust and other yucky skin conditions, all services that the pet touches will need to be properly cleaned and sanitized between each pet. This is a very large reason why I prefer my therapy clients to be the last of the day. I don't have to worry about rushing to properly clean before heading to the next house, and you are never 100 % sure what kind of condition the pet may be in. You may need to be at that stop longer than you expected initially. Therapy clients need to be seen more often, sometimes at least once a week. </w:t>
        <w:br/>
      </w:r>
    </w:p>
    <w:p>
      <w:r>
        <w:rPr>
          <w:sz w:val="22"/>
        </w:rPr>
        <w:t xml:space="preserve">This can be very difficult to achieve in mobile, especially if you have an established client list and schedule. I purposely keep a space available for just such an occasion and I also have a very small service area which helps drastically. Even biweekly appointments can be hugely beneficial and there is no reason you can't instruct the owner on how to help with therapy sessions at home. And we will discuss this client cooperation later in the class. My recommendation is to add therapy clients to the end of your day and likely only one per day. That's miss waffles. </w:t>
        <w:br/>
      </w:r>
    </w:p>
    <w:p>
      <w:r>
        <w:rPr>
          <w:sz w:val="22"/>
        </w:rPr>
        <w:t xml:space="preserve">So how much to charge hourly? What works for me personally is an hourly rate. I am very consistent in the time it takes for me to groom a dog and generally. I have been doing this long enough to have a solid idea of how long it would take to work with a specific skin condition. My clients are also well aware of the fact that some sessions may take longer than others and they know what my rate is and what that entails. </w:t>
        <w:br/>
      </w:r>
    </w:p>
    <w:p>
      <w:r>
        <w:rPr>
          <w:sz w:val="22"/>
        </w:rPr>
        <w:t xml:space="preserve">Flat fee plus addons. Flat fee grooming is a common practice in our industry and adding additional addon services to cover additional product and time may work for you. Just remember in mobile, time is money. And it is important to be adequately compensated for that time. Say you have a Shih tzu sized dog that typically takes you an hour to groom, but now they need a therapy session. This can roughly add an additional 15 to 30 minutes to that grooming time plus product. Make sure your charge reflects that time and product. How about a membership? I know nothing about membership based services, but I know someone who does. River Leave the Savvy Groomer is an expert on this very subject. </w:t>
        <w:br/>
      </w:r>
    </w:p>
    <w:p>
      <w:r>
        <w:rPr>
          <w:sz w:val="22"/>
        </w:rPr>
        <w:t xml:space="preserve">There is a QR code that you can scan to have access to her free class that talks about different pricing methods. She has a full pay program for those who are also interested and you can see that at the bottom of my slide. You can just scan it with your phone. So what would work for you? I am no expert when it comes to pricing and I'm not here to tell you what to charge for your services. However, proper pricing is an aspect of offering therapeutic services to your clients. With more time spent applying therapies and also cleaning up after them, a higher price needs to be attached. </w:t>
        <w:br/>
      </w:r>
    </w:p>
    <w:p>
      <w:r>
        <w:rPr>
          <w:sz w:val="22"/>
        </w:rPr>
        <w:t xml:space="preserve">All of the products can be a lot of fun and adding therapies as part of your service allows you to add so many more things to play with. The setup of your vehicle or trailer largely determines how many products you can have on hand. Michelle Knowles, during the brief time she was mobile, had the whole skew range of ISB products available to her and her vehicle that may not be practical for everyone. Since taking the picture shown in this slide, I have largely downsized the amount of product I have available inside the van. I have found over time that many of the dogs in my area suffer from similar ailments, which means I can tailor the products I have on hand to be specific for their needs. </w:t>
        <w:br/>
      </w:r>
    </w:p>
    <w:p>
      <w:r>
        <w:rPr>
          <w:sz w:val="22"/>
        </w:rPr>
        <w:t xml:space="preserve">I can always order more or different products as needed with proper planning with the client. If I need something specific, I tend to keep extra product at home in a temperature controlled environment. It is important to consider that all mobiles have fluctuating temperatures, humidity and environment. I do not recommend keeping large amounts of any products in your mobile if you're not able to keep the environment temperature controlled. Large fluctuations in temperature cause bottles to accumulate condensation inside of them, which can spoil some products quickly. </w:t>
        <w:br/>
      </w:r>
    </w:p>
    <w:p>
      <w:r>
        <w:rPr>
          <w:sz w:val="22"/>
        </w:rPr>
        <w:t xml:space="preserve">Therapy products are expensive and often perishable, so there's no reason to risk losing them to temperature fluctuations. Some products used for therapy may also require refrigeration, and not everyone will have access to a fridge in their rig. I don't have a fridge myself, though I have considered trying those tiny ones you can get that can be plugged into the 12 foot plug in the front cab of my van. It is important to know that the fridge would be connected to the vehicles 12 Volt battery and not to my conversion where it could cause my vehicle starting battery to die. </w:t>
        <w:br/>
      </w:r>
    </w:p>
    <w:p>
      <w:r>
        <w:rPr>
          <w:sz w:val="22"/>
        </w:rPr>
        <w:t xml:space="preserve">It would not be a permanent live in the IT would not be able to live in the cab permanently. It was just an idea. Setting the right environment for the pet you are working on will help make a therapy session go smoothly. We have lots of options and we'll start with pet specific pheromones. I only work with dogs personally, so I make I make sure to keep dog pheromone diffusers and spray handy to help set the mood. A cat version is also available for those in Need Music. There are all types of pet centered music you can play in the grooming area for pets in your care. If listening to music isn't your thing or the pet in your rig isn't a fan, I often listen to podcasts or audiobooks with headphones or earbuds to keep my mind busy while performing a lengthy therapy session. </w:t>
        <w:br/>
      </w:r>
    </w:p>
    <w:p>
      <w:r>
        <w:rPr>
          <w:sz w:val="22"/>
        </w:rPr>
        <w:t xml:space="preserve">The temperature inside the grooming area, being able to maintain a proper temperature is crucial, especially during mask or conditioner soaks. We don't want the pet in our care to catch cold or get too hot. In my vehicle, I'm able to run the a c and the heater simultaneously to create a specific environment depending on the pet in my care at that time, the temperature of the tools and equipment. As mentioned earlier, my tub can get very cold and if I have a pet soaking in the tub, the temperature inside the tub can get quite chilly. I have my soaking pet sit on top of a mat so that they aren't touching the tub directly. </w:t>
        <w:br/>
      </w:r>
    </w:p>
    <w:p>
      <w:r>
        <w:rPr>
          <w:sz w:val="22"/>
        </w:rPr>
        <w:t xml:space="preserve">I do my best to have the grooming area set up in a way that their comfort is high on the list. I use Biothane loops for easy sanitation, pod mats on my table, a special grate in my tub so they don't have to touch the steel, and more. You are only limited by your imagination. Here's waffles again, landliness. So much can be said about keeping your grooming space clean and sanitary. </w:t>
        <w:br/>
      </w:r>
    </w:p>
    <w:p>
      <w:r>
        <w:rPr>
          <w:sz w:val="22"/>
        </w:rPr>
        <w:t xml:space="preserve">I recommend taking the Five Hour Salon Sanitation and Safety course with Angie Coates and July's Positive Ed Sanitation and Safety Summit. Angie's class applies to all grooming environments. It is important to maintain a sanitary grooming space for all of your clients, regardless of if they are with you for therapy or a regular grooming session. This includes all areas the pet has touched, including the tub table, leads, loops, tools including brushes, and more. It is also key to keep your personal longterm. It's also key to keep your personal longterm health to be working in a clean environment. </w:t>
        <w:br/>
      </w:r>
    </w:p>
    <w:p>
      <w:r>
        <w:rPr>
          <w:sz w:val="22"/>
        </w:rPr>
        <w:t xml:space="preserve">Waffles, who is pictured in this slide, has her own dedicated brush that I sanitize between her appointments. We will meet her later in this class. Useful tools for therapies Just like with products, there are additional tools that can help streamline your therapy process. Milk frothers and whisks. Disposable implements to prevent cross cross contamination between products. I personally like to use tongue depressors or popsicle sticks for this purpose. Mixers like the egg and blend jet which you see over here. I absolutely adore my egg frother in the blend jet. They are key to combining ingredients and are my personal preferred method over using a handheld milk frother or whisk. </w:t>
        <w:br/>
      </w:r>
    </w:p>
    <w:p>
      <w:r>
        <w:rPr>
          <w:sz w:val="22"/>
        </w:rPr>
        <w:t xml:space="preserve">One of their benefits besides frothing up product beautifully is that you fill them with a desired product, turn them on and work on something else while they mix. I love multitasking when possible, Measuring spoons are useful to measure product and silicone bowls. Are very handy for a multitude of uses. They are mushy but rigid enough to help with application of product and they don't leach harmful chemicals into the clays and other products. Who doesn't love more toys to play with? I love toys and you use a bathing system. </w:t>
        <w:br/>
      </w:r>
    </w:p>
    <w:p>
      <w:r>
        <w:rPr>
          <w:sz w:val="22"/>
        </w:rPr>
        <w:t xml:space="preserve">That answer depends on you and your needs as well as your time and dedication. Recirculating systems in particular are very useful in softening crusts and helping to gently debride the skin of scale. They are also very useful in providing a tub soaking effect without having to use the same amount of water as would be needed to fill a tub. However, they do require cleaning after every use and especially after being used on a therapy pet. I teach a class on recirculating bathing systems in regards to their use in care, and it will be taught live during the July Sanitation and Safety Summit by Positive Ed. </w:t>
        <w:br/>
      </w:r>
    </w:p>
    <w:p>
      <w:r>
        <w:rPr>
          <w:sz w:val="22"/>
        </w:rPr>
        <w:t xml:space="preserve">There are other bathing systems that do not recirculate water, but they provide you with the bed. But do they provide you with the benefits you're looking for? Do they have the right product and concentration? Is the nozzle they use too harsh for delicate skin? Bathing systems may not be appropriate in every situation. Well, Speaking of banning systems, I thought it important to mention two key players, the Theraclean system and the ISB Ozone machine. I was unable to find someone who has the Ozone machine in a mobile setting, so I'm unable to offer advice here. However, one of my friends, Courtney Bushy from Texas, has the Theraclean system in her rig and here is her experience. </w:t>
        <w:br/>
      </w:r>
    </w:p>
    <w:p>
      <w:r>
        <w:rPr>
          <w:sz w:val="22"/>
        </w:rPr>
        <w:t xml:space="preserve">The Theraclean has some drawbacks being mobile, but it's still nice to have. We don't care about water usage, we just hook up to clients homes when needed. I have a really awesome folding tote that we use for the dogs so you don't have to fill your whole bathtub. The biggest drawback is with dogs that would benefit from the thera clean need to start with A3221 program. </w:t>
        <w:br/>
      </w:r>
    </w:p>
    <w:p>
      <w:r>
        <w:rPr>
          <w:sz w:val="22"/>
        </w:rPr>
        <w:t xml:space="preserve">It's much more expensive to do that and it's not likely that you were in the same neighborhood that often. So you have to go out of your way to go back to that dog. We have had an issue with running out of warm water in the wagon tails after the tote is half full for the bigger dogs but not sure if that would be an issue. In a handy and a note here, it would only be an issue if the freshwater tank was empty and had to be refilled. </w:t>
        <w:br/>
      </w:r>
    </w:p>
    <w:p>
      <w:r>
        <w:rPr>
          <w:sz w:val="22"/>
        </w:rPr>
        <w:t xml:space="preserve">I've got up to a weight in size dog in the tote. Large dogs like labs are really hard to do mobile because of hot water. A thera clean bath takes 30 to 45 minutes to do on top of the grooming portion. So that needs to be considered in the cost to the customer, and I do have a link for that Toad that she uses and I will post it in the chat to everyone paste right? And hopefully when I do a reiteration of this class I may find someone with an ozone machine or I'll end up having to buy one myself so I can play with it and figure it out. </w:t>
        <w:br/>
      </w:r>
    </w:p>
    <w:p>
      <w:r>
        <w:rPr>
          <w:sz w:val="22"/>
        </w:rPr>
        <w:t xml:space="preserve">All right, it's time to meet waffles. Give me just a moment, all right? Application of therapies. Often PPE is necessary. Gloves, masks, face Shields and disposable gowns. What steps are needed will vary, pet to pet. To save time, know what tools and supplies you need for that day's therapy clients, and if they're new, have every at least one of each thing on hand just in case you need it. </w:t>
        <w:br/>
      </w:r>
    </w:p>
    <w:p>
      <w:r>
        <w:rPr>
          <w:sz w:val="22"/>
        </w:rPr>
        <w:t xml:space="preserve">As we'll be mentioned in upcoming slides, Waffles recently suffered from a staph infection at the time of this class. I am currently pregnant still, and we took every precaution to make sure I didn't get sick while giving her a therapy treatment. With therapy clients, and especially new ones, you're never 100 % sure what is in store until you arrive at the appointment. In some cases, they can be contagious to both you and other pets that may be in your care. </w:t>
        <w:br/>
      </w:r>
    </w:p>
    <w:p>
      <w:r>
        <w:rPr>
          <w:sz w:val="22"/>
        </w:rPr>
        <w:t xml:space="preserve">This is one reason I prefer to keep my therapy clients as the last stop of the day. Here's my baby girl. Here's my girl. I love that dog. So much so this is Waffles story. This was written by her mother and edited a little bit from me to make it make sense. Waffles was born in April fifteenth of twenty one and came to live at her home in June. She came home with skin sores that resembled Ant bites, and after being taken to the vet and diagnosed with a flea allergy, Waffles was given some ointment for the bumps in her boosters. </w:t>
        <w:br/>
      </w:r>
    </w:p>
    <w:p>
      <w:r>
        <w:rPr>
          <w:sz w:val="22"/>
        </w:rPr>
        <w:t xml:space="preserve">A day later, Waffles became lethargic and nonresponsive. She was rushed to the e r where she was diagnosed with parvo. She underwent 2 days at the e r and had a blood transfusion. She pushed through and came home when she where she grew stronger and after she got a clean bill of health, it was time to address her skin irritations. Having other dachshunds with her skin allergies, her mom decided to cut out all chicken from waffles food and our mutual veterinarian from Craven Creek started her on steroids and ketoconazole to help her skin. As she was covered in white pustules and sores. Topical treatments were given, such as medicated shampoos and creams. </w:t>
        <w:br/>
      </w:r>
    </w:p>
    <w:p>
      <w:r>
        <w:rPr>
          <w:sz w:val="22"/>
        </w:rPr>
        <w:t xml:space="preserve">Waffles also received cytopoint injections. We did not seem to offer her any relief. The vet suspected sebaceous addinitis and performed a skin cytology and biopsy. The biopsy results took a long time to return and in the meantime Waffle spent the first year and a half of her life on steroids. She also alternated between Atopica and cyclosporine. The vet decided to put Waffles on a food allergy test to see if we could pinpoint what was making her so itchy and her skin. </w:t>
        <w:br/>
      </w:r>
    </w:p>
    <w:p>
      <w:r>
        <w:rPr>
          <w:sz w:val="22"/>
        </w:rPr>
        <w:t xml:space="preserve">Sir irritated and also referred her to me. A groomer who specializes in sebaceous satinitis to help give her some relief. In the meantime, part of why it took so long is we only have one dermatology based veterinarian in the area and they had to wait somewhere around six months to get in ashley me. Got right to work with Medicaid shampoos from the vet. Mudbass experiments with different techniques and skin treatments she gave. Never gave up and continues to help waffles with every session. Ashley has become a saving grace when we didn't know she what else to do to help waffles skin and dad couldn't refrain from slipping waffles treats she shouldn't have. We decided at that time to continue medications and baths regularly for her entire life. </w:t>
        <w:br/>
      </w:r>
    </w:p>
    <w:p>
      <w:r>
        <w:rPr>
          <w:sz w:val="22"/>
        </w:rPr>
        <w:t xml:space="preserve">Waffles has continued to struggle with skin irritation, sores, ear infections, yeast infections and more. Waffles was referred to a dermatologist where was finally confirmed after the second visit that she did have essay. The dermatologist approved a food change and also did a blood allergy test. The test confirmed and this was recent. That she had allergies to all types of grass, several types of trees including pine trees, which she happened to live on 14 acres of and then also had her a staph infection in April of 2023 Waffles was very sick and she's only two years old and she's now on ketoconazole ear meds and pain meds while the staff staff medication takes. </w:t>
        <w:br/>
      </w:r>
    </w:p>
    <w:p>
      <w:r>
        <w:rPr>
          <w:sz w:val="22"/>
        </w:rPr>
        <w:t xml:space="preserve">Clears her skin and gives us time to get her new allergy shots in. Turf has been installed in the backyard so Waffles doesn't have to touch grass and could avoid irritations as much as possible. Waffles is quite a medical case for any dog, but she is a perfect Princess in the light of her mommy's life. She wouldn't have her any other way and will do anything it takes for her Princess to have a happy and healthy life. We will keep pushing for our waffles to have managed essay and allergies. As you can see, Waffles is a very sick dog and while she will never be cured, we are a team and we'll do our best to limit her triggers and flareups. </w:t>
        <w:br/>
      </w:r>
    </w:p>
    <w:p>
      <w:r>
        <w:rPr>
          <w:sz w:val="22"/>
        </w:rPr>
        <w:t xml:space="preserve">As of the most recent she has been on, she has had several of her allergy shots and she is doing very well. She has healed from her staph infection and she is. We're finally seeing some legitimate progress, so assuming. That her husband behaves and doesn't feed her things and all that good stuff. We should be good and maybe we'll finally get somewhere. Ok, documenting waffles. So on to routine documentation for waffles every appointment we take before and after photos of her skin, especially any areas that are currently experiencing A flare up. </w:t>
        <w:br/>
      </w:r>
    </w:p>
    <w:p>
      <w:r>
        <w:rPr>
          <w:sz w:val="22"/>
        </w:rPr>
        <w:t xml:space="preserve">If something is different than normal, I send info to our veterinarian and the next few slides we will go over some pictures from some of waffles appointments. So as you can see in this picture here, she presents with different levels of scale and this was actually not a bad day. Some days the scale around her eyes alone are so intense that it's actually very nerve wracking to soak them to get them off without getting anything in her eyes. I have managed to not do that so far. She finally got confirmed with Sebaceous Adenitis and we tried so hard and waited so long for that. She is literally allergic to her life and she continues to deal with an antibiotic resistant bacterial infection. </w:t>
        <w:br/>
      </w:r>
    </w:p>
    <w:p>
      <w:r>
        <w:rPr>
          <w:sz w:val="22"/>
        </w:rPr>
        <w:t xml:space="preserve">And then of course she recently suffered from and healed from a staph infection. So this is what she looks like with her bacterial infection. It's most common on her inner thighs and under her neck. Let's see, 23 These are the main areas that she deals with this. And so this was before her treatment that day. All right. Notice all of the light colored areas between her eyes and forehead on this picture to the left. That is thick scale and crust that she can develop in record time. I'm never able to completely remove all scale from her skin at every appointment. </w:t>
        <w:br/>
      </w:r>
    </w:p>
    <w:p>
      <w:r>
        <w:rPr>
          <w:sz w:val="22"/>
        </w:rPr>
        <w:t xml:space="preserve">Her skin is very delicate and any harsh tactics are not usable. Lots of soaking and the use of a flea comb help the most. And yeah, all that all that lighter colored stuff. And you can see a little bit of it going around her eyes, but it's usually worse. But her poor forehead tends to suffer almost on a regular basis. And the picture to the right here is after one of her bathing sessions. This was before she got her staph infection, so she was actually feeling pretty good. Here she is, mostly naked again, unfortunately. </w:t>
        <w:br/>
      </w:r>
    </w:p>
    <w:p>
      <w:r>
        <w:rPr>
          <w:sz w:val="22"/>
        </w:rPr>
        <w:t xml:space="preserve">And here's some after treatment pictures. Her skin looks a little pink, but she is much improved and part of the pinkness is from the way the sun was. These shots showcase the areas of concern for her bacterial infection, so you can see right here under her neck and then between the little soft red spots between her thighs. The fun part? Here are the steps I take on a regular basis in the tub with her. And the mixing bowl to the left. I'm about to conjure a conditioning soak for her and we have Peck another conditioner that of course I can't remember at the moment. Liquid minerals and an oil which was probably avocado at this point. </w:t>
        <w:br/>
      </w:r>
    </w:p>
    <w:p>
      <w:r>
        <w:rPr>
          <w:sz w:val="22"/>
        </w:rPr>
        <w:t xml:space="preserve">So during a flare we start with a clay mask. A heavy scale day we may start with a conditioning mask and or a bath bomb soak to soften. Depending on the day, she either gets her vet prescribed shampoo or I S P's antibacteria interfungal mixture as her cleansing step. Her end step is a conditioning mask with oils and minerals and the conditioner used depends on the day. Some days I send her home a bit oily, which her parents don't care. </w:t>
        <w:br/>
      </w:r>
    </w:p>
    <w:p>
      <w:r>
        <w:rPr>
          <w:sz w:val="22"/>
        </w:rPr>
        <w:t xml:space="preserve">All they want her to be is comfortable. After her bath time, we get her dry. We are often in the tub for 45 minutes or more depending on the day and the day her skin is having. She has very thin, wispy hair, so getting her mostly dry isn't an issue. Her skin is far too delicate for a HV dryer. She's often skinny, so minimal airflow is best to contain it while drying. </w:t>
        <w:br/>
      </w:r>
    </w:p>
    <w:p>
      <w:r>
        <w:rPr>
          <w:sz w:val="22"/>
        </w:rPr>
        <w:t xml:space="preserve">Otherwise it gets all over my van. And I keep her inside of the tub to help contain it. I use a human hair dryer with a lower heat setting and she has her own brush that I don't use on anyone else but her. But I still sanitize between every appointment with her and actually you see her brush pictured next to her. She's very chunky from her Prednisone. We will hopefully never have to put it on her on it again. </w:t>
        <w:br/>
      </w:r>
    </w:p>
    <w:p>
      <w:r>
        <w:rPr>
          <w:sz w:val="22"/>
        </w:rPr>
        <w:t xml:space="preserve">Cooperation, client cooperation is the key to our mutual success. Without their help, the pet in your care will continue to have recurrent issues. Many owners do things at home with their pets that can hinder a treatment session. This is why isn't it is important to have a plan in place to help mitigate any issues. It will cost them more money in the long run for our services if they don't follow our directions at home, which Waffles and her parents have learned on a regular basis because Daddy gives her something she shouldn't have, then she has a flare up and then we have to get her in every week for a while. </w:t>
        <w:br/>
      </w:r>
    </w:p>
    <w:p>
      <w:r>
        <w:rPr>
          <w:sz w:val="22"/>
        </w:rPr>
        <w:t xml:space="preserve">In the case of waffles, her owners have everything they need at home to perform a therapy session on her themselves. People get sick and emergencies happen, but Waffles missing a treatment is a big no. We found out quickly that if she missed a any therapy appointments she would go into a fullblown flare that is hard to squash. Unfortunately this year I got sick and then shortly after her mom got sick. Emergencies happen. In waffles, ended up missing multiple appointments and that is when the staph infection hit. </w:t>
        <w:br/>
      </w:r>
    </w:p>
    <w:p>
      <w:r>
        <w:rPr>
          <w:sz w:val="22"/>
        </w:rPr>
        <w:t xml:space="preserve">It's no one's fault, but we hope to never, ever, ever have to go there again. That poor dog. We actually didn't think she was going to survive that. She got very sick. It was it was the worst that she's ever been and unfortunately her mom had gotten COVID and I had gotten sick, among other problems and then family emergencies happened and we actually almost lost her due to that. But her mom did her best and was vigilant and now we're back to our regular sessions and at this point now adding all of the allergy shots and everything, we were finally making some really solid progress with her. </w:t>
        <w:br/>
      </w:r>
    </w:p>
    <w:p>
      <w:r>
        <w:rPr>
          <w:sz w:val="22"/>
        </w:rPr>
        <w:t xml:space="preserve">All right, we can never be too prepared to serve our clients and their pets the best care. Below is a list of skin and coat courses I have taken or are working on to complete. I highly recommend all of them. If you aren't unsure which course would be good start for you, feel free to reach out to me and my contact info will be available on the next slide. So here are some available courses. </w:t>
        <w:br/>
      </w:r>
    </w:p>
    <w:p>
      <w:r>
        <w:rPr>
          <w:sz w:val="22"/>
        </w:rPr>
        <w:t xml:space="preserve">The more you know, the better prepared. And I also feel the more you know, the easier it is to have discussions with the clients that you're working with. It makes it just it just makes life easier. So a good starting class is the Pet Care Dermatec specialist through the International Society of Canine Cosmetologists. We have certified and master certified canine aesthetician with Chris Pearson, though the master portion is not yet available but is coming soon. </w:t>
        <w:br/>
      </w:r>
    </w:p>
    <w:p>
      <w:r>
        <w:rPr>
          <w:sz w:val="22"/>
        </w:rPr>
        <w:t xml:space="preserve">We have the data ICDG International Certification of Dermatological Grooming and that one is based out of France. I have not finished that one yet. I keep running out of time. And then of course the pet Esthetician and master pet esthetician with Michelle Knowles, which is currently on offer at the whole Pet Academy, and she may have it elsewhere as well. And then for those who are interested in the savvy groomer membership model master class, that's where you can reach down at the bottom. </w:t>
        <w:br/>
      </w:r>
    </w:p>
    <w:p>
      <w:r>
        <w:rPr>
          <w:sz w:val="22"/>
        </w:rPr>
        <w:t xml:space="preserve">If anybody needs would like this list, just reach out to me and I can provide you with all the links. And A and a very important note, we all do things differently. So if you have any tips or tricks that you would like to share with others from your therapy experiences, feel free to reach out to me. I will periodically update this class and would love to feature you and what works for you in your mobile setting. Don't be shy we we're all just helping each other and thank you for joining me. </w:t>
        <w:br/>
      </w:r>
    </w:p>
    <w:p>
      <w:r>
        <w:rPr>
          <w:sz w:val="22"/>
        </w:rPr>
        <w:t xml:space="preserve">You can either reach me out that email address or you can take a pitch you can actually with your phone to the QR code and get all of my information that way okay very good. Great workshop Ashley. So we'll wait a couple of minutes for any questions. And don't forget to join the Facebook group Private Facebook group because you always tag Ashley in that group if you have a question. </w:t>
        <w:br/>
      </w:r>
    </w:p>
    <w:p>
      <w:r>
        <w:rPr>
          <w:sz w:val="22"/>
        </w:rPr>
        <w:t xml:space="preserve">Barbara Bird is up next. Barbara Bird is up next on the half hour. So I know time zones. Right now it's quarter to ten here so at ten thirty. My time anyway, Barbara Bird is up next. Yeah, And i'm e, s t so it's twelve forty five for me. Okay, actually, if you have a question, do me a favor to just raise your hand so we know to wait because if not, we'll end this up. We got in here, there we go. Okay, no hands are raised. So, Ashley, we'll see you in just a little while. And do me a favor. Michelle knows don't go anywhere, all right? Because I do want to talk to you real quick. </w:t>
        <w:br/>
      </w:r>
    </w:p>
    <w:p>
      <w:r>
        <w:rPr>
          <w:sz w:val="22"/>
        </w:rPr>
        <w:t xml:space="preserve">Oh, wait OK, that's just that's just what a great class.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