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4810" w:rsidRDefault="00000000">
      <w:pPr>
        <w:pStyle w:val="Title"/>
      </w:pPr>
      <w:r>
        <w:t>Ouch Don't Do That</w:t>
      </w:r>
    </w:p>
    <w:p w:rsidR="00614810" w:rsidRDefault="00614810"/>
    <w:p w:rsidR="00614810" w:rsidRDefault="00000000">
      <w:r>
        <w:rPr>
          <w:b/>
        </w:rPr>
        <w:t>Date</w:t>
      </w:r>
      <w:r>
        <w:t xml:space="preserve">    2023-07-24</w:t>
      </w:r>
    </w:p>
    <w:p w:rsidR="00614810" w:rsidRDefault="00614810"/>
    <w:p w:rsidR="00614810" w:rsidRDefault="00000000">
      <w:r>
        <w:t xml:space="preserve">Okay, everybody welcome to day two of the Safety and Sanitation Summit we're starting off the morning with Chris Anthony without Don't Do it hurts. All right, Chris, all yours. Hi guys welcome. I just hit record and they and very good news. My tub is now seems to be working. Hold on one moment for me. All right, take two. Hi, welcome to Ouch don't do that hurts ergonomics grooming in you. And it wouldn't be a full on grooming class in a home grooming salon if there weren't occasional plumbing issues going on but welcome everybody. </w:t>
      </w:r>
      <w:r>
        <w:br/>
      </w:r>
    </w:p>
    <w:p w:rsidR="00614810" w:rsidRDefault="00000000">
      <w:r>
        <w:t xml:space="preserve">I wanted to do some quick housekeeping first. Before I even introduce myself and all of that nonsense i wanted to let you know that the information presented in this program is designed for educational purposes only. It is solely advisory. The authors cannot be held responsible for actions taken in regard to this program this ladies and gents is my please don't sue me slide. Listen to your doctor's advice. I am not a doctor don't do a stretch I say on here pull something and go Chris told me to and sue me it's this is this is solely advisory. </w:t>
      </w:r>
      <w:r>
        <w:br/>
      </w:r>
    </w:p>
    <w:p w:rsidR="00614810" w:rsidRDefault="00000000">
      <w:r>
        <w:t xml:space="preserve">I would also like you to know that this class is PGC Continuing Education approved. And For more information on what the PGC Continuing Education program is and the Professional Grooming Credentialing program is give that website a visit. Or you can reach out to me later And hi, my name is Chris Bear Anthony, you can text questions too if you're watching this on a recording to me at nine oh eight two six five two five oh six if you are watching this live during webinar, pop those questions right into the chat box and we will answer them. </w:t>
      </w:r>
      <w:r>
        <w:br/>
      </w:r>
    </w:p>
    <w:p w:rsidR="00614810" w:rsidRDefault="00000000">
      <w:r>
        <w:t xml:space="preserve">If you are texting me later, feel free to nudge me. It's okay sometimes I'll see a text when I'm grooming and not get back to it right away. But one of the reasons I love giving this class is because of one of my major allergies. I have an allergy to buzzwords. You know, words that manufacturers and advertisers put on products that they know sells things and not everybody knows what it means. </w:t>
      </w:r>
      <w:r>
        <w:br/>
      </w:r>
    </w:p>
    <w:p w:rsidR="00614810" w:rsidRDefault="00000000">
      <w:r>
        <w:t xml:space="preserve">So ergonomics is has become a little bit of a buzzword. People have figured out that it's good. Ergonomics equals a good thing, but even the sometimes the manufacturers or the people selling things can't really understand why or how their product is ergonomic they just know it's it sells things. So that is one of my major goals for you today you're going to </w:t>
      </w:r>
      <w:r>
        <w:lastRenderedPageBreak/>
        <w:t xml:space="preserve">leave knowing the how and why to identify better habits, to know what ergonomics actually is and how to apply that to different products so when you're at a trade show or shopping online and somebody says this is aerogonomic, you should totally buy it it's so good for you can go how. </w:t>
      </w:r>
      <w:r>
        <w:br/>
      </w:r>
    </w:p>
    <w:p w:rsidR="00614810" w:rsidRDefault="00000000">
      <w:r>
        <w:t xml:space="preserve">But in general, why is it Even so important to grooming? Well, our body is our most important and irreplaceable tool. Our most important piece of equipment and musculoskeletal disorders can be reduced and often prevented with proper ergonomics and exercise. So what is ergonomics to begin with? Well, I go on deep dives and I sometimes over explain things because that's how I understand it so I go way back to the beginning it is derived from 2 Greek words meaning work and the natural laws. It's basically the science of work and a person's relationship to that work can also be described as the science of designing the tool for the job to fit the person instead of forcing the person to fit the job or tool which is something unfortunately we do a lot of in grooming. </w:t>
      </w:r>
      <w:r>
        <w:br/>
      </w:r>
    </w:p>
    <w:p w:rsidR="00614810" w:rsidRDefault="00000000">
      <w:r>
        <w:t xml:space="preserve">But it's super basic, the science of making things comfortable and more efficient. If you're an employer hiring people, it can also be defined in their brains as the science of people not getting hurt and costing the company money. When you're selfemployed, as most rumors are, that makes a little more sense you don't want to hurt yourself and cost yourself money. So the first thing we're going to talk about is posture and ergonomics. So wait, wait, what how? What did? How did we posture? Get involved with this scenario. Well, here's actually a reason. Posture is the first principle of ergonomics. Now, depending on what list you go by, it there's either eight ten or twelve principles of ergonomics. </w:t>
      </w:r>
      <w:r>
        <w:br/>
      </w:r>
    </w:p>
    <w:p w:rsidR="00614810" w:rsidRDefault="00000000">
      <w:r>
        <w:t xml:space="preserve">And by the way, this is a legit science that people go to college for and study and have as a profession. So we're just doing the basics and how it applies to us, which is kind of how I came up with the 10 principles because I felt that eight left some stuff out, 12 got repetitive, but either way, the 1st is maintain a neutral posture. So what exactly does that mean? Well, it means not doing this or this. Force this slouching on your desk. And yes, of course I have some diagrams. So here are a lot of examples of some bad posture. We've got sway back. We've got anterior pelvic tilt, otherwise known as wearing stupid heels to make your tush look cute. </w:t>
      </w:r>
      <w:r>
        <w:br/>
      </w:r>
    </w:p>
    <w:p w:rsidR="00614810" w:rsidRDefault="00000000">
      <w:r>
        <w:t xml:space="preserve">Let's let's keep that to a minimum because we pay for that when we're older, but we have the good posture which is all the way over to the to the right. Now, as amusing as it is to look at this guy standing funny, I like this graphic a little better because it takes away all that extraneous stuff and you can see more of the body structure on this one. So as you can see, if lines are going other ways or they're not connecting up, that is not quite right, and it's throwing the body off balance. </w:t>
      </w:r>
      <w:r>
        <w:br/>
      </w:r>
    </w:p>
    <w:p w:rsidR="00614810" w:rsidRDefault="00000000">
      <w:r>
        <w:lastRenderedPageBreak/>
        <w:t xml:space="preserve">Like in this middle one, the bottom looks balanced almost. But you know it's throwing the top off once again all the way to the right. And we have something lined up balanced. Now this graphic was hanging in my chiropractor's office and it actually accused people of having a fathead and that always amused the hell out of me because you can't really go around calling people fatheads but for every inch of forward head posture it can increase the weight of the head on the spine by an additional ten pounds now this is getting to be a problem nowadays outside of grooming because of this. </w:t>
      </w:r>
      <w:r>
        <w:br/>
      </w:r>
    </w:p>
    <w:p w:rsidR="00614810" w:rsidRDefault="00000000">
      <w:r>
        <w:t xml:space="preserve">Not to not to call anybody out, but this is, this is a thing so people are walking around like this with their heads and their phones in their lap all the time, and it's putting a lot of pressure on the neck, the spine, all of that because you're meant to have a neutral posture. So it's not just standing in posture. Here are some movements that are a little awkward, and I'm not calling anybody out. </w:t>
      </w:r>
      <w:r>
        <w:br/>
      </w:r>
    </w:p>
    <w:p w:rsidR="00614810" w:rsidRDefault="00000000">
      <w:r>
        <w:t xml:space="preserve">Not just yet, anyway. Where neutral posture is standing up straight when we're leaning forward, leaning back, or doing this twist how many of do this while we're drawing a big dog just where you know, we can do it as a hula hoopy exercise, but too much twisting and bending is not your best posture for our arms and wrists. Just this, just all the way to the left that's our neutral posture. So brushing a dog is putting us into awkward postures drying. </w:t>
      </w:r>
      <w:r>
        <w:br/>
      </w:r>
    </w:p>
    <w:p w:rsidR="00614810" w:rsidRDefault="00000000">
      <w:r>
        <w:t xml:space="preserve">I did talk to an orthopedic doctor regarding this because I was having some elbow issues and I explained what I did and what we had to do and his answer was I can't tell a Carpenter not to use a hammer. So there's certain postures that are awkward but are part of our jobs. We're not going to be able to groom and not move our elbows right or it would be super difficult. </w:t>
      </w:r>
      <w:r>
        <w:br/>
      </w:r>
    </w:p>
    <w:p w:rsidR="00614810" w:rsidRDefault="00000000">
      <w:r>
        <w:t xml:space="preserve">So the key is to know what is awkward and how to reduce it when we can and we are going to talk about tools later. So on this and this is where we really don't call people out on purpose. This is a neutral posture for our hands. I like to say even to go even further because this is not you know, that's putting strain. Hang your hand down. Shake them out a little bit. See how my wrist is bent to get it up on camera but see how your hand just lays. So any of this and this is going to be an awkward posture and is going to put pressure here. </w:t>
      </w:r>
      <w:r>
        <w:br/>
      </w:r>
    </w:p>
    <w:p w:rsidR="00614810" w:rsidRDefault="00000000">
      <w:r>
        <w:t xml:space="preserve">We will talk more about this later because this is a huge thing this is a huge part of grooming. And yes, we will talk about carpal tunnel later. And this is this is 1 area where I don't believe that the Carpenter and hammer analogy my doctor used was correct because there is still a lot we can do to reduce these motions. But we'll get there okay so we have maintained the neutral posture. </w:t>
      </w:r>
      <w:r>
        <w:br/>
      </w:r>
    </w:p>
    <w:p w:rsidR="00614810" w:rsidRDefault="00000000">
      <w:r>
        <w:lastRenderedPageBreak/>
        <w:t xml:space="preserve">Our second principle is reduce excessive force. Now, what exactly is excessive force? This is my husband's favorite picture of himself in the world. Not our wedding picture, not the picture of us when we're all dressed up in a cruise ship together this is his favorite picture of himself. And he knows that I use this as a things not to do. But he's like I was young and strong and can do this. So this is an example of excessive force. Now could you, can you lift a lot of dogs by yourself because maybe you're young, maybe you're, you know, in your twenties or you're a lifter you work out, you're in your early days, so you're could, doesn't mean you should. </w:t>
      </w:r>
      <w:r>
        <w:br/>
      </w:r>
    </w:p>
    <w:p w:rsidR="00614810" w:rsidRDefault="00000000">
      <w:r>
        <w:t xml:space="preserve">One of the key things just because you can do something doesn't mean you should. And while he's proud of this proof that he was young once, now his back hurts. So do things even when you're alone. There are things you can do to reduce the force and to not lift this dog. Now what do you see right next to him? That's a hydraulic table on wheels that lowers all the way to the ground. </w:t>
      </w:r>
      <w:r>
        <w:br/>
      </w:r>
    </w:p>
    <w:p w:rsidR="00614810" w:rsidRDefault="00000000">
      <w:r>
        <w:t xml:space="preserve">Even if one of us were by ourselves, we could have lowered that table, walked the dog onto it, secured it, unlatched, undone the locks, rolled them slowly to the tub and walked him into the tub. When you're alone in a mobile van, lower the table. Walk them on, raise it, walk them into the tub. There are ways around and if you can get hurt team lifting appear, then don't do it by yourself. Now, reducing excessive force also comes into another principle coming up, which is reducing pressure points. </w:t>
      </w:r>
      <w:r>
        <w:br/>
      </w:r>
    </w:p>
    <w:p w:rsidR="00614810" w:rsidRDefault="00000000">
      <w:r>
        <w:t xml:space="preserve">But we'll get there. So the next principle is keep everything within easy reach. So all right, easy reach here's a fun graphic it's somebody at a desk but what's easy, what's awkward, and what to avoid? Any guess as to what should be in that easy reach at all times the one thing that's 100 % should be in that easy reach. The dog water bottle is also an appropriate answer, but that can be a little bit off to the side. The dog is the first or cat or Bunny should be within that easy reach category. </w:t>
      </w:r>
      <w:r>
        <w:br/>
      </w:r>
    </w:p>
    <w:p w:rsidR="00614810" w:rsidRDefault="00000000">
      <w:r>
        <w:t xml:space="preserve">Now we have a section towards the end on tools where we will I will mention the groomer's wall that relates to this principle of ergonomics, keeping everything within easy reach so your dog is going to be in the easy reach category I keep. It's not just for safety. It is also for you and for your back because if you're leaning, chasing the dog around the table, you're not maintaining your neutral posture, you're putting more strain on your back, You're putting yourself into awkward positions. </w:t>
      </w:r>
      <w:r>
        <w:br/>
      </w:r>
    </w:p>
    <w:p w:rsidR="00614810" w:rsidRDefault="00000000">
      <w:r>
        <w:t xml:space="preserve">So there's multiple reasons. Yes, it's for safety, you want to be right there, but it's also for the safety of yourself and your body. So what else do you need in that easy reach category? I If you've seen me at a trade show, I keep my shears on in a holster that is always an easy reach. I they're next to me. They're on my hip, absolutely. They're not going to fall. They're </w:t>
      </w:r>
      <w:r>
        <w:lastRenderedPageBreak/>
        <w:t xml:space="preserve">not going to get kicked off a table and I'm not going to be reaching for them. </w:t>
      </w:r>
      <w:r>
        <w:br/>
      </w:r>
    </w:p>
    <w:p w:rsidR="00614810" w:rsidRDefault="00000000">
      <w:r>
        <w:t xml:space="preserve">If you have your station right next to you, the main tools you grab all the time should also be in that easy reach your Clippers, the brushes you use all the time Combs, the sprays and products you use every day right on the side maybe the sprays and the products you can border on awkward because you're not there constantly it's a little bit of a little bit of a reach for your D matting spray or you're finishing the spray, but those are the stuff you can maybe keep in the awkward and move them forward as you use them. </w:t>
      </w:r>
      <w:r>
        <w:br/>
      </w:r>
    </w:p>
    <w:p w:rsidR="00614810" w:rsidRDefault="00000000">
      <w:r>
        <w:t xml:space="preserve">Things that you're not going to be using on every dog now, Things to keep in the avoid category. Maybe you're stripping knives until you have the terrier on your table that you're going to be using those on then you move them into the easy reach categories, Your refills, the stuff that you're not using on every dog, the stuff that you're not using maybe even every day you keep them in the awkward category or in the avoid and then move them into Awkward or easy reach as you need to be using them so. We will also be talking about reducing pressure points and standing all day that will be coming up. </w:t>
      </w:r>
      <w:r>
        <w:br/>
      </w:r>
    </w:p>
    <w:p w:rsidR="00614810" w:rsidRDefault="00000000">
      <w:r>
        <w:t xml:space="preserve">The next principal is working at proper heights, so this Potter looks like she's at a grooming table almost because if you notice, the thing she's working on is in the easy beach. She's keeping her elbows at a neutral posture. Her arms and shoulders are relaxed. They're not like, slumped. They're not, you know, she's not leaning back because nothing is up here. You don't want your dog up here, so you have to reach for it you want it right at the proper height, which is why adjustable tables are super important. </w:t>
      </w:r>
      <w:r>
        <w:br/>
      </w:r>
    </w:p>
    <w:p w:rsidR="00614810" w:rsidRDefault="00000000">
      <w:r>
        <w:t xml:space="preserve">Whether you have electric or hydraulic. If you have hydraulic, you need to be a little more mindful and careful when you raise or lower so that you're not doing it like this and jerking the dog around, but keeping it at the proper height. When I was young in my grooming career and my husband was my bather, we just started at a grooming shop and their table was broken. They had an electric table. It didn't do anything but stay at one position and I groomed everything from yorkies to standard poodles and I had at least three standards that came into the shop at that time. </w:t>
      </w:r>
      <w:r>
        <w:br/>
      </w:r>
    </w:p>
    <w:p w:rsidR="00614810" w:rsidRDefault="00000000">
      <w:r>
        <w:t xml:space="preserve">Groomed everything on the same height table. And I will never forget begging the standard to lay down and getting it to lay on the table so I could reach the top knot because my back went out. Never forget that pain. And that was one of my very first lessons on Oh my God, it's really ergonomics are really important. I didn't call it that at the time, but so you'll notice also she is doing what I like to call the Captain Morgan. And this one actually had my chiropractor recommended it to me because I do house call and I said look, sometimes I'm washing dogs in a slop sink and it is bending over and it's kind of killing me but I'm not in a </w:t>
      </w:r>
      <w:r>
        <w:lastRenderedPageBreak/>
        <w:t xml:space="preserve">shop i'm not in my home now with my tub that goes up and down. </w:t>
      </w:r>
      <w:r>
        <w:br/>
      </w:r>
    </w:p>
    <w:p w:rsidR="00614810" w:rsidRDefault="00000000">
      <w:r>
        <w:t xml:space="preserve">So what can I do? And he said to use a some kind of foot rest or something to change the angle because as you're leaning over, if you do the Captain Morgan, it will shift and force your back straighter. So what this does when you're standing is it's going to reduce reaching it's going to let you shift your weight a little bit and be more comfortable. You also want if you had if you're working on a counter, you also want to make sure you have a place for your feet, because then you can get closer to the counter more comfortably most tables allow for this and have some overhang. </w:t>
      </w:r>
      <w:r>
        <w:br/>
      </w:r>
    </w:p>
    <w:p w:rsidR="00614810" w:rsidRDefault="00000000">
      <w:r>
        <w:t xml:space="preserve">All right, So what is next on our We have proper heights, reduced excessive movement. So here we have the carpal tunnel question we're going to address the absolute elephant in the room and talk about carpal tunnel. A sense as was mentioned, some people come into grooming with the beginnings of carpal tunnel because they are transitioning from office work. So I have some lovely sciencey diagrams because there's nothing I left more than a lovely diagram that will explain it to me and make my brain go, oh, that makes sense. </w:t>
      </w:r>
      <w:r>
        <w:br/>
      </w:r>
    </w:p>
    <w:p w:rsidR="00614810" w:rsidRDefault="00000000">
      <w:r>
        <w:t xml:space="preserve">So basically the carpal tunnel ligament you can see in this picture stretches right over here that is the sorry the transverse carpal ligament And the median nerve goes under that and through to all your fingers. That median nerve also goes all the way up your shoulder. Here is another one we have cousin aunt who kindly laid on his side so you can see the tendons surrounding that nerve. You can see the bones in that area and that really thin part here, I don't know if you can see my cursor is the transverse carpal ligament here. </w:t>
      </w:r>
      <w:r>
        <w:br/>
      </w:r>
    </w:p>
    <w:p w:rsidR="00614810" w:rsidRDefault="00000000">
      <w:r>
        <w:t xml:space="preserve">So the median nerve is going right through here and goes all the way up to your shoulder. So this actually covers a lot of your major motor functions, your thumb. The fact that your thumb can do this is thanks to that nerve and those tendons and muscles involved in that area. Now what did we already say? Just because we can do something doesn't mean we should all the time. We can do this. It's called an opposable phone. That and making tools is what separates us from the apes. So just because we can do this doesn't mean we should. </w:t>
      </w:r>
      <w:r>
        <w:br/>
      </w:r>
    </w:p>
    <w:p w:rsidR="00614810" w:rsidRDefault="00000000">
      <w:r>
        <w:t xml:space="preserve">And there are a lot of cheers. Let me see what all I have in my desk that force us to do that all the time, right? This is our standard shear makes us do that. So not a commercial, this is relevant. One company that can explain how and why their product is ergonomic is Evolution Shears because you see now my hand, it's in a neutral posture. My thumb's not going out here a thousand times, it is right here, and I can keep my wrist straight i cannot put pressure on those nerves. So that's something we can do. There's a lot of wrist movement, a lot of hands and finger movement involved in grooming and involved in scissoring and brushing. </w:t>
      </w:r>
      <w:r>
        <w:br/>
      </w:r>
    </w:p>
    <w:p w:rsidR="00614810" w:rsidRDefault="00000000">
      <w:r>
        <w:lastRenderedPageBreak/>
        <w:t xml:space="preserve">But if we use proper tools, we can also reduce a lot of that. Any other carpal tunnel questions before I move on okay so next principle of ergonomics. We have minimized fatigue and static load. Now what exactly is static load? So if you are trying to hold a dog's face and you're holding it the old school oldfashioned way, we try not to do anymore and you've got the death grip on the chin that the dog doesn't like and it pulls and it does things. </w:t>
      </w:r>
      <w:r>
        <w:br/>
      </w:r>
    </w:p>
    <w:p w:rsidR="00614810" w:rsidRDefault="00000000">
      <w:r>
        <w:t xml:space="preserve">That is static load because you're not moving, you're putting pressure, but you are putting pressure on it. Now for that I would direct you to the to Ashley Henby's Don't Grab the Beard class on how to reduce static load when holding a face. It's also when you're drawing a dog so long your hand goes numb just from gripping the hose for long periods of time. It is when you're. I don't know if any of you remember those the old Clippers that vibrated a lot and made your hands go numb yeah, the old, the i just try not to name names, but yes, the old Oscars. </w:t>
      </w:r>
      <w:r>
        <w:br/>
      </w:r>
    </w:p>
    <w:p w:rsidR="00614810" w:rsidRDefault="00000000">
      <w:r>
        <w:t xml:space="preserve">Oofah, there that was partially static load just holding that they vibrated a lot that was not ergonomically great. Thank goodness our Clippers have gotten a lot better so and minimize fatigue i did it backwards. Here is where we go into things like proper shoes with proper arch supports and mats, anti fatigue mats you need a combination of anti fatigue masks and shoes with support. Now i've heard some different things regarding arch supports on shoes. My personal theory is that while the arch of your foot, yes, gives you some protection, we are standing for hours and hours and hours a day. So if we don't want to be working the muscles in our feet like athletes, to really build those up, we need solid, good art supports. </w:t>
      </w:r>
      <w:r>
        <w:br/>
      </w:r>
    </w:p>
    <w:p w:rsidR="00614810" w:rsidRDefault="00000000">
      <w:r>
        <w:t xml:space="preserve">The tennis balls that you roll on are good. There are balls that are prickly balls they look like hard they're about tennis ball size, but they're spiky and you roll on. Those are good for planter fasciitis those are good for stretching out the feet. They're not exactly part of minimizing fatigue this is part of recovery later but we'll talk about the feet all roughly at the same time. So the other What's another easy thing we can do to minimize fatigue? Coffee no, just kidding. Coffee is not ergonomically correct don't say I told you that, but actually drinking water, though drinking water is will help you stay hydrated, will help you minimize fatigue, because as you're sweating and working and losing electrolytes and using, you know, losing moisture, you do need to stay hydrated. </w:t>
      </w:r>
      <w:r>
        <w:br/>
      </w:r>
    </w:p>
    <w:p w:rsidR="00614810" w:rsidRDefault="00000000">
      <w:r>
        <w:t xml:space="preserve">I'm not sure if that 100 % is a principle of ergonomics, but I believe it should be mentioned because it's important and the coffee is just life. Once again, not much to do with ergonomics except it keeps you awake and alert all right so minimize minimizing pressure points now this could also be in proper shoes and mats, the anti fatigue mats because you're reducing a pressure point. </w:t>
      </w:r>
      <w:r>
        <w:br/>
      </w:r>
    </w:p>
    <w:p w:rsidR="00614810" w:rsidRDefault="00000000">
      <w:r>
        <w:lastRenderedPageBreak/>
        <w:t xml:space="preserve">It also could be some of the tools we use, because if any of you do hand stripping, wow, talk about pressure points on your hands. So this is something where from the tools we use, it's digging into our hands. So these are just a small amount of my stripping knives because I have a problem. Now some of these I use more than others. The one all the way on the bottom is I want to say Mars Fishtail and I can see how it would be ergonomically correct because that could fit someone's hands. However, I am not a small person that does not fit my hand well at all. </w:t>
      </w:r>
      <w:r>
        <w:br/>
      </w:r>
    </w:p>
    <w:p w:rsidR="00614810" w:rsidRDefault="00000000">
      <w:r>
        <w:t xml:space="preserve">So I see an attempt was made, It's just not for me. The one way up top is decently ergonomically correct, it's got a place for my thumb, it's smooth, it doesn't have hard edges, so it's reducing and minimizing pressure points the second from the top. The good thing about that one is that one came in a big set and the handles are all slightly different. But also, the good thing about that is it's because they're wooden. If there's a spot that it doesn't fit well on you can take a Dremel to it and adjust it so that it fits you better. The green one, yes, I'm saving the middle for last. The green one I actually like because it's nice and smooth. </w:t>
      </w:r>
      <w:r>
        <w:br/>
      </w:r>
    </w:p>
    <w:p w:rsidR="00614810" w:rsidRDefault="00000000">
      <w:r>
        <w:t xml:space="preserve">It fits my hand decently and it's nice and smooth and doesn't have any sharp edgers or mini pressure points that hit my hands. These are things that you have to really try and use. I have a set of stripping knives somewhere. I don't think I have them down here that I got legit just to hang on the wall because they are nothing but pressure points. And I was laughed at when I got them and I went no, they're not to use. They're because they look pretty to hang on the wall. </w:t>
      </w:r>
      <w:r>
        <w:br/>
      </w:r>
    </w:p>
    <w:p w:rsidR="00614810" w:rsidRDefault="00000000">
      <w:r>
        <w:t xml:space="preserve">But this one in the middle is actually my favorite. It's is the Dyma strip because it is molded to your hand. I don't know what witchcraft they used to do it, but it can go righty or lefty. I've had people with all different hand size fit. It is amazing it it's probably the most comfortable stripping knife I've used. Is it pricey? Is it worth it if you're going to be doing a fair amount of hand stripping, Probably. But you see, I have a problem in a collection, so maybe I'm not the one to ask there's no such thing as too many evolution shears in my toolkit or too many stripping. </w:t>
      </w:r>
      <w:r>
        <w:br/>
      </w:r>
    </w:p>
    <w:p w:rsidR="00614810" w:rsidRDefault="00000000">
      <w:r>
        <w:t xml:space="preserve">And when you're doing that dangerous carpentry on the wooden handled one, that's where you kind of go slowly you put the Dremel on really low, you do a little bit at the time and if it has gone too far, that is also where we use vet rack to wrap it, to put a layer to fix that. But anyway, what are other ways we can reduce pressure points in our tools there's the handles of our brushes, there's the corners of our Clippers. </w:t>
      </w:r>
      <w:r>
        <w:br/>
      </w:r>
    </w:p>
    <w:p w:rsidR="00614810" w:rsidRDefault="00000000">
      <w:r>
        <w:t xml:space="preserve">There's a lot of things we can do to make it fit more comfortably in our hand. Now providing clearance is our next one. So what exactly does providing clearance mean? It's not this is anti clearance and you can tell how very pleased I am by that situation. I'm not. We have </w:t>
      </w:r>
      <w:r>
        <w:lastRenderedPageBreak/>
        <w:t xml:space="preserve">since found another place to groom that dog because even though that pipe was wrapped in soft, squishy things and didn't really hurt, when I bonked my head on it 14 times per groom was still annoying. </w:t>
      </w:r>
      <w:r>
        <w:br/>
      </w:r>
    </w:p>
    <w:p w:rsidR="00614810" w:rsidRDefault="00000000">
      <w:r>
        <w:t xml:space="preserve">Now, this is also when you're setting up your grooming shop if you have higher cage banks or higher shelves or setting up your mobile grooming van, make sure you're not going to boink your head on stuff. We one of the times I worked at a corporate salon when a district manager visited, someone left a top crate door open and they hurt themselves. The gistic person hurt themselves on the crate door. They were not amused and we got in trouble for not closing it. So it can be as simple as making sure you close crate doors, because if you're getting a dog out, if you're in the shop, you're getting a dog out of a bottom crate. </w:t>
      </w:r>
      <w:r>
        <w:br/>
      </w:r>
    </w:p>
    <w:p w:rsidR="00614810" w:rsidRDefault="00000000">
      <w:r>
        <w:t xml:space="preserve">Somebody just got a dog out of a top crate and didn't close it all the way and it looked closed. But then as it moved, as the cage bank moved a little bit because the big dog went, Oh my God, I'm getting out of the crate and it jiggled it opened while you're down there, you stand up now now you have an emergency room visit because you've got a sizable vent in your head. Okay so we have move, exercise and stretch now this is the normally the audience participation. I have a bum ankle at the moment so I will not be joining, but feel free to join and move along at home because we have some various exercises that we can do at our grooming table. </w:t>
      </w:r>
      <w:r>
        <w:br/>
      </w:r>
    </w:p>
    <w:p w:rsidR="00614810" w:rsidRDefault="00000000">
      <w:r>
        <w:t xml:space="preserve">So here we have this is a tree pose this is something you can just hold on to your grooming table. Now if you've seen this in yoga, you may have seen really bendy people with like their heel all the way up in their in their crotch area. You see her foot's way down by her ankle. You don't have to get extreme during this at all, you just need to get it off the floor a little bit and be comfortable so this is a nice stretch i can even do a version of this sitting down just for my top half and it feels really good. </w:t>
      </w:r>
      <w:r>
        <w:br/>
      </w:r>
    </w:p>
    <w:p w:rsidR="00614810" w:rsidRDefault="00000000">
      <w:r>
        <w:t xml:space="preserve">And remember what you do on one side, you do on both sides, so you do this on either side. Okay, we're still going to call this Desk dancer, because Table Dancer has completely different connotations that we're not talking about right now. And if you can't reach your foot, totally fine. That's why we have grooming loops, Okay it's not actually why we have grooming loops, but it helps that they're there because we can use a slip lead or a grooming loop to grab our foot and use that to stretch until we either get flexible enough to grab our foot because we've been doing this every day at our table to stretch, or we keep using the loop or the towel or the slip lead. </w:t>
      </w:r>
      <w:r>
        <w:br/>
      </w:r>
    </w:p>
    <w:p w:rsidR="00614810" w:rsidRDefault="00000000">
      <w:r>
        <w:t xml:space="preserve">So remember, do this on each leg because what we do on one side, we do on the other to balance out. This one, yeah, this one is very good for our hamstrings. So this one is a variation of warrior pose we can go table warrior because we're making it through the day, </w:t>
      </w:r>
      <w:r>
        <w:lastRenderedPageBreak/>
        <w:t xml:space="preserve">we're grooming those dogs, we're dodging bites. Hopefully not dodging too many bites, but this is a really lovely stretch and this is something, while I don't necessarily advocate doing these with a dog on the table because we want to be focused on the dog on the table, if we absolutely had to do a quick one with like a hand on the dog, maybe this is but this is these are exercises we can all do right at the table. </w:t>
      </w:r>
      <w:r>
        <w:br/>
      </w:r>
    </w:p>
    <w:p w:rsidR="00614810" w:rsidRDefault="00000000">
      <w:r>
        <w:t xml:space="preserve">And once again, don't forget when you do one side, turn around and do the other. And this is a variation of pyramid pose. And this is also known as. After you get a good stretch you can put your head all the way down and go Why isn't this customer here yet? And just but hopefully, we don't have to bash our head on the table that often. So once again, do it with first your right leg extended and then your left, or your left first and then your right we don't judge, we don't care just get them both done do your stretches because your body will thank you. This will help get your muscles stretched out this will help keep you in alignment. </w:t>
      </w:r>
      <w:r>
        <w:br/>
      </w:r>
    </w:p>
    <w:p w:rsidR="00614810" w:rsidRDefault="00000000">
      <w:r>
        <w:t xml:space="preserve">This is one of my favorites for my shoulders. I do this one in people's homes all the time because being house call, I don't have that lovely electric or hydraulic table, so I am at the mercy of counters and washing machines and what is available in their house. Sometimes for the larger dogs, I'm able to bring in my adjustable table. That's fantastic, but it is a lot to drag in and it can approach excessive weight if I do it too often so we use this one and you can see we've got the variation in the back so if you can't reach your hands behind your back, you've got a towel, you've got a grooming loop, you have got a slip lead, You've got something to use to because you can hold your hands at your side you can just have it have it behind you and make that work and then inch closer as you practice, as you go along, do what you can. </w:t>
      </w:r>
      <w:r>
        <w:br/>
      </w:r>
    </w:p>
    <w:p w:rsidR="00614810" w:rsidRDefault="00000000">
      <w:r>
        <w:t xml:space="preserve">Once again, I'm not a doctor or a yoga instructor. This is the don't sue me, don't hurt yourself if any of these stretches hurt, you, don't do them. If it's a solid stretch and it kind of hurts so good, you're like, oh, that's oh, that's achy but it feels good, that's okay, but not actual pain. So here's an animated version of that. And yes, I'm going to show another shoulder stretch after this because we are standing, we're working on the dogs, There's so much hunching over. These shoulder stretches are easy to do in the middle of our day and super helpful because how many of you have either have been that groomer or no groomer with a rotator cuff injury with a shoulder injury because either dealing with the big dogs or leaning and stretching a lot. </w:t>
      </w:r>
      <w:r>
        <w:br/>
      </w:r>
    </w:p>
    <w:p w:rsidR="00614810" w:rsidRDefault="00000000">
      <w:r>
        <w:t xml:space="preserve">So here is a smaller version of that and this is for the pectoral muscle stretch because we stretch the muscles in our back, we get to stretch the muscles in the front and this helps the same general area. So yes, move, exercise and stretch is 100 % a principle of ergonomics that we need to look at. So maintaining a comfortable work environment, does that mean mood music and lighting? No, I mean it doesn't not mean that it's kind of it it's kind of a </w:t>
      </w:r>
      <w:r>
        <w:lastRenderedPageBreak/>
        <w:t xml:space="preserve">catchall category. </w:t>
      </w:r>
      <w:r>
        <w:br/>
      </w:r>
    </w:p>
    <w:p w:rsidR="00614810" w:rsidRDefault="00000000">
      <w:r>
        <w:t xml:space="preserve">It means is your temperature correct is your humidity correct? Not just for. Oh my God, it's raining in my grooming salon how am I going to get the dog dry? It's not comfortable. If it's too humid, it's hard to breathe. Do you have nice music on do you have proper lighting so you can see? Do I have proper lighting so we can see there we go. All of the little things to make our workplace better? Yes, music. </w:t>
      </w:r>
      <w:r>
        <w:br/>
      </w:r>
    </w:p>
    <w:p w:rsidR="00614810" w:rsidRDefault="00000000">
      <w:r>
        <w:t xml:space="preserve">Is it clean? It shouldn't smell like pee. That's not a good environment. Shouldn't smell like poop either but poop happens right when it happens. It's going to have a little sink for a minute. Having a working heating and air conditioner is huge and it is so important that if you are a corporate groomer, look up your PNP There are rules regarding when the grooming salon needs to get shut down because it's either too hot or too cold. Just saying, so now what does PPE Personal Protective Equipment have to do with ergonomics? It is a health and safety issue. It is something that makes your work more comfortable. Therefore it goes into ergonomics. It's not just masks. </w:t>
      </w:r>
      <w:r>
        <w:br/>
      </w:r>
    </w:p>
    <w:p w:rsidR="00614810" w:rsidRDefault="00000000">
      <w:r>
        <w:t xml:space="preserve">Prior to 2020 I was 100 % guilty. I throw myself on the mercy of the court of fellow groomers because I went. I know I should be wearing a mask, but it fucks up my glasses and I don't wanna cuz it's not comfortable well I figured out how to do it real quick and I figured out that I could do it, so now I have no excuse. </w:t>
      </w:r>
      <w:r>
        <w:br/>
      </w:r>
    </w:p>
    <w:p w:rsidR="00614810" w:rsidRDefault="00000000">
      <w:r>
        <w:t xml:space="preserve">Masks are very important for grooming, and I just saw a comment that it said, according to PetSmart in those days I had to have a doctor's note for a mask and a portion of my brain just exploded in rage. I have some homework for y'all. If I'm preaching to the choir, maybe, and you wear masks every time you dry a dog, you might be excused. However, here is your homework. I want you to take several pieces of blank printer paper, nice bright white shiny printer paper, and I want you to put them up by where you blow dry the dogs maybe 1 by the tub because you do a little bit of drying in the tub. </w:t>
      </w:r>
      <w:r>
        <w:br/>
      </w:r>
    </w:p>
    <w:p w:rsidR="00614810" w:rsidRDefault="00000000">
      <w:r>
        <w:t xml:space="preserve">Now, if you're in a mobile van, you don't even have to do this. If you're in a mobile van, all I want you to do at the end of the day is of the wall behind the table. Just need you to go and drag your hand across that and see all the crud and dander that is on that wall. All of that is in your lungs, All of that is getting blown around the air and you're inhaling. And I don't care how hairy your nostrils are, it's not going to filter everything out. </w:t>
      </w:r>
      <w:r>
        <w:br/>
      </w:r>
    </w:p>
    <w:p w:rsidR="00614810" w:rsidRDefault="00000000">
      <w:r>
        <w:t xml:space="preserve">And even if a dog is washed properly, if a dog is washed super properly, they are squeaky clean. They still have dander, They can be beautifully clean. You can have done 14 steps with a clay mask and rinsed and they're awesome but when you blow dry it's and brush, it's </w:t>
      </w:r>
      <w:r>
        <w:lastRenderedPageBreak/>
        <w:t xml:space="preserve">still exfoliating. You're still going to get dander and dead skin cells come off, not to mention hair. So what are some other pieces of PPE we have the non slip mask. We have the goggles or glasses to help the hair from getting in your eyes. </w:t>
      </w:r>
      <w:r>
        <w:br/>
      </w:r>
    </w:p>
    <w:p w:rsidR="00614810" w:rsidRDefault="00000000">
      <w:r>
        <w:t xml:space="preserve">Pro tip if don't let anyone tell you can't wear mascara in a grooming salon because what it does is the mascara because they're like oh it gets hairy. First of all, not if it's a good one and it's dry, but what it does do is it kind of grabs the hair so you can pull it out of your eyelashes instead of pulling it out of your eyeball. So here is where we really once again talk about our good shoes with cushioning and art support and non slip soles. Because as much as we have non slip mats, water is going to get places. </w:t>
      </w:r>
      <w:r>
        <w:br/>
      </w:r>
    </w:p>
    <w:p w:rsidR="00614810" w:rsidRDefault="00000000">
      <w:r>
        <w:t xml:space="preserve">It's going to happen have hearing protection, either those big headphones or fan 10 the headphones, those big ear muffy things are fantastic. The little foam ones, Yeah when I first started grooming, we just joked about this stuff and we was like, groomers are just deaf because of dryers. Yeah, we shouldn't have to be. We shouldn't just accept it as a part of our jobs. We should protect ourselves because we deserve to be able to hear when we're 80, as much as your average 80 year olds can hear, you know, All right, so I know we started a couple minutes late, but i'm i'm getting through. </w:t>
      </w:r>
      <w:r>
        <w:br/>
      </w:r>
    </w:p>
    <w:p w:rsidR="00614810" w:rsidRDefault="00000000">
      <w:r>
        <w:t xml:space="preserve">So what happens when we do have repetitive strain injuries? We get to rice. And what are some common repetitive strain injuries that happened to groomers we have the rotator cuff that we talked about we have tennis elbow Bursitis in the hips from standing improperly, carpal tunnel syndrome, problems with our knees, problems with our shins, problems with our feet and ankles and by the way, i'm not telling you this because I'm going through it or anything, but if you have problems with your ankles and flat feet, everything moves up. </w:t>
      </w:r>
      <w:r>
        <w:br/>
      </w:r>
    </w:p>
    <w:p w:rsidR="00614810" w:rsidRDefault="00000000">
      <w:r>
        <w:t xml:space="preserve">Your flat foot is going to affect your ankle, which is eventually going to affect your knee, which is going to throw things out of alignment and affect your hip. And if you nip it in the bud it won't move all the way along the line. But everything in our body is connected, so paying the price once we have repetitive strain injury. So first we try to protect ourselves. Have a warm up routine do those stretches as much as you can to prevent further injury. </w:t>
      </w:r>
      <w:r>
        <w:br/>
      </w:r>
    </w:p>
    <w:p w:rsidR="00614810" w:rsidRDefault="00000000">
      <w:r>
        <w:t xml:space="preserve">Use proper form maintain the neutral postures we talked about rest. Yes, I'm personally attacking myself. Give your body the time it needs to heal. If and I have been a broke groomer if we go, but I have to work six seven days a week because I have bills to pay. That's when it's time to raise our prices and price appropriately. Because I spent years being sick every Christmas. Because that's groomer economics, right? We drive, We work ourselves crazy because that's when we do our overtime and get the money and get through the January slumps. It wasn't until I toned that down and went, I don't care it's the week </w:t>
      </w:r>
      <w:r>
        <w:lastRenderedPageBreak/>
        <w:t xml:space="preserve">before Thanksgiving. </w:t>
      </w:r>
      <w:r>
        <w:br/>
      </w:r>
    </w:p>
    <w:p w:rsidR="00614810" w:rsidRDefault="00000000">
      <w:r>
        <w:t xml:space="preserve">I'm sick and need to take a day off. If 2020 taught us nothing. It taught us that the world will not spin off its axis if a couple dogs don't get groomed. It also kind of reminded us that when we're sick, stay home so we don't get other people sick anyway ice. Applying ice indirectly to the injury site will 100 % reduce pain and inflammation. And I we say indirectly because they always say to wrap your ice pack in a towel because if you put it directly on your skin, you're in danger of giving yourself frostbite it's not it's not a good thing compression. </w:t>
      </w:r>
      <w:r>
        <w:br/>
      </w:r>
    </w:p>
    <w:p w:rsidR="00614810" w:rsidRDefault="00000000">
      <w:r>
        <w:t xml:space="preserve">This one has a huge asterisk by it because the this is a talk to your doctor. Follow your doctor's plan this is not for carpal tunnel injuries because the theory on compression braces is it spreads pressure and eases pain away from the injury. Carpal tunnel is partially A compression injury. I hate them too, but this is part of standard this is why I say this on this specifically can insult your doctor. These are not for carpal tunnel injuries i was just at a dinner with a friend and she had a wrist brace on and she's like, yeah, the doctor just gave me this one. </w:t>
      </w:r>
      <w:r>
        <w:br/>
      </w:r>
    </w:p>
    <w:p w:rsidR="00614810" w:rsidRDefault="00000000">
      <w:r>
        <w:t xml:space="preserve">I was wearing the wrong one i said, let me guess it was a compression brace and it made the injury worse. I'm probably going to have to redo this whole portion because as time goes on, the less I like and the less science I'm seeing backing up compression but this is 100 % check with your doctor. Listen to your body and elevation, put it up while applying ice. </w:t>
      </w:r>
      <w:r>
        <w:br/>
      </w:r>
    </w:p>
    <w:p w:rsidR="00614810" w:rsidRDefault="00000000">
      <w:r>
        <w:t xml:space="preserve">It's going to reduce any swelling, it's just going to make it feel a little better. And I can 100 % attest to that because I have a ligament injury currently in my ankle and I have about two hours at my desk sitting. No pressure on it, my foot in a nice boot, leaning before it starts to get achy and I have to go put it up. </w:t>
      </w:r>
      <w:r>
        <w:br/>
      </w:r>
    </w:p>
    <w:p w:rsidR="00614810" w:rsidRDefault="00000000">
      <w:r>
        <w:t xml:space="preserve">Within 10 minutes of it being up, it feels better. So elevation, especially while you're icing because places like magic works very well. All right, so here are some carpal tunnel exercises and these are range of motions and your doctor will tell you which ones to do and the amount of pressure to do and if you have a carpal tunnel injury because you don't want to injure something depending on what exactly is going on, the tendon glides or like this. I know it's very hard to do in a still picture. </w:t>
      </w:r>
      <w:r>
        <w:br/>
      </w:r>
    </w:p>
    <w:p w:rsidR="00614810" w:rsidRDefault="00000000">
      <w:r>
        <w:t xml:space="preserve">Grip strengthening with a ball. I really like the I really like the stress balls, but I like them too much, so I always kill them. I kill them dead. Now, wrist tendonitis exercises. You'll notice almost exactly the same because everything is connected. Another really good one that I don't have a good graphic for is if you let me see if I can do this, Put your arm on the On the whole, yeah, I can stand next to a wall put your arm on the wall if you're standing </w:t>
      </w:r>
      <w:r>
        <w:lastRenderedPageBreak/>
        <w:t xml:space="preserve">parallel to the wall and just turn. </w:t>
      </w:r>
      <w:r>
        <w:br/>
      </w:r>
    </w:p>
    <w:p w:rsidR="00614810" w:rsidRDefault="00000000">
      <w:r>
        <w:t xml:space="preserve">I can't really do it in the chair because the back of the chair is hitting my arm but you feel a whole stretch all up in here. That is. That one takes practice because that is a serious, hard stretch yes, that is. That's a that's an intense stretch. So do it carefully. Don't hurt yourself stick to the ooh, that feels like a good stretch and stay out of the pain. All right, we're going to go. Talk about Tool Time for a moment. We mentioned the groomer's wall. It's phenomenal if you've I've seen it used on big dogs but it basically takes your I have one I will link pictures later but it basically cut your table in half lengthwise, clamps on super fast and easy to clamp on and off of the table and that way you're you won't be chasing your dogs around it across the table. </w:t>
      </w:r>
      <w:r>
        <w:br/>
      </w:r>
    </w:p>
    <w:p w:rsidR="00614810" w:rsidRDefault="00000000">
      <w:r>
        <w:t xml:space="preserve">And for some of the smaller animals cats or bunnies, I believe Angie uses it for it. Really it kind of gives them something to snuggle up against. So they're like okay, i'm comfortable here. I'm feel safe. So and it's one of those yeah, i see a comment that the Clippers always whack the wall. There's a learning curve for every new tool. I mean my evolution shears. And if anyone has questions about these, do not hesitate to ask me to call later because I will walk you through it. I see Anita, who's watching this live, says she needs help. Get with me after I have some free time coming up, I will walk you through it. </w:t>
      </w:r>
      <w:r>
        <w:br/>
      </w:r>
    </w:p>
    <w:p w:rsidR="00614810" w:rsidRDefault="00000000">
      <w:r>
        <w:t xml:space="preserve">One of the most basic things I see people do wrong, as you see how far I have my fingers in there. That's crazy, right? Absolutely not so, But that enables you to control it easier with standard shears that don't swivel. You use the tips of your fingers because you're using the tips of your fingers to do the pivoting in there. But this is ergonomically correct because it is doing the work for you, it is reducing the excessive motion and it is fit to your hand so you don't have to get your fingers all the way in there. </w:t>
      </w:r>
      <w:r>
        <w:br/>
      </w:r>
    </w:p>
    <w:p w:rsidR="00614810" w:rsidRDefault="00000000">
      <w:r>
        <w:t xml:space="preserve">And that happens at every trade show. I always say get your fingers all the way in there like you're bowling and people always forget when they get back to their salon because it's so counterintuitive to what they do. So we've got the groomers wall, we've got evolution shears. We will talk Anita later and we will video chat and get that down. Another tool I really love is a tens machine and a tens unit that is great for taking care of your muscles afterwards. </w:t>
      </w:r>
      <w:r>
        <w:br/>
      </w:r>
    </w:p>
    <w:p w:rsidR="00614810" w:rsidRDefault="00000000">
      <w:r>
        <w:t xml:space="preserve">They have ones now that are wireless and you just hook the pads on where you want it and you press buttons and it's glorious. I have to actually hook it up to my foot i think maybe not, but that is a really good tool to use to look after yourself. And we are coming up on our hour or over my our hour. Do we have any questions, Mary, that I missed? I don't see any missed questions. Are there any questions that you all didn't type out that you just went in your brain? No when i'm I love having live classes and the chat box come up because and </w:t>
      </w:r>
      <w:r>
        <w:lastRenderedPageBreak/>
        <w:t xml:space="preserve">I'm recording this to use later. </w:t>
      </w:r>
      <w:r>
        <w:br/>
      </w:r>
    </w:p>
    <w:p w:rsidR="00614810" w:rsidRDefault="00000000">
      <w:r>
        <w:t xml:space="preserve">I like an audience i feel like I can talk to them so it's a problem I have when I'm recording classes where it's I feel like I'm just talking to me so nobody has been annoying. Future people will get a better class because there was conversation okay. So again Chris is very easy to get hold of yep. And the This has been a derp or poo production SMS Srikanth. </w:t>
      </w:r>
      <w:r>
        <w:br/>
      </w:r>
    </w:p>
    <w:sectPr w:rsidR="0061481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77DB" w:rsidRDefault="00CF77DB">
      <w:pPr>
        <w:spacing w:after="0" w:line="240" w:lineRule="auto"/>
      </w:pPr>
      <w:r>
        <w:separator/>
      </w:r>
    </w:p>
  </w:endnote>
  <w:endnote w:type="continuationSeparator" w:id="0">
    <w:p w:rsidR="00CF77DB" w:rsidRDefault="00CF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810" w:rsidRDefault="00000000">
    <w:pPr>
      <w:pStyle w:val="Footer"/>
      <w:jc w:val="center"/>
    </w:pPr>
    <w:r>
      <w:t xml:space="preserve">Page </w:t>
    </w:r>
    <w:r>
      <w:fldChar w:fldCharType="begin"/>
    </w:r>
    <w:r>
      <w:instrText>PAGE</w:instrText>
    </w:r>
    <w:r w:rsidR="00DB6AF4">
      <w:fldChar w:fldCharType="separate"/>
    </w:r>
    <w:r w:rsidR="00DB6AF4">
      <w:rPr>
        <w:noProof/>
      </w:rPr>
      <w:t>1</w:t>
    </w:r>
    <w:r>
      <w:fldChar w:fldCharType="end"/>
    </w:r>
    <w:r>
      <w:t>/</w:t>
    </w:r>
    <w:r>
      <w:fldChar w:fldCharType="begin"/>
    </w:r>
    <w:r>
      <w:instrText>NUMPAGES</w:instrText>
    </w:r>
    <w:r w:rsidR="00DB6AF4">
      <w:fldChar w:fldCharType="separate"/>
    </w:r>
    <w:r w:rsidR="00DB6A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77DB" w:rsidRDefault="00CF77DB">
      <w:pPr>
        <w:spacing w:after="0" w:line="240" w:lineRule="auto"/>
      </w:pPr>
      <w:r>
        <w:separator/>
      </w:r>
    </w:p>
  </w:footnote>
  <w:footnote w:type="continuationSeparator" w:id="0">
    <w:p w:rsidR="00CF77DB" w:rsidRDefault="00CF7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3153060">
    <w:abstractNumId w:val="8"/>
  </w:num>
  <w:num w:numId="2" w16cid:durableId="2006007897">
    <w:abstractNumId w:val="6"/>
  </w:num>
  <w:num w:numId="3" w16cid:durableId="786781104">
    <w:abstractNumId w:val="5"/>
  </w:num>
  <w:num w:numId="4" w16cid:durableId="709259968">
    <w:abstractNumId w:val="4"/>
  </w:num>
  <w:num w:numId="5" w16cid:durableId="1135636121">
    <w:abstractNumId w:val="7"/>
  </w:num>
  <w:num w:numId="6" w16cid:durableId="1928491058">
    <w:abstractNumId w:val="3"/>
  </w:num>
  <w:num w:numId="7" w16cid:durableId="1371147966">
    <w:abstractNumId w:val="2"/>
  </w:num>
  <w:num w:numId="8" w16cid:durableId="956373597">
    <w:abstractNumId w:val="1"/>
  </w:num>
  <w:num w:numId="9" w16cid:durableId="145995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14810"/>
    <w:rsid w:val="00AA1D8D"/>
    <w:rsid w:val="00B47730"/>
    <w:rsid w:val="00CB0664"/>
    <w:rsid w:val="00CF77DB"/>
    <w:rsid w:val="00DB6A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BCD4886-828F-4042-8BAE-DE890E6F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6097</Words>
  <Characters>34755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2023-07-24T18:51:00Z</dcterms:created>
  <dcterms:modified xsi:type="dcterms:W3CDTF">2023-07-24T18:51:00Z</dcterms:modified>
  <cp:category/>
</cp:coreProperties>
</file>