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11707" w:rsidRDefault="00000000">
      <w:pPr>
        <w:pStyle w:val="Title"/>
      </w:pPr>
      <w:r>
        <w:t>Planning For Accidents Part 1</w:t>
      </w:r>
    </w:p>
    <w:p w:rsidR="00A11707" w:rsidRDefault="00A11707"/>
    <w:p w:rsidR="00A11707" w:rsidRDefault="00000000">
      <w:r>
        <w:rPr>
          <w:b/>
        </w:rPr>
        <w:t>Date</w:t>
      </w:r>
      <w:r>
        <w:t xml:space="preserve">    2023-07-24</w:t>
      </w:r>
    </w:p>
    <w:p w:rsidR="00A11707" w:rsidRDefault="00A11707"/>
    <w:p w:rsidR="00A11707" w:rsidRDefault="00000000">
      <w:r>
        <w:t xml:space="preserve">Okay. Welcome to the third session of day two of the Sanitation and Safety Summit this one is planning for accidents this is the much this is the expanded class. It is more of a marathon class there is a load of notes for this particular class, so I have my notes handing and all recordings will be up by the end of today. But we'll see how fast everything gets processed. So let's get started all right, so once this is over, this is how you get a hold of me. </w:t>
      </w:r>
      <w:r>
        <w:br/>
      </w:r>
    </w:p>
    <w:p w:rsidR="00A11707" w:rsidRDefault="00000000">
      <w:r>
        <w:t xml:space="preserve">Ok? That's my phone number that's my phone right here. Text me any questions you want. I do respond way faster to text than I do to email all right. Or you can find me on Facebook. Message me A question's on Facebook, right? My group on Facebook is Pet Groomer Town Fall, and of all the certifications that I have, the one that is pertinent to this class is the fact that I am the certified Master of Pet Tech Instructor back number twelve sixty. </w:t>
      </w:r>
      <w:r>
        <w:br/>
      </w:r>
    </w:p>
    <w:p w:rsidR="00A11707" w:rsidRDefault="00000000">
      <w:r>
        <w:t xml:space="preserve">There are a fair number of Pet Tech instructors, pet per se instructors, but there's only about 13 of us that are certified masters. I've been teaching Pet Safety since 2005 so there is a workbook that goes along with it a separate workbook OK it should be up on the main page of the summit for this. That is also a bar code for it if you can't find it if you have any trouble downloading, it's. The workbook is pretty big in itself by the way. </w:t>
      </w:r>
      <w:r>
        <w:br/>
      </w:r>
    </w:p>
    <w:p w:rsidR="00A11707" w:rsidRDefault="00000000">
      <w:r>
        <w:t xml:space="preserve">Ok so anyway, I will try to keep an eye on questions, so pop them into the chat and I will answer them as we go along OK so my goal for you right, for this class, this is to familiarize you, the pet professional with how to deal and approach accidents in our grooming facilities regardless if you are a shock hospital or a mobile grooming, as well as occurring to the pets in our care, the pet professional and the pet owner. Ok Accidents can be, can have immediate repercussions. That would be like bleeding injuries, needing to do CPR trip and falls. </w:t>
      </w:r>
      <w:r>
        <w:br/>
      </w:r>
    </w:p>
    <w:p w:rsidR="00A11707" w:rsidRDefault="00000000">
      <w:r>
        <w:t xml:space="preserve">And those are a little bit more subtle, right? That could be shampoo in the eyes, contaminated shampoo that can create a bacterial infection and what appears to be maybe a minor trip and fall. Ok so sometimes things don't show up right away. So when my daughter was seven years old, I literally left the house for a total of 15 minutes. I was gone 15 minutes. All right, so my husband was out playing ball with the kids in the backyard, so I </w:t>
      </w:r>
      <w:r>
        <w:lastRenderedPageBreak/>
        <w:t xml:space="preserve">wanted to go over to the store to get a cake. </w:t>
      </w:r>
      <w:r>
        <w:br/>
      </w:r>
    </w:p>
    <w:p w:rsidR="00A11707" w:rsidRDefault="00000000">
      <w:r>
        <w:t xml:space="preserve">So the store was literally 5 minutes away from my house, If that I knew exactly what I wanted i grabbed it, bought it. You know the 5 minutes home, I was gone 15 minutes. I walk in the door, right? My husband's running around like a banshee, asking me where I keep the ice, and my daughter slid into home base. But you know what she was seven years old it's like, hey, move your wrist is fine. Ok good. We're good it's a spring OK However, seven-year old kids are made of jello, so that by the next day she couldn't move her wrist at all. </w:t>
      </w:r>
      <w:r>
        <w:br/>
      </w:r>
    </w:p>
    <w:p w:rsidR="00A11707" w:rsidRDefault="00000000">
      <w:r>
        <w:t xml:space="preserve">Her wrist was broken. All right, so that might be a difference between an immediate right so I would have sold the home base. Yeah, there would have been no doubt my wrist was broken, all right, But Cindy's was a little bit more subtle. Didn't appear to the next day okay we work with animals. It is inevitable that an injury is going to occur. All right, they zig, we zag. Sometimes it's the pet and sometimes it's us, right? But being prepared for various scenarios will reduce anxiety and fear while allowing us to respond in a faster manner. </w:t>
      </w:r>
      <w:r>
        <w:br/>
      </w:r>
    </w:p>
    <w:p w:rsidR="00A11707" w:rsidRDefault="00000000">
      <w:r>
        <w:t xml:space="preserve">Okay, which in turn reduces the severity of the incidence injuries, will heal faster than heal faster with less pain if you address them immediately. So what we're going to cover today is a, why is it important? We're going to go into detail into inside the facilities, outside the facility and specifically with clients and animals OK Pet professionals. All right basic first aid, a little bit of preparation, and then what to do after the effect OK so let's first of all define what an accident is okay. </w:t>
      </w:r>
      <w:r>
        <w:br/>
      </w:r>
    </w:p>
    <w:p w:rsidR="00A11707" w:rsidRDefault="00000000">
      <w:r>
        <w:t xml:space="preserve">An accident is simply an unplanned event okay notice that I did not say unexpected all right. Nobody plans an emergency. The truth is, emergencies can happen anytime, any place. And the best way yeah, right there. All right, so the best way to protect you and your business is to expect the unexpected and plan for it. Ok In any given an emergency situation, you're going to have one of three reactions. Ok Fight, flight, or freeze. Ok And it doesn't. You don't decide which one you have it's your body that decides which one you have. </w:t>
      </w:r>
      <w:r>
        <w:br/>
      </w:r>
    </w:p>
    <w:p w:rsidR="00A11707" w:rsidRDefault="00000000">
      <w:r>
        <w:t xml:space="preserve">Ok so you can either freeze, you can run, or you can fight. Ok So what happens is that when an emergency happens, your body begins to dump endorphins into your body, such as adrenaline. And adrenaline is what's responsible for that whole fight flight of freeze syndrome OK So what happens is that because it literally cuts off, what adrenaline really does is it cuts off oxygen to your brain. </w:t>
      </w:r>
      <w:r>
        <w:br/>
      </w:r>
    </w:p>
    <w:p w:rsidR="00A11707" w:rsidRDefault="00000000">
      <w:r>
        <w:t xml:space="preserve">So you are reacting to a situation rather than acting right? So you need to dissipate that adrenaline, right? And you would dissipate adrenaline by preparation OK The better prepared you are, the more likely you are able to dissipate that adrenaline so you dissipate </w:t>
      </w:r>
      <w:r>
        <w:lastRenderedPageBreak/>
        <w:t xml:space="preserve">adrenaline by movement and dealing with the situation and stop and take a deep breath. But it is really important to know how you react to a situation and you can have different reactions in different scenarios. Ok So let's like an example let's say I have a senior dog on my table and I know the senior dog is not in really good shape, right and this dog could have a heart attack i mean, I'm going to be very aware of that. </w:t>
      </w:r>
      <w:r>
        <w:br/>
      </w:r>
    </w:p>
    <w:p w:rsidR="00A11707" w:rsidRDefault="00000000">
      <w:r>
        <w:t xml:space="preserve">So if that happens, OK I've already like primed myself so I am not going to go into that whole fight or freeze sound good. However, when my own personal dog had a heart attack, my immediate reaction was to freeze right? Know how you react in emergency situation so you can counter that down the line. Oka practice. Plan a practice. Any kind of thing that you're planning helps your body start to absorb that information into your actual body. All right, So in the case of Marcus, when he had the heart attack, my first reaction and because of all the training I do, is to put my hand on his body. And the second I put my hand on his body, muscle memory kicked in because I had practiced the scenario so many times. </w:t>
      </w:r>
      <w:r>
        <w:br/>
      </w:r>
    </w:p>
    <w:p w:rsidR="00A11707" w:rsidRDefault="00000000">
      <w:r>
        <w:t xml:space="preserve">Ok so being prepared is being is more than just saving lives, all right? It means giving the appropriate aid to immediately reduce the reduce recovery time, the recovery time and can make the difference between temporary and longterm disability. It reduces physical discomfort and prevents the situation from getting worse, right. A plan creates the confidence to deal with the unplanned event, which is what an accident is. If you have employees OSHA, that's the Occupational Safety and Health Administration expects you to have an action plan, OK And depending on the number of employees that you have, it may determine whether it needs to be written or something you could simply practice OK Now look at that. </w:t>
      </w:r>
      <w:r>
        <w:br/>
      </w:r>
    </w:p>
    <w:p w:rsidR="00A11707" w:rsidRDefault="00000000">
      <w:r>
        <w:t xml:space="preserve">We already did this. I have an extra slide in here. Ok So let's move on to inside facilities. Let me first define what inside a facility is. If you are a brick and mortar, right, that means inside your entire shop. So you open up the door, you walk in that's inside your facility. If you are a home based groomer, all right, inside your facility is when a client walks in whatever is your grooming room in your house, that's your inside the house call is going to be the interior of a client's home and the mobile inside facility i am referring to the interior of your work Van Okay. So let's define, let's see what my next slide is. </w:t>
      </w:r>
      <w:r>
        <w:br/>
      </w:r>
    </w:p>
    <w:p w:rsidR="00A11707" w:rsidRDefault="00000000">
      <w:r>
        <w:t xml:space="preserve">So look at that. Ok So let's define, Look at that hold on. There we go right so the basic areas of a grooming inside the facility, OK your reception area, OK This is personal safety and where you could deal with aggressive or abusive clients. Ok If you have an aggressive or an abusive client, you're going to call 9-1-1 right? And tell them you have a disruptive person and you are concerned for your safety. The thing is, with 9-1-1 calls, they are recorded. So from the second that the operator picks up, right, which is a police dispatcher, that call is being recorded they have a great recording system, let me tell you that all right, so this is what happens the disruptive person hears you call 9-1-1 and basically one or two things </w:t>
      </w:r>
      <w:r>
        <w:lastRenderedPageBreak/>
        <w:t xml:space="preserve">will happen. </w:t>
      </w:r>
      <w:r>
        <w:br/>
      </w:r>
    </w:p>
    <w:p w:rsidR="00A11707" w:rsidRDefault="00000000">
      <w:r>
        <w:t xml:space="preserve">That person will either calm down or they're going to ramp it up it's going to be like no middle ground here, OK But you know what the 9-1-1 operator hears this and they are recording the interaction between you and the clients that is there, OK It may determine whether they're sending one police car or they're sending 4. Ok when you call 9-1-1 they're asking you questions. Answer them, all right? Because unless you're calling from a landline, if you're using just cell phones, they don't have an accurate or necessarily have an can pinpoint your exact position like they can with a landline OK sex offenders, right. </w:t>
      </w:r>
      <w:r>
        <w:br/>
      </w:r>
    </w:p>
    <w:p w:rsidR="00A11707" w:rsidRDefault="00000000">
      <w:r>
        <w:t xml:space="preserve">This is really important for both house cold groomers and mobile groomers. All right, first of all, if you're in somebody else's house, make sure you have a clear path to an exit so that the client isn't between you and the exit right. Don't be grooming down in basements unless there's an A basement exit okay that's not locked from the outside. I've watched way too many horror movies. Here's the thing, you do not have to grow a pet just because they make an appointment. </w:t>
      </w:r>
      <w:r>
        <w:br/>
      </w:r>
    </w:p>
    <w:p w:rsidR="00A11707" w:rsidRDefault="00000000">
      <w:r>
        <w:t xml:space="preserve">You don't, right? So to find out whether or not you're even going to a house that is us has is housing a sex offender, this is really easy. All you have to do is Google sex offender slash the county slash the state in which you live in and the website is going to come up, they're going to want you to put in an address so they search by address, right but they always can search a radius around the address. </w:t>
      </w:r>
      <w:r>
        <w:br/>
      </w:r>
    </w:p>
    <w:p w:rsidR="00A11707" w:rsidRDefault="00000000">
      <w:r>
        <w:t xml:space="preserve">So as a mobile groomer, what I would do is that for I would put in the center, a business in the in the center of town and then do the largest radius around it, OK And they would put up all the sex offenders that are that are there, so you know beforehand. And if you book that appointment, you can call them back and say I will not be there, All right? End of discussion. You also don't have to take sex offenders into your business, OK Especially if you have your children there or employees that you don't want that to be an issue with, OK So you can use various expenses. </w:t>
      </w:r>
      <w:r>
        <w:br/>
      </w:r>
    </w:p>
    <w:p w:rsidR="00A11707" w:rsidRDefault="00000000">
      <w:r>
        <w:t xml:space="preserve">Various excuses might go to one. All right, so that if I would go to someone's house and I would always tell you, trust your guts, OK Even if you are not picking up on things, your body is picking up on the body language of somebody else, right? And it gives you that weird feeling that's your gut. Trust it. Oki have gone to houses where very simply, I was there was. I trust my gut. Hey, I'm really sorry. My water pump just went on my van. Got to get it taken care of. Okay you. I was in the neighborhood. </w:t>
      </w:r>
      <w:r>
        <w:br/>
      </w:r>
    </w:p>
    <w:p w:rsidR="00A11707" w:rsidRDefault="00000000">
      <w:r>
        <w:lastRenderedPageBreak/>
        <w:t xml:space="preserve">And I'm just letting you know that I'm not, like, blowing you off or anything like that. I'll have to reschedule. You could use family emergencies. You can there's like any excuses just like, not to be there and to leave. I guarantee you and you don't call them back. They're not going to be surprised. Mobile groomers, Lock your doors, All right? You're paying attention to the animal on your table. You're not necessarily paying attention to anybody around your vehicle. Lock your doors do not be surprised by somebody opening up your door. And on the flip sides of that, that's not even like, you know, like stranger danger. That's your pet that's being distracted somebody opens up your door and the pet may react to it and you have something sharp in your hand. </w:t>
      </w:r>
      <w:r>
        <w:br/>
      </w:r>
    </w:p>
    <w:p w:rsidR="00A11707" w:rsidRDefault="00000000">
      <w:r>
        <w:t xml:space="preserve">Or maybe you don't have full control of the pet they can escape. Lock your doors. All right, your doors. Your door should close completely. Ok so now back when I worked in the shop all right, first of all, when I groomed cats, everything was locked so I worked corporate so we had the door going into the store and the door coming in from outside. And when I had a cat out, both of those doors were locked you could not get into my grooming room unless I unlocked it and let you in. I was taking no chances with cats, dogs, okay one of the groomers, the other groomers did not have control of the pet that she was walking back. </w:t>
      </w:r>
      <w:r>
        <w:br/>
      </w:r>
    </w:p>
    <w:p w:rsidR="00A11707" w:rsidRDefault="00000000">
      <w:r>
        <w:t xml:space="preserve">Ok we had his little half doors so the dog jumped the half door as somebody was walking in and the dog bolted outside and this was a busy 4 lane road. I was the only one without a dog working on a dog. I immediately went out that door after that dog and while we did have a really good outcome on that, the potential for that for that being a problem was great all right that dog could have been hit by a car i could have been hit by a car. I could have had a heart attack after chasing this dog for about 20 minutes. Okay tax it should be in carriers. Please ban flexi leads. </w:t>
      </w:r>
      <w:r>
        <w:br/>
      </w:r>
    </w:p>
    <w:p w:rsidR="00A11707" w:rsidRDefault="00000000">
      <w:r>
        <w:t xml:space="preserve">Whether it doesn't matter with your home based house, call mobile or shop, ban the flexi leads all right. They can cause injury, physical injury to your hands. It can wrap around your legs. It can wrap around other dogs. When you have multiple pets, don't walk pets past each other. So if you're in a shop and you have dogs up on the table, be careful when walking past or two dogs walking past each other because that can be a recipe for a dog fight. Ok so institute A1 pet at a time policy in the reception area, and COVID helped with this tremendously because it's you could still institute with safety policy. </w:t>
      </w:r>
      <w:r>
        <w:br/>
      </w:r>
    </w:p>
    <w:p w:rsidR="00A11707" w:rsidRDefault="00000000">
      <w:r>
        <w:t xml:space="preserve">Hey, we only allow one pet in the reception area at a time please wait in the car. Make that clear with your clients. That's what policies and procedures are for my vet up until recently, like a month ago, made me wait in the car with my pet until they were ready for me. I argue that, all right, it's his business. I do want to cover weapons here because you need to be careful with weapons, right? First of all, you need to know how to use them and use them safely and within the laws of your state okay. So, like when I lived in Connecticut, I could </w:t>
      </w:r>
      <w:r>
        <w:lastRenderedPageBreak/>
        <w:t xml:space="preserve">have Carrie conceal. </w:t>
      </w:r>
      <w:r>
        <w:br/>
      </w:r>
    </w:p>
    <w:p w:rsidR="00A11707" w:rsidRDefault="00000000">
      <w:r>
        <w:t xml:space="preserve">I would have to go for the tests for it. But I could have it. You know what I couldn't have? I couldn't have pepper spray OK so every law, every state is going to be different. So be aware of it. I always kept a cheap pair of scissors in my pocket. All right. Because it is something that would could be expected in the pocket of a dog groomer is a pair of scissors, right? It's not something that's unusual, right so the pair of scissors in my pocket, which is a very good weapon now, not my 300 four, hundred dollar pair of scissors. </w:t>
      </w:r>
      <w:r>
        <w:br/>
      </w:r>
    </w:p>
    <w:p w:rsidR="00A11707" w:rsidRDefault="00000000">
      <w:r>
        <w:t xml:space="preserve">You know, the cheapo 2939 forty 9$ pair of scissors. Ok so and this is a question I specifically asked my insurance agent, OK in fact, not my insurance agent my the specialist at the insurance company. Hey, if I am assaulted inside my grooming bag, all right, And I use my scissors to fight off the attacker, are my scissors covered by insurance? And the guy at the other end of the phone cried for a second and he goes no, unless he falls on them. </w:t>
      </w:r>
      <w:r>
        <w:br/>
      </w:r>
    </w:p>
    <w:p w:rsidR="00A11707" w:rsidRDefault="00000000">
      <w:r>
        <w:t xml:space="preserve">And was like, that's all I need to hear, right. So what? Also, but what is legal, right so I'm not quite sure what's legal in Washington. Carla, you're in Washington, so if you know it's legal, it's legal. I had a can of bear spray i had a friend in Connecticut she had a can of wasp spray in her pocket okay. Yeah, bear spray is awesome. I walk with that because honestly, we have bears here OK your work area, you want to make sure you're wrapping up cords and hoses, all right? And that the path from the reception area to the kennel. </w:t>
      </w:r>
      <w:r>
        <w:br/>
      </w:r>
    </w:p>
    <w:p w:rsidR="00A11707" w:rsidRDefault="00000000">
      <w:r>
        <w:t xml:space="preserve">I mean, keep in mind, are you walking past dogs on a table? All right? That might be pet aggressive or might be dog aggressive, all right? And keep in mind a fall. If you are tripping over a hose in a mobile grooming van, you're it's not just a trip and fall, you're adding depth to that fall if you fall outside your vehicle so it's not just falling on the pavement, you're adding depth to it. And that can be really serious right in your work area. Wet areas need to be kept dry. Okay, GFI Ground Fault Interrupters? All right, those are the outlets that have that little red button on it that you can push in and out that they you should have anywhere where it's wet. </w:t>
      </w:r>
      <w:r>
        <w:br/>
      </w:r>
    </w:p>
    <w:p w:rsidR="00A11707" w:rsidRDefault="00000000">
      <w:r>
        <w:t xml:space="preserve">And it's not just the bathing areas where you need to have them. Where are you drying and spraying water? Ok we literally. So anyway, at PECO, All right, one of the outlets on the tables where we're drying, we got water in it, and it did not. Damn it did not pull the circuit for the grooming room. It pulled the circuit for the store. </w:t>
      </w:r>
      <w:r>
        <w:br/>
      </w:r>
    </w:p>
    <w:p w:rsidR="00A11707" w:rsidRDefault="00000000">
      <w:r>
        <w:t xml:space="preserve">All right, So yeah, wherever it is, that there. I know like, oops, did we do that? I don't know what happened so we totally played stupid on that it's like we got power here. I don't know what you're doing in the store and we're like, yeah, maybe we start drawing in the different </w:t>
      </w:r>
      <w:r>
        <w:lastRenderedPageBreak/>
        <w:t xml:space="preserve">direction not us. Oksdsd safety data sheets. If you have employees, you have to have these sheets everywhere the product is all right. So let's say it's a shampoo. The SDS sheet for the shampoo has to be in the bathing area and it has to be wherever you store it, right so employees have to have access to it, right. </w:t>
      </w:r>
      <w:r>
        <w:br/>
      </w:r>
    </w:p>
    <w:p w:rsidR="00A11707" w:rsidRDefault="00000000">
      <w:r>
        <w:t xml:space="preserve">We're going to discuss the sanitation a little bit later on in the program as well as safety equipment later on in the program. Ok this is just things you need to know for the actual inside your facility, which you need to take care of and I guarantee you, if you do a walk around your facility, OK And take a look at what could be possible problems, all right? Mitigating those can prevent the problems, all right so taking a little time just to go and see what could be possible problems, Pay attention as to when you're taking pets are in throughout the day, how they're, how they're entering and how they're exiting. </w:t>
      </w:r>
      <w:r>
        <w:br/>
      </w:r>
    </w:p>
    <w:p w:rsidR="00A11707" w:rsidRDefault="00000000">
      <w:r>
        <w:t xml:space="preserve">Okok any questions before we move on to outside the facility, Okay again to find outside anything outside the door, Okay and actually the only thing I wanted to mention too about house call is that we could have control over the home base, we could have better control over the shop and we can have control over the mobile. It's a little harder on house call, right? But again, this is where policies and procedures come in. </w:t>
      </w:r>
      <w:r>
        <w:br/>
      </w:r>
    </w:p>
    <w:p w:rsidR="00A11707" w:rsidRDefault="00000000">
      <w:r>
        <w:t xml:space="preserve">When you have a discussion with the pet owner as a house call, you need to make sure that you that where you're working is safe for both you and the pet and go over and it may take a house or two to kind of figure out what it is you need to do. But start detailing what makes a safe environment and what not makes a safe environment for you OK So outside the facility, OKOK So there is in the workbook, I do have checklists. </w:t>
      </w:r>
      <w:r>
        <w:br/>
      </w:r>
    </w:p>
    <w:p w:rsidR="00A11707" w:rsidRDefault="00000000">
      <w:r>
        <w:t xml:space="preserve">Ok So first, motor vehicle accidents. Ok Now as if you've known me for any, even a short period of time, you know, I am the queen of checklists, all right. And there's a reason for it, all right? When things have to get done in an order that they need to get done, having a checklist takes out the what do I do next equation so that when an accident happens, all right. And you're not necessarily thinking clearly, being able to pull out a checklist and go, oh, this is what I need to do, you can go through the checklist, OK So that's part of the reason why I am such a fan of checklist. </w:t>
      </w:r>
      <w:r>
        <w:br/>
      </w:r>
    </w:p>
    <w:p w:rsidR="00A11707" w:rsidRDefault="00000000">
      <w:r>
        <w:t xml:space="preserve">Ok and the checklist I have for motor vehicle accident, which is in the workbook and you might think this is common sense. All right that I'm not telling you any anything that's great shakes however, right when that adjournal and is going through your body, you may not be thinking clearly. Oops, oops oops nope. Go back. Oh, come on. All right, let's try this way. There we go. Back to the slide so the checklist of I have an accident. All right, at the first thing I'm going to do is I'm going to move my vehicle to safety and then turn off the vehicle, assess the damage if it is safe to do so because sometimes a depending on the accident, it </w:t>
      </w:r>
      <w:r>
        <w:lastRenderedPageBreak/>
        <w:t xml:space="preserve">might be safer to be in the vehicle. </w:t>
      </w:r>
      <w:r>
        <w:br/>
      </w:r>
    </w:p>
    <w:p w:rsidR="00A11707" w:rsidRDefault="00000000">
      <w:r>
        <w:t xml:space="preserve">It might be safer to exit the vehicle. Stand behind the guardrail, Okay. Check on others involved. If it's safe to do so. Contact the police. Take photos, Write down pertinent information file insurance oK, it sounds all very like, yeah, this is what I got to do. But again, when that adrenaline is coursing through your veins, you may not be thinking clearly. All right, so that could be, I don't know, I just grabbed the snow picture here and I might have to rethink that one okay. But anyway, we're worried okay. So as far as the vehicles are concerned, Okay, if you have vehicles, put G, p s on it you have employees. </w:t>
      </w:r>
      <w:r>
        <w:br/>
      </w:r>
    </w:p>
    <w:p w:rsidR="00A11707" w:rsidRDefault="00000000">
      <w:r>
        <w:t xml:space="preserve">And understand this is not just a mobile groomer or a house call issue. If you have employees and you send them to the bank or to pick up lunch, that's an employee issue. Ok so GPS monitoring on vehicles can check speed. They can check breaking habits. We're actually parked. I had a friend of mine who realized her employee was using her mobile grooming van to work on the side when the vehicle was parked someplace else. Ok or are cases where she said she was supposed to be at a client's house and she indeed was not okay. </w:t>
      </w:r>
      <w:r>
        <w:br/>
      </w:r>
    </w:p>
    <w:p w:rsidR="00A11707" w:rsidRDefault="00000000">
      <w:r>
        <w:t xml:space="preserve">And in fact some companies, some insurance companies will give you an insurance break if you indeed have these GPS monitoring okay. Now insurance will vary from state to state. Know with the insurance laws are in your state. Okay it is why there is a difference in price and insurance from state to state because there's different regulations right. So that when I was in Connecticut, right the homeowner was responsible for any injuries that occurred on their property including anything to do with snow and ice and keep in mind wet leaves are as bad as ice on steep driveways all right, that means if I did not clear my walkway and U p s came down and slipped on my walkway, that was my responsibility, right? And sometimes owners need to be aware of that. </w:t>
      </w:r>
      <w:r>
        <w:br/>
      </w:r>
    </w:p>
    <w:p w:rsidR="00A11707" w:rsidRDefault="00000000">
      <w:r>
        <w:t xml:space="preserve">If you have a brick and mortar place, who is responsible for maintaining the parking lot and the walkway? Read your lease OK If, even if you have the landlord is responsible who are maintaining walkways and parkways, and they do not, you still may want to consider taking care of that because if you have an employee that slips on that could be a workman's comp case, all right. And that goes to if you're a pet business and you have a landlord responsible, they got to use pet safes all right. </w:t>
      </w:r>
      <w:r>
        <w:br/>
      </w:r>
    </w:p>
    <w:p w:rsidR="00A11707" w:rsidRDefault="00000000">
      <w:r>
        <w:t xml:space="preserve">That may have to be specified in your lease, because if not, you may or may have to buy the pet safes off put it down yourself. Ok, now I am a big believer this is why I pay insurance if I pay insurance, I am going to run any accident I have through my own insurance company because I know my insurance company really doesn't want to pay it because they don't want to pay it they're going to go after the other insurance company, OK? And I will </w:t>
      </w:r>
      <w:r>
        <w:lastRenderedPageBreak/>
        <w:t xml:space="preserve">eventually get my deductible back. </w:t>
      </w:r>
      <w:r>
        <w:br/>
      </w:r>
    </w:p>
    <w:p w:rsidR="00A11707" w:rsidRDefault="00000000">
      <w:r>
        <w:t xml:space="preserve">Ok, as a mobile groomer, when I was going to somebody's house in the winter time, I had trained my clients to send me pictures of their driveways and their walkways before I got there. Ok otherwise I wasn't going to come. It was really simple. I've already done the slip and fall on the driveway and I had blacktop literally embedded in the palm of my hand. One of them I forget and so I go to the emergency room because I have like black top embedded in my hand and the nurse hands me the bottle of wound cleanser and she's like in a in a tweezer and instructed me to start picking everything out before the doctor got there. </w:t>
      </w:r>
      <w:r>
        <w:br/>
      </w:r>
    </w:p>
    <w:p w:rsidR="00A11707" w:rsidRDefault="00000000">
      <w:r>
        <w:t xml:space="preserve">That hurts Okay, and it was that experience at the e R they made a new policy that says walkways and driveways need to be clear. Okay before I come to your house, and if they're not clear and you still want me to come, that means you bring your pet to me i am not going on an icy Walkway Okay keep vehicles in good shape. That is especially for mobiles tires appropriate sized tires, OK Tires have a rating on them and the vans, I believe the tires are like an E rating. If you go with cheaper tires A, they're going to wear faster and your brakes are not going to work as well. </w:t>
      </w:r>
      <w:r>
        <w:br/>
      </w:r>
    </w:p>
    <w:p w:rsidR="00A11707" w:rsidRDefault="00000000">
      <w:r>
        <w:t xml:space="preserve">All right. Tire pressure, It's also really important. I mean the tires are not at the correct pressure. Your brakes are not going to work as well, OK Tire pressure, all right. You want to make sure your brakes are in good shape, all right because you want the vehicle to actually stop when it stops, when you, when you put the brakes on. Okay clients and animals. This is where 90 % of your issues are going to be, right? Going to be right here. Ok you set. Ok we're going to do it with people. We're going to actually when we get into later on in the program, we're going to talk about camera and video options and later on so we're not going to discuss that here at the moment. </w:t>
      </w:r>
      <w:r>
        <w:br/>
      </w:r>
    </w:p>
    <w:p w:rsidR="00A11707" w:rsidRDefault="00000000">
      <w:r>
        <w:t xml:space="preserve">Ok So people being people, like, all right, you set boundaries with written and signed policies, OK And you have clear procedures, OK So I'm going to discuss some of the forms I have, which are in the workbook. You are free to use them, change whatever information you have for them and I'm going to tell you, all right, And have a business lawyer look them over. </w:t>
      </w:r>
      <w:r>
        <w:br/>
      </w:r>
    </w:p>
    <w:p w:rsidR="00A11707" w:rsidRDefault="00000000">
      <w:r>
        <w:t xml:space="preserve">And the reason for that is A to make sure that they are legally enforceable in your state. Because it's great to have all these rules and stuff, but if you can't enforce them, what good are they? Ok it's a minimal investment on your part to have a lawyer look at those forms, OK Scheduling software makes it's really easy to get people these forms to the people. Ok you can make sure you have signed forms before they even get to your place. There are, I know, many groomers who will not even book an appointment until they have assigned information and if they're looking and if they have rabies if they want the rabies, which I </w:t>
      </w:r>
      <w:r>
        <w:lastRenderedPageBreak/>
        <w:t xml:space="preserve">highly recommend. </w:t>
      </w:r>
      <w:r>
        <w:br/>
      </w:r>
    </w:p>
    <w:p w:rsidR="00A11707" w:rsidRDefault="00000000">
      <w:r>
        <w:t xml:space="preserve">If for nothing else, this is your business, right? Most states will require you to have a rabies certificate on file. All states require the rabies vaccination, but they don't. All you know, require you as a business owner to have them on file. I'm going to tell you to have them on file i have been through the rabies protocol. Ok And so let me tell you what it is, right? It's a series of five shots. The first shot is in your butt OK first of all, you are not an emergency, OK Doctors don't carry this all right? This expiration date, emergency rooms have it right? And but you're not an emergency. </w:t>
      </w:r>
      <w:r>
        <w:br/>
      </w:r>
    </w:p>
    <w:p w:rsidR="00A11707" w:rsidRDefault="00000000">
      <w:r>
        <w:t xml:space="preserve">You're not bleeding out. You don't have a gunshot wound. You didn't break your leg. Ok you had time. So you sit there for a really long time, and then you drop your pants for the shot in your butt, and then you get to come back four more times every other week to get a shot in each of your arms. Ok so that is not a fun thing to do. Ok Oh, and Carla, let your boss know that if you're a bit, it is a workman's compensation case If you have to go to the Ray to get a rabies shot. Ok it is very expensive. Very expensive. Her insurance is going to be dinged big time with it. </w:t>
      </w:r>
      <w:r>
        <w:br/>
      </w:r>
    </w:p>
    <w:p w:rsidR="00A11707" w:rsidRDefault="00000000">
      <w:r>
        <w:t xml:space="preserve">Ok let's see creating digital You can also have forms ready for clients when they come in, too. All right, fill out these forms without even talking to you. Fill out the forms right Anything that they sign, they should be able to get a copy of OK yeah, it's not fun, honestly. Truly not fun spending all that time. You can also one of the tools I have it's called the remarkable OK and you can make this really easy for people. You can have well these are mine. You can have all these forms, OK, in which you make a copy of it, put the person's name on it, they fill it out all right. </w:t>
      </w:r>
      <w:r>
        <w:br/>
      </w:r>
    </w:p>
    <w:p w:rsidR="00A11707" w:rsidRDefault="00000000">
      <w:r>
        <w:t xml:space="preserve">You can then move this file into a drive folder. You could also email them a copy of what it is they signed. So if you don't have scheduling software that does this for you, there are other ways to do it to kind of reduce the paperwork OK so again coming on with boundaries and how we set boundaries. All right. So boundary starts with and in again in the in the workbook here. </w:t>
      </w:r>
      <w:r>
        <w:br/>
      </w:r>
    </w:p>
    <w:p w:rsidR="00A11707" w:rsidRDefault="00000000">
      <w:r>
        <w:t xml:space="preserve">All right. So I have is first thing I have is terms of service this is the circumstances under which I will accept the pet for it. Ok and a couple of things I want to make point out on it is that rabies vaccine is up to date. I do have a vet release in here as well giving me authorization to take a pet to a vet. There is a little note on here that pets are accepted under takes place the pet is fit the owner says the pet is fit and healthy, that if I groom and infirmed or an elderly pet it's at their risk OK what my rates are and importantly what I know show policy is right so for me as a mobile groomer, my appointment times have a half </w:t>
      </w:r>
      <w:r>
        <w:lastRenderedPageBreak/>
        <w:t xml:space="preserve">hour window. </w:t>
      </w:r>
      <w:r>
        <w:br/>
      </w:r>
    </w:p>
    <w:p w:rsidR="00A11707" w:rsidRDefault="00000000">
      <w:r>
        <w:t xml:space="preserve">I was really good with time. Ok the pet must be available from 15 minutes before to 15 minutes after. What a shop might have in their home base would be. Pets are expected to be within 15 minutes of the appointment time and then whatever your pickup time is there, OK Cancellation Rescheduling of an appointment requires 24 hours notice to waive the appointment fee is a full grooming fee. </w:t>
      </w:r>
      <w:r>
        <w:br/>
      </w:r>
    </w:p>
    <w:p w:rsidR="00A11707" w:rsidRDefault="00000000">
      <w:r>
        <w:t xml:space="preserve">Ok all right. Client information. So my client information was 3 pages long. Ok, so my client information was name, address, email phone number, cell phone, and preferred method of contact. Most of my clients preferred method of contact with cell phone. Ok, I've had some clients. Who probably to this day might have an old flip phone. That's about it OK the name, breed, age and any medical concerns of that they may have of the pet. </w:t>
      </w:r>
      <w:r>
        <w:br/>
      </w:r>
    </w:p>
    <w:p w:rsidR="00A11707" w:rsidRDefault="00000000">
      <w:r>
        <w:t xml:space="preserve">And if they say there's no concerns, I'll throw a couple at them as your pet diabetic pet allergies. If there's any heart condition, I have another form which I will talk about shortly. Ok And your pet have a treat. Really important pets who are diabetic because you really should not give a diabetic pet a treat can mess with their blood sugar and what is already a stressful event. Ok Or they might have food allergies or gut issues. All right. Ok And then we'll go on to I have 4 waivers on my terms of service. </w:t>
      </w:r>
      <w:r>
        <w:br/>
      </w:r>
    </w:p>
    <w:p w:rsidR="00A11707" w:rsidRDefault="00000000">
      <w:r>
        <w:t xml:space="preserve">The first waiver is to perform first aid. Second waiver was to do CPRI specialized in senior pets. A lot of my clients did not want me to do CPR on their pets and the exact quote I had for many of them was Gmail. You'd really suck if my dog had a heart attack and died on your table, but they do not want you to do CPR I had another vet waiver that clearly stated the owners were responsible for the payment unless I assumed responsibility and my last one was a guardianship waiver and it didn't matter that I was mobile. </w:t>
      </w:r>
      <w:r>
        <w:br/>
      </w:r>
    </w:p>
    <w:p w:rsidR="00A11707" w:rsidRDefault="00000000">
      <w:r>
        <w:t xml:space="preserve">All right, What this meant was that in the case of being mobile, if I was at their house and they were not home, and the fire department came and said, hey, a pain tank is leaking next door, you need to leave, they're not home on taking their pets with me i am assuming guardianship, but how that might be in a shop? Would being a an evacuation or a shelter in place order? You need to assume guardianship we'll get more into that later on in the program. You see all that big lettering right there and the rest of it's kind of normal. </w:t>
      </w:r>
      <w:r>
        <w:br/>
      </w:r>
    </w:p>
    <w:p w:rsidR="00A11707" w:rsidRDefault="00000000">
      <w:r>
        <w:t xml:space="preserve">Please know that all grooming is video and audio recorded as well. It's all client interactions with the safety of the business sign and date. If you are using video and audio recording you every state in the union is going to require that you notify your own that they are being video and audio recorded OK If you have them sign something like this, make sure you do it </w:t>
      </w:r>
      <w:r>
        <w:lastRenderedPageBreak/>
        <w:t xml:space="preserve">because the first time there's an incident and they want to see the video and you don't have it because you didn't record, they're going to assume you hurt the pet, right? So you they won't sign that unless you actually have video and audio recordings and which I highly recommend we'll get more into that later. </w:t>
      </w:r>
      <w:r>
        <w:br/>
      </w:r>
    </w:p>
    <w:p w:rsidR="00A11707" w:rsidRDefault="00000000">
      <w:r>
        <w:t xml:space="preserve">It'll stop the whole, he said she said nonsense. If they know they are being recorded or videotaped that you can access what actually was said, OK yes I want surveillance OK they put a stop to a lot in other sense I have a pet health owner acknowledgement form and the questions I asked and the reason I asked them they the last veterinarian visit OK That tells me how often is Pettest seen by the vets? Ok list of any medical concerns. Ok maybe this, maybe they have concerns or not, but you know that it's being treated this, so I'm not concerned about it. </w:t>
      </w:r>
      <w:r>
        <w:br/>
      </w:r>
    </w:p>
    <w:p w:rsidR="00A11707" w:rsidRDefault="00000000">
      <w:r>
        <w:t xml:space="preserve">List of all medications given in the last week. Ok so they're on phenobarbital. I know they have seizures, they're on another medication for a heart condition or they're on insulin. I now know what the medical condition is, even if they are not concerned about it. The other forms. Ok, I have matting releases in here. Ok. I have an addendum for cat grooming all right, 3 lines i do cats where I did cats when I when I was working. </w:t>
      </w:r>
      <w:r>
        <w:br/>
      </w:r>
    </w:p>
    <w:p w:rsidR="00A11707" w:rsidRDefault="00000000">
      <w:r>
        <w:t xml:space="preserve">So the three things that wasn't that check or they actually had to sign. Cats are physiologically more sensitive to grooming. I will see scrooming when it becomes detrimental to the health of the cat i am the pet professional i will decide when it's detrimental. Minimal charges will apply regardless of completion of grooming. All right, As a mobile groomer, I pull down your driveway minimum charges, which is my hourly rate apply in the event of matting a coat room removal and not going to hold me responsible Okay and then the mat comes out as well. </w:t>
      </w:r>
      <w:r>
        <w:br/>
      </w:r>
    </w:p>
    <w:p w:rsidR="00A11707" w:rsidRDefault="00000000">
      <w:r>
        <w:t xml:space="preserve">The flea policy I have here was not the flea policy I had as an example of 1 because my flea policy was if you have fleas there is no groom for you right? And as a mobile, I'm not bringing fleas into my mobile grooming van. So one of the things, especially on new clients, I would have a wet paper towel and I would just rub the butt area on it with the with the tail meets the meets the back of the body, right. That's more likely it's a good area for fleas let's put it that way. </w:t>
      </w:r>
      <w:r>
        <w:br/>
      </w:r>
    </w:p>
    <w:p w:rsidR="00A11707" w:rsidRDefault="00000000">
      <w:r>
        <w:t xml:space="preserve">And if it comes out red, they have fleas, no groom for you, right? I had ear plucking and in a gland Policies Senior Medical relieves my aggressive dog waiver. All of these are here in the work in the workbook and I also had a What to Expect. All right. Most people don't know what we do, All right? And so it can be a What to Expect can also be on your website as Frequently Asked Questions. If you're getting questions over and over and over again, it needs to be addressed because they don't know what we do. It's not any different than if I </w:t>
      </w:r>
      <w:r>
        <w:lastRenderedPageBreak/>
        <w:t xml:space="preserve">bring my car into the dealership to get worked on. </w:t>
      </w:r>
      <w:r>
        <w:br/>
      </w:r>
    </w:p>
    <w:p w:rsidR="00A11707" w:rsidRDefault="00000000">
      <w:r>
        <w:t xml:space="preserve">I have no idea what they're doing. Just go do it okay. But if they're explaining something to me, they do have to explain it in a manner that is understood to me. Otherwise the eyes are going to glaze over all right. But I don't know what it is that they do. So people who are asking the same questions over and over again look when you go into other businesses and see if they have like a chart up and they're answering all the questions they always get, right. When we hired the contractor to build this house, he gave us 111 page booklet to read. </w:t>
      </w:r>
      <w:r>
        <w:br/>
      </w:r>
    </w:p>
    <w:p w:rsidR="00A11707" w:rsidRDefault="00000000">
      <w:r>
        <w:t xml:space="preserve">And the first question that they would ask when I called up what a question was, did you read the booklet? If it was, yes, I did i still have a question or be like, I'll call you right back type of thing okay. Oh yeah. Oh, we read it. I read it. In fact, he gave they gave us what is a digital copy of it. So I printed it out and I read it and my husband read it answered a lot of stupid questions okay so having a what to expect. </w:t>
      </w:r>
      <w:r>
        <w:br/>
      </w:r>
    </w:p>
    <w:p w:rsidR="00A11707" w:rsidRDefault="00000000">
      <w:r>
        <w:t xml:space="preserve">All right that form is there too. All right. A new client questionnaire I had Date of blast grooming. Do you brush your pet at home? If not, why? Why are you not? And this is where education of the owners could come in. Well, every time I pull out the comb and brush, they run screaming away from me. And then my next question for them is, have you ever run that comb, brush up your arm? All right. </w:t>
      </w:r>
      <w:r>
        <w:br/>
      </w:r>
    </w:p>
    <w:p w:rsidR="00A11707" w:rsidRDefault="00000000">
      <w:r>
        <w:t xml:space="preserve">And because they bought a cheap comb and brush and the ends are not rounded and scratch and it hurts so yeah, they're running around because they know they're going to get hurt all right, so it's an opportunity and maybe they're using the incorrect comb and brush OK Has your pet bitten anyone? Right has your pet bitten A groomer? Has your pet tried to buy the groomer? Just because they didn't connect doesn't mean they didn't try, you know, look for words so he's a little nippy yeah OK Acknowledge that all first grooms are recorded, OK and then the signature of the owners and the pets needs. </w:t>
      </w:r>
      <w:r>
        <w:br/>
      </w:r>
    </w:p>
    <w:p w:rsidR="00A11707" w:rsidRDefault="00000000">
      <w:r>
        <w:t xml:space="preserve">So all of these forms and it seems a lot and I can remember sitting down with clients before the time I retired i wasn't using scheduling software because the original scheduling software that came out had none of these features. But I would sit down at the kitchen table with them and they're like nobody ever asked me to fill out all these forms and they were very happy to fill them out. </w:t>
      </w:r>
      <w:r>
        <w:br/>
      </w:r>
    </w:p>
    <w:p w:rsidR="00A11707" w:rsidRDefault="00000000">
      <w:r>
        <w:t xml:space="preserve">Don't think they won't okay. I also have in here a snout to tail assessment form this is from PET. It is from Pet Tech. You can use this. The only thing that Pet Tech asks is that you read the pet Tech logo there. But if you find something, let the owner know document it. All right. </w:t>
      </w:r>
      <w:r>
        <w:lastRenderedPageBreak/>
        <w:t xml:space="preserve">Don't tell the owner what? What do you call it tell the owner what it is. Write it down because that whole, he said she said, OK let me just check something real quick. Policies we have all of these already. Ok so on to checklists. </w:t>
      </w:r>
      <w:r>
        <w:br/>
      </w:r>
    </w:p>
    <w:p w:rsidR="00A11707" w:rsidRDefault="00000000">
      <w:r>
        <w:t xml:space="preserve">All right. So policies are how you run, your are. It's your interactions with clients these are your policies. Your checklists are internal so policies are external to your business and checklists are internal to your business, right so you already went over the motor vehicle, but a couple of the checklists okay. I have what to do with a break in death of a pet i have a sample cleaning list in here okay. Which I think I'm not going to discuss cleaning now. Or am I discuss cleaning like probably doing that it was cleaning up all right. So if you're watching this summit, you saw Angie's 5 hour sanitation class yesterday. </w:t>
      </w:r>
      <w:r>
        <w:br/>
      </w:r>
    </w:p>
    <w:p w:rsidR="00A11707" w:rsidRDefault="00000000">
      <w:r>
        <w:t xml:space="preserve">Ok Sanitation is a big involved program. Ok I highly recommend that you watch it is a little out of the scope of this, but I am just going to go over a checklist right again checklist makes things that are not forgotten if you have employees like I have a friend who has mobile groomer she has employees and she has a whiteboard. In the van and on the whiteboard it is the list of things that they have to do at the end of the day and in between pets. </w:t>
      </w:r>
      <w:r>
        <w:br/>
      </w:r>
    </w:p>
    <w:p w:rsidR="00A11707" w:rsidRDefault="00000000">
      <w:r>
        <w:t xml:space="preserve">And they actually have to check it off OK take a picture of it, send it to her and in her employee handbook details if they're lying about it. What happens? All right though, it's part of policies and procedures if you have employees to detail what their job description is, how many times do we see on Facebook? All right, well, I'm getting 50 % Commission she wants me to clean okay. </w:t>
      </w:r>
      <w:r>
        <w:br/>
      </w:r>
    </w:p>
    <w:p w:rsidR="00A11707" w:rsidRDefault="00000000">
      <w:r>
        <w:t xml:space="preserve">Is that in the job description all right, it is important to have employee manuals that detail what it is because that puts a stop to questions like that all right, this is the job description. This is what I what is expected of you, Okay. So the your sample checklist would be what you do after each pet. Ok what is done at the end of the day, what is done weekly and then also for me monthly, quarterly and yearly. Ok quarterly and yearly was not much different, all right? My mobile van was gutted quarterly. </w:t>
      </w:r>
      <w:r>
        <w:br/>
      </w:r>
    </w:p>
    <w:p w:rsidR="00A11707" w:rsidRDefault="00000000">
      <w:r>
        <w:t xml:space="preserve">Ok you might do that on a shop, right? A mobile grooming van is a much smaller contained area, but everything would come out of the van, including my water tanks and then cleaned and everything gets put in because in three months time you'd be surprised that how much grossness happens. And also, if you have a Summit membership, there is there is a Salon Sanitation spent an hour long and there might be an hour and a half one in there as well i do recommend taking time to go in depth with sanitation okay. </w:t>
      </w:r>
      <w:r>
        <w:br/>
      </w:r>
    </w:p>
    <w:p w:rsidR="00A11707" w:rsidRDefault="00000000">
      <w:r>
        <w:lastRenderedPageBreak/>
        <w:t xml:space="preserve">All right. So the checklists that occur that I have of the motor vehicle one what to do in the injury and lost pet a break in. And here I want to spend a little time on death of a pet and your care. All right, the checklist here includes the first thing that happens, All right? Pets already it's not an injured pet. It's not a pet you're doing CPR on this is a pet that's already died OK You're going to contact the veterinarian, where I would have a veterinarian you trust. </w:t>
      </w:r>
      <w:r>
        <w:br/>
      </w:r>
    </w:p>
    <w:p w:rsidR="00A11707" w:rsidRDefault="00000000">
      <w:r>
        <w:t xml:space="preserve">Ok to be the contact veterinarian for something like this. You're going to transport that pet to a veterinarian and you are going to order the neck crops report now remember, you have a signed waiver on your on your client intake form, all right? To be able to take a pet to the vet. If you order the neck crops report, you get the results of it. If the owner gets the neck crops report, they do not have to share it with you. </w:t>
      </w:r>
      <w:r>
        <w:br/>
      </w:r>
    </w:p>
    <w:p w:rsidR="00A11707" w:rsidRDefault="00000000">
      <w:r>
        <w:t xml:space="preserve">That whole thing behind Bijou's law, All right, when the woman was going after PetSmart, PetSmart had to sue her to get the necropsy report, Okay. And then after any injury, no matter what happens in your facility, that an accident happens, Okay, regardless of the situation scenario, you need to do a debriefing. And a debriefing is you go over what happened, how it happened, what you could have done to prevent it, how you handled it right and this is really important not only for the person or the groomer this happened to, but everybody. Ok so a friend of mine, she's a brand new groomer she was working for Banfield, which was a facility that had a bed boarding, daycare and grooming. </w:t>
      </w:r>
      <w:r>
        <w:br/>
      </w:r>
    </w:p>
    <w:p w:rsidR="00A11707" w:rsidRDefault="00000000">
      <w:r>
        <w:t xml:space="preserve">Ok she's a new groomer. They give her a matted yorkie. So let's go back in time. And at the time all we had was skip tooths we didn't have those nice finish blades and so we don't know what a skip tooth blade is so a finish blade looks like this either nice and closer together. Skip tooth blades are like this. All right. It is really easy to catch things here, cause a lot of injury, so they give her, a matted Yorkie told the dog up zip and three stitches in the flank. </w:t>
      </w:r>
      <w:r>
        <w:br/>
      </w:r>
    </w:p>
    <w:p w:rsidR="00A11707" w:rsidRDefault="00000000">
      <w:r>
        <w:t xml:space="preserve">All right. So instead of sitting Beth down to understand how that accident happened and how it could have been prevented, it was like it back on the horse. Here's the sinister just as added zip, 3 stitches in the flank. Okay is really important to take the time to understand what happened so that you can prevent it in the future. Oh yeah, OK never use a skip tooth on a cat. See, the problem with cats is that you see how our skin is attached to muscle. </w:t>
      </w:r>
      <w:r>
        <w:br/>
      </w:r>
    </w:p>
    <w:p w:rsidR="00A11707" w:rsidRDefault="00000000">
      <w:r>
        <w:t xml:space="preserve">Dogs are the same way it's attached to muscle. Cats it's not cats. Skin is not attached to muscle. So if you nick a cat, you can tear them up really well because it'll start to tear. So that tiny, tiny little Nicky got can go okay. All right, what else have we got? okay. A couple other things, too okay. My policy was whoever dropped off the pet or whoever was home when I got there, they were the ones who made the decision about the clip, OK And we </w:t>
      </w:r>
      <w:r>
        <w:lastRenderedPageBreak/>
        <w:t xml:space="preserve">make that clear, right and they could be in your terms of service, the person who drops off will dictate if there's a choice and I always just the way if there is a choice because I'm the professional and they might want Fluffy and a full blown out coat. </w:t>
      </w:r>
      <w:r>
        <w:br/>
      </w:r>
    </w:p>
    <w:p w:rsidR="00A11707" w:rsidRDefault="00000000">
      <w:r>
        <w:t xml:space="preserve">It's not going to be possible i had a client, older woman. I was grooming her daughters and she can no longer get herself to the vet. The dog can have been groomed in a while, right? So she get to her house and she hands me a cue. It was a cue it was a head, four legs sticking out, maybe the tail, I don't know it was a cue. She goes to me. Can you leave about two inches? And I look at her and I look at the dog and I look at her and look at the dog she started to laugh she said, Okay, save the dog down. </w:t>
      </w:r>
      <w:r>
        <w:br/>
      </w:r>
    </w:p>
    <w:p w:rsidR="00A11707" w:rsidRDefault="00000000">
      <w:r>
        <w:t xml:space="preserve">We will get her on schedule and we'll do better okay so you may not be able to do what it is that you think you can do or they would like, all right. But regardless, that's a conversation you have with the person who is doing the drop off, all right? If you expect payment at time of service, that is to be in your terms of service and how you accept payment. So for the longest time all I accepted was cash and check would not take credit cards, all right? We didn't have things like Stripe and Square and all those good things. We had the machine that, you know, one the card through, and it was a pain in the butt because you had to take federal classes on thing and if you didn't take the class when you were supposed to take the class, you started getting fined every month until you did all right? So I just stopped taking credit cards OK what else we got here? All right, just real quick, going back to sanitation, just a couple of points I want to make on that. </w:t>
      </w:r>
      <w:r>
        <w:br/>
      </w:r>
    </w:p>
    <w:p w:rsidR="00A11707" w:rsidRDefault="00000000">
      <w:r>
        <w:t xml:space="preserve">All right, the reason for sanitation, if you don't want to spread disease, not only between the clients, all right, You don't want to bring this home to your own personal pets, okay, but the common vectors for transmission and hair dander, blood, urine and feces okay. Not taking in sick pets, right. So that cat that's coughing or cat has discharge having doing a thorough snout to tail assessment. All right. It's really important because that's going to stop you from taking in sick cats. And I'll go over the snout to tail assessment in just a minute. </w:t>
      </w:r>
      <w:r>
        <w:br/>
      </w:r>
    </w:p>
    <w:p w:rsidR="00A11707" w:rsidRDefault="00000000">
      <w:r>
        <w:t xml:space="preserve">Ok Ashley just did a wonderful class and why you had to clean your recirculator. So please take the time to watch that class as well. All right? There was a grooming facility now, a boarding facility that was so clean you could eat off the floor. This is how clean this place was OK they still managed to spread mange to like three other clients because they took a dog in, didn't know the dog had mange, and they used the same lead pet to pet to pet. Ok so take sanitation seriously. Take the time to watch Angie's class if you have not watched it. Please watch Ashley's class if you have not watched it on this summit. </w:t>
      </w:r>
      <w:r>
        <w:br/>
      </w:r>
    </w:p>
    <w:p w:rsidR="00A11707" w:rsidRDefault="00000000">
      <w:r>
        <w:t xml:space="preserve">Ok, what else we got here? Ok, so on a snout detail assessment, do I have a slide up on that? Ok, animals being animals question. Yeah merchant services and compliances yeah. Well, </w:t>
      </w:r>
      <w:r>
        <w:lastRenderedPageBreak/>
        <w:t xml:space="preserve">the second i ditched them as quick as I could, probably had a machine for about 3 years and then I just after the 75$ and fines, I was like, I'm done with this. All right. So animals being animals. So first of all, it's now the tell assessment this should be done upon check in for every single pet. Yes, you have time to do this because if not, and there's a problem, you're going to be spending way more time cleaning up the mess on this. </w:t>
      </w:r>
      <w:r>
        <w:br/>
      </w:r>
    </w:p>
    <w:p w:rsidR="00A11707" w:rsidRDefault="00000000">
      <w:r>
        <w:t xml:space="preserve">All right, so this is what I look for on a snout to tail assessment specifically, right? First, I'm watching the pet walk. All right, Do they appear lethargic? Are they favoring a leg? All right, I'll walk in front of them. Are they not tracking me? Those are all signs of a lethargic pet this pet is probably sick or is in pain. Either scenario, I don't not want to bring this pet right? I would much rather take a hit and income than deal with having a serious having a pet die on me later on in the groom. </w:t>
      </w:r>
      <w:r>
        <w:br/>
      </w:r>
    </w:p>
    <w:p w:rsidR="00A11707" w:rsidRDefault="00000000">
      <w:r>
        <w:t xml:space="preserve">Because as the pet I should said no to or a pet that just spread some highly contagious disease in my facility. All right, I'll take the hit on income if I make the decision i am not grooming your pet, OK Sometimes owners are not aware, and the reason they are not aware is because they see their pet every single day and so, like little changes, they don't necessarily notice. We haven't seen the pet in a while, or maybe it's the first time, but we could see it immediately because we're not seeing this pet every single day. </w:t>
      </w:r>
      <w:r>
        <w:br/>
      </w:r>
    </w:p>
    <w:p w:rsidR="00A11707" w:rsidRDefault="00000000">
      <w:r>
        <w:t xml:space="preserve">Ok first time I put my hands on the body, it's going to be towards the back end because it's going to be a bite risk. You know Fluffy would never bite you unless you did something bad to them. So if I put my hand on their butt and they rear around to nail me, the aggressive dog wavers coming out OK or as a mobile groomer, it means I'm also I'm not grooming this pet because I am one person, right? Pay attention to body language as I am moving my hands on their body. </w:t>
      </w:r>
      <w:r>
        <w:br/>
      </w:r>
    </w:p>
    <w:p w:rsidR="00A11707" w:rsidRDefault="00000000">
      <w:r>
        <w:t xml:space="preserve">Pay attention to behavioral cues. They know what hurts, just like you know what hurts on you, all right? If you know your knee hurts, all right, you're going to be a little bit more protective of it. So if I'm coming up to an area on the dog, that or cat should be done on both, right? And they're start glancing over or stiffening their body. That's a behavioral cue that's telling me that I'm coming up to an area that might hurt, right? I also have a comb on me to check for matting because, you know, they brush their pet all the time, which may be true. </w:t>
      </w:r>
      <w:r>
        <w:br/>
      </w:r>
    </w:p>
    <w:p w:rsidR="00A11707" w:rsidRDefault="00000000">
      <w:r>
        <w:t xml:space="preserve">It may be true that they brush their pet all the time, but they're using the incorrect brush or they're just surface brushing, right? I don't know what I'm going to uncover. If a pet is Matt and what is underneath those mats, that's why the matted release will come out all right and you take out nothing from this check. Gum color. There is nothing that is a better indicator over overall health than gum color. Those dogs. Those the boxers that all that died at PetSmart, I will guarantee you, had they checked gum color all right, there would have </w:t>
      </w:r>
      <w:r>
        <w:lastRenderedPageBreak/>
        <w:t xml:space="preserve">been an indicator they shouldn't have been grooming those pets. </w:t>
      </w:r>
      <w:r>
        <w:br/>
      </w:r>
    </w:p>
    <w:p w:rsidR="00A11707" w:rsidRDefault="00000000">
      <w:r>
        <w:t xml:space="preserve">And even if gum color is fine upon intake and it's something that still gets checked throughout the room OK pale gums it's a pet that's going to have a heart attack on your table. Ok red gums, this dog is already starting heat stroke and you have not even done the dog's not even in your care yet. Dog is already starting heat stroke. Ok yellow gums, it's jaundice. Blue gums, that's hypoxia. The trachea issues on top of it, right And these can change during the course of a group okay. So as far as let's let me just check questions real quick first before we move forward. </w:t>
      </w:r>
      <w:r>
        <w:br/>
      </w:r>
    </w:p>
    <w:p w:rsidR="00A11707" w:rsidRDefault="00000000">
      <w:r>
        <w:t xml:space="preserve">All right. So a little bit about, I'm going to, let's see, check it out, OKI will tell you, All right, 99 % of pets will warn you that they are going to bite you, and that includes cats too, right. If you're not paying attention to those behavioral cues, all right, you're going to get bit, all right. You're also not going to know when to stop. And here again, this is an entire program is on, could be on behavioral cues and positive educational Training is going to have a behavioral handling summit in November. </w:t>
      </w:r>
      <w:r>
        <w:br/>
      </w:r>
    </w:p>
    <w:p w:rsidR="00A11707" w:rsidRDefault="00000000">
      <w:r>
        <w:t xml:space="preserve">Okay, There's some really great people out there that teach on behavioral cues. My go to people right off the top of my head is Chrissy Newmeyer Smith and Barb Hoover. I have behavioral questions. Those are the two people I'm going to contact first before I start going down my list. Ok And those are for dogs. If I'm want behavioral cues. All right. Two people I go to for that would be Melissa Conti Diner and Angie Coates, right? It is important to maintain control of the pet. That means cats need to be in carriers and dogs need to be on your slip leads. </w:t>
      </w:r>
      <w:r>
        <w:br/>
      </w:r>
    </w:p>
    <w:p w:rsidR="00A11707" w:rsidRDefault="00000000">
      <w:r>
        <w:t xml:space="preserve">All right, so once a pet is in my control, my slip lead goes on it, OK Because we all know well, collars, for the most part, are way too loose you literally stick your fist in there. I would hate to tell you over the course of my years, I would put the collar at the right place it's supposed to be. And the next time I came, there it was. Slip my fist through it again and no matter what, I would say to them, right? Which is why I'm using my slippery because I have better control and don't make assumptions on whether or not a head is going to run or not. </w:t>
      </w:r>
      <w:r>
        <w:br/>
      </w:r>
    </w:p>
    <w:p w:rsidR="00A11707" w:rsidRDefault="00000000">
      <w:r>
        <w:t xml:space="preserve">Jack was an ancient English English setter ancient this dog could barely walk. But let me tell you, that dog could run and I learned that the hard way. And the reason I got him back is because he was an ancient dog and he tired out before I did. And when I told the owner about it, he's like, ah, yeah, not again. Nobody ever believes me that Jack runs like, I would have believed you. I would have believed you okay. All right you don't leave pets unattended, ever, for whatever reason, right? Cats should never be looped, and there are better. They're all loops if you're using a loop, OK should have a quick release on it all right. </w:t>
      </w:r>
      <w:r>
        <w:br/>
      </w:r>
    </w:p>
    <w:p w:rsidR="00A11707" w:rsidRDefault="00000000">
      <w:r>
        <w:lastRenderedPageBreak/>
        <w:t xml:space="preserve">There is a great product out there called the Trach Saver. Ok and you can use it on cats, right? I was an unrestrained cat groomer for probably the last 15 years that I was actually grooming, but the trach saver doesn't go over the trach yet. So for those dogs that coming in that have a cough that you know might have a trachea issue, it just puts no pressure here on the trachea at all it's a much safer way to use it. Problem sometimes with mobile grooming is that you pop a circuit somewhere on a generator or whatever, and all of that is located on the outside of the vehicle, not in your work area, right? And you don't leave an underpin an unattended pet looped up, right? So if my generator had to be reset, I would have to take the pet out of the tub or off the table on the floor, go around the back and reset it. </w:t>
      </w:r>
      <w:r>
        <w:br/>
      </w:r>
    </w:p>
    <w:p w:rsidR="00A11707" w:rsidRDefault="00000000">
      <w:r>
        <w:t xml:space="preserve">Unless I could call the owner and say, hey, listen, can you do me a favor can you come out to the van I need you to put in on my pet like, oh, and reset my generator, OK, Your attention needs to be on your pets at all times, right? Because if not, you are going to miss behavioral cues, OK And especially if you grew handicapped pets, meaning blind, deaf, maybe missing a leg. It's important to have a hand on the pet at all times so that they are not startled. </w:t>
      </w:r>
      <w:r>
        <w:br/>
      </w:r>
    </w:p>
    <w:p w:rsidR="00A11707" w:rsidRDefault="00000000">
      <w:r>
        <w:t xml:space="preserve">Ok The stress cues know when to stop, all right? Checking that gum color. Those gums are nice and pink and they go pale stop the groom. If the gums all of a sudden go blue, stop the groom. Ok, sometimes it's as simple as this pet just needs to chill out. That's it. But you have a window of time to help this pet, all right? Which is why I make it really clear on my with my clients that I'm the professional. I make the determination whether or not it's still safe to groom your pet. </w:t>
      </w:r>
      <w:r>
        <w:br/>
      </w:r>
    </w:p>
    <w:p w:rsidR="00A11707" w:rsidRDefault="00000000">
      <w:r>
        <w:t xml:space="preserve">If I say the groom is over, the groom is over, I may make the determination to head to the vet myself. I have a labor okay. Check your equipment for broken teeth, bent teeth. Eyes are bent. There was two pieces of advice that I got as a new groomer. One was know where the tips of your scissors are at all times and know where body parts begin and end. Know where that ear leather is know where the flap is on the skin, on the groin area, right. </w:t>
      </w:r>
      <w:r>
        <w:br/>
      </w:r>
    </w:p>
    <w:p w:rsidR="00A11707" w:rsidRDefault="00000000">
      <w:r>
        <w:t xml:space="preserve">And cats are not. The cats are not Cocker spaniels. They do not pee or poop. They don't drool. Ok all of those are warning signs that this cat is in distress. Ok so heat stroke. Signs of heat stroke would include excessive panting. There's the heart rate increases. They can be confused they maybe have vomit diarrhea, the gums going to be bright red, their body temperature, it's going to be over 104 degrees. They can collapse, they can have seizures that can go in coma. The thing is with heat stroke, if you are monitoring the pets in your care, heat stroke is easy to catch, easy to reverse if you catch quickly meaning. </w:t>
      </w:r>
      <w:r>
        <w:br/>
      </w:r>
    </w:p>
    <w:p w:rsidR="00A11707" w:rsidRDefault="00000000">
      <w:r>
        <w:t xml:space="preserve">So if you have drying rooms and those pets are not in your field of vision, someone needs to monitor those pets because heat stroke can happen like that. But you can reverse it every year, Every year since I have been a groomer, all right? And now we're I'm four years </w:t>
      </w:r>
      <w:r>
        <w:lastRenderedPageBreak/>
        <w:t xml:space="preserve">retired, Okay. And the only reason I'll say since I've been a groomer because I wasn't paying attention prior to that, right, some pet has died the grooming shop due to heat stroke every single year. </w:t>
      </w:r>
      <w:r>
        <w:br/>
      </w:r>
    </w:p>
    <w:p w:rsidR="00A11707" w:rsidRDefault="00000000">
      <w:r>
        <w:t xml:space="preserve">So what do you do to your pet is if the pet is having heat stroke, you need to cool them off all right. Firstly you need to provide water from them. Keep in mind that metal metal crates can heat up really quickly if you're putting a dryer on them. Ok you need to cool them off so you can need to you can put them in a tub and there is. There are new things coming out about how to treat heat stroke. Nothing's been authorized or approved, so I'm just going to tell you the way it is as of today all right? I need to cool my pet off. </w:t>
      </w:r>
      <w:r>
        <w:br/>
      </w:r>
    </w:p>
    <w:p w:rsidR="00A11707" w:rsidRDefault="00000000">
      <w:r>
        <w:t xml:space="preserve">All right, I'm going to wrap this pet in wet cooler towels, All right? I'm not going to use cold towels, OK I'm going to use cooler towels meaning cooler than. So somewhere in between cold and room temperature. Somewhere in the middle of that. Ok because I don't want to create a thermal barrier around them i don't want cells to shock. Ok but you need to cool this pet off. Ok you could put them in a tub, start filling up the tub with cooler water. Ok that's called immersion, right? You some places will say to hose them. </w:t>
      </w:r>
      <w:r>
        <w:br/>
      </w:r>
    </w:p>
    <w:p w:rsidR="00A11707" w:rsidRDefault="00000000">
      <w:r>
        <w:t xml:space="preserve">I actually probably would not hose a pet that's in heat stroke because I don't want to agitate a pet if the pet is afraid of the hose. Ok use your judgment on it. Ok Hypothermia, right. And if you think you can't cause hypothermia in the middle of a heat wave in August, I would tell you are incorrect. Because I knew a grower who did exactly that and sent 2 cats to the e r where they both died later OK signs, shivering, lethargy, stiff muscles the gums are going to be pale or they're going to be bluish. </w:t>
      </w:r>
      <w:r>
        <w:br/>
      </w:r>
    </w:p>
    <w:p w:rsidR="00A11707" w:rsidRDefault="00000000">
      <w:r>
        <w:t xml:space="preserve">They have a lack of coordination there might be a fixed stair going on. They can collapse now you need to warm up this pet. Ok so you might throw some towels in the dryer to warm them up. You might just take towels that you have to wrap them up in towels Okay. So it doesn't matter if you were using heat on a pet to dry or using cool air on a pet to dry. Somebody needs to monitor because both heat stroke and hypothermia can be quickly reversed. </w:t>
      </w:r>
      <w:r>
        <w:br/>
      </w:r>
    </w:p>
    <w:p w:rsidR="00A11707" w:rsidRDefault="00000000">
      <w:r>
        <w:t xml:space="preserve">If you notice the first signs of it, okay all right yeah one of the things when I was testing out at Petco, one of the things that I knew about myself, was that if you're going to make me go up really close against the ear leather, I'm going to nick the dog, right? So if you nick a pad during the test, it's automatic failure. All right, I took the Ding. I'm not shaving up to the ear leather on that schnauzer rather than nick the ear. So yeah, I know in my entire career as a groomer who is always a little slight fuzz around the edges of the ears and that was fine by me, right? Any questions for time you're going to go, We're going to keep going, OK Because </w:t>
      </w:r>
      <w:r>
        <w:lastRenderedPageBreak/>
        <w:t xml:space="preserve">this is the last one of the day. </w:t>
      </w:r>
      <w:r>
        <w:br/>
      </w:r>
    </w:p>
    <w:p w:rsidR="00A11707" w:rsidRDefault="00000000">
      <w:r>
        <w:t xml:space="preserve">Ok so that pet professionals. So what is a pet professional it is defined as a groomer bather, a groomer, assistant and manager, receptionist if you work in a grooming facility in any capacity, you are a pet professional. Okay, I'm going to go over injuries and what to do with injuries in just a little bit. Ok So what we're going to 1st talk about is dog and cat bites OK cat bites can be really problematic because they are a puncture wound. </w:t>
      </w:r>
      <w:r>
        <w:br/>
      </w:r>
    </w:p>
    <w:p w:rsidR="00A11707" w:rsidRDefault="00000000">
      <w:r>
        <w:t xml:space="preserve">Cat mouths are dirty, so they bite you. Creates puncture wounds, and like most puncture wounds, it closes up once it closes up. They can trap bacteria which can enter your bloodstream, which can cause a deadly bacteria infection. All right, cat wounds need to be cleaned out immediately. Meaning immediately means is that you secure the cat and then you go get the pet first aid kit. Then you clean out this wound. Pay attention to it. If it's just a little red around it, you're fine. If that red starts to get larger than a quarter and it's now reaching like a half dollar stage, that's a trip to urgent care, you know? And you could probably do that at the end of the day. </w:t>
      </w:r>
      <w:r>
        <w:br/>
      </w:r>
    </w:p>
    <w:p w:rsidR="00A11707" w:rsidRDefault="00000000">
      <w:r>
        <w:t xml:space="preserve">However, if you have that red circle around it and then there's a line shooting up your arm, that's an e r visit and that's something you don't wait on. Ok When my cousin lost his kidneys and was in the e, r the guy that was in the booth in the bed next to him, his arm was like this, all right? He had Cellulitis and a bacterial infection. Because his cat bit him, he didn't take care of it. All right, I don't know what happened to him, but that guy probably could have lost his arm because of that. So take cat bites serious, right? We'll get into safety equipment just momentarily. </w:t>
      </w:r>
      <w:r>
        <w:br/>
      </w:r>
    </w:p>
    <w:p w:rsidR="00A11707" w:rsidRDefault="00000000">
      <w:r>
        <w:t xml:space="preserve">Dog bites Okay. Now a cat bites are pressure or puncture. Dog bites can be pressure plus they can tear OK The biggest contributor to being bit by a dog or a cat is not paying attention to behavioral cues or knowing when to stop the groom all right, Every bite I have ever received in my career, and I've been bit a couple of times, I will absolutely tell you, I was not paying attention to behavior, OK Or I made assumptions, right. Maltese ripped up this entire finger up here, OK Because I was demanding this Maltese and didn't know when to stop OKI got two puncture wounds and all of my hand that actually required stitches from helping an arthritic dog into my mobile grooming band. </w:t>
      </w:r>
      <w:r>
        <w:br/>
      </w:r>
    </w:p>
    <w:p w:rsidR="00A11707" w:rsidRDefault="00000000">
      <w:r>
        <w:t xml:space="preserve">I just lifted him up the wrong way, all right? I did not notice that he was in pain all right? I've been bitten by cats, All right? Yeah so the situation that Carla's talking about, she had to secure a very angry Husky in a kennel. The chances of being bit were high, but we couldn't let him run around the shop being that nuts, he would have bit someone else or another dog. </w:t>
      </w:r>
      <w:r>
        <w:br/>
      </w:r>
    </w:p>
    <w:p w:rsidR="00A11707" w:rsidRDefault="00000000">
      <w:r>
        <w:lastRenderedPageBreak/>
        <w:t xml:space="preserve">So my question for you would be, and we had, we actually had one at Petco, we had a catch pole. It was like the only reason I knew it was there was because I was cutting it out was the district manager was coming and was cleaning behind the Bank of kennels and when I moved the Bank of kennels out of the way there it was right? So honestly I probably if I was in a shop, one of the things I would have in my shop would be a cash pole okay. Phones should be in your pocket all right? And you are used for before and after pictures. Your phone should be on your body okay not up on the shelf, but in your pocket where it's not distracting you, OK And the reason you want it in a pocket in case you need it, right? I had a friend whose back literally went out in the middle of a groom and she's basically laying on the floor the dog is on the table, OK And she couldn't reach her phone because it was on shelf, right? Fortunately, the owner came in to see what was taking so long and saw her on the floor and was able to get into the van and help her get her dog off the table. </w:t>
      </w:r>
      <w:r>
        <w:br/>
      </w:r>
    </w:p>
    <w:p w:rsidR="00A11707" w:rsidRDefault="00000000">
      <w:r>
        <w:t xml:space="preserve">Okay, that could have been a really bad scenario, all right? Overworked groomers that are retired, you know, just getting in that extra dog working more than they should, right? They are more likely to get bit because they're tired. And when your body is tired, your brain is tired, right? So you might misbehavioral cues, right? So take a break, take a lunch break i mean a physical lunch break where you stop what you're doing and you sit down and you eat. Your employer should have a break room right where you could sit down and eat. If you're selfemployed, you schedule a lunch all right, there's my local Walgreens here. I cannot pick up a prescription between one and one thirty in the afternoon because between one and one thirty the entire staff stops and they have lunch, okay. </w:t>
      </w:r>
      <w:r>
        <w:br/>
      </w:r>
    </w:p>
    <w:p w:rsidR="00A11707" w:rsidRDefault="00000000">
      <w:r>
        <w:t xml:space="preserve">So if they can do it, you can do it too. Lock your doors, sit down. And maybe if it's a really busy shop, maybe you want to do staggered lunches or maybe you want to close there's something about sitting down and having lunch with other people that whole networking Cam camaraderie thing going on. Ok You know, and I understand because honestly, do I really want a tired pharmacist filling my prescription? No, thank you all right. I want his brain cells putting the right pills in that bottle. Ok And by the same token, do you really want a tired groomer with sharp objects around live animals they zig, We zag OKOK equipment. All right. </w:t>
      </w:r>
      <w:r>
        <w:br/>
      </w:r>
    </w:p>
    <w:p w:rsidR="00A11707" w:rsidRDefault="00000000">
      <w:r>
        <w:t xml:space="preserve">So there's things that you can do as far as safety is concerned, OK And equipment can be a couple different things come from different categories, All right. So for us, safety equipment includes floor mats, good quality orthopedic floor mats, good quality clothes, toes, shoes, all right. The humidity being at the correct temperature for your facility, right. Equipment being in good repair so your scissors, your Clippers, your blades are all in good repair, OK? Because dull scissors just doesn't make it harder to scissor. It creates more stress on your body to actually operate equipment that is in poor shape, right? So you should have a uniform policy with it. </w:t>
      </w:r>
      <w:r>
        <w:br/>
      </w:r>
    </w:p>
    <w:p w:rsidR="00A11707" w:rsidRDefault="00000000">
      <w:r>
        <w:lastRenderedPageBreak/>
        <w:t xml:space="preserve">And you know what? Honest and truly? I mean, I love in the summer wearing, you know, shorts and open toe sandals. But then you know what? After the time my legs got scratched up really bad, then I was like long pants. Ok then the two hair splinters in each of my feet because I had open toe sandals, put a stop to that, right? It's eye protection. </w:t>
      </w:r>
      <w:r>
        <w:br/>
      </w:r>
    </w:p>
    <w:p w:rsidR="00A11707" w:rsidRDefault="00000000">
      <w:r>
        <w:t xml:space="preserve">It's ear protection. And if you have employees, you are legally required to provide safety equipment and in the manner of which and how to use it OK safety equipment, right? That might be proper muscles, proper size muscles for the pets, right? Team lifting, right? I was a mobile groomer. I and I love the big dogs, all right? But if I wasn't having a big dog been able to jump up on the table, you know, raise the table up and go into the tub on their owns, that could cause me a lot of back problems. A lot of knee problems. Ok it was difficult for me to do aggressive pets because again, I am one person I have no place to like back up to, right? So safety equipment, all right also includes knowing when to stop. </w:t>
      </w:r>
      <w:r>
        <w:br/>
      </w:r>
    </w:p>
    <w:p w:rsidR="00A11707" w:rsidRDefault="00000000">
      <w:r>
        <w:t xml:space="preserve">Knowing when to stop means when you personally cannot do it. It's not just the well the pet's not well enough. It's knowing when you're not well enough to stop, all right? Or asking for help, OK Other safety equipment would include, like, the groomer's wall all right, you know what's the difference between an unruly hundred and twenty pound Golden Rule Golden retriever and a four pound Tasmanian little devil that's wiggling all over the place? Honestly, they're just causing different problems in your body, OK Whereas the Groomers wall can help with that little Tasmanian devil keeping him where you need him to be, as opposed to, well, OKI could still groom that hundred and twenty pound golden if it's compliant. </w:t>
      </w:r>
      <w:r>
        <w:br/>
      </w:r>
    </w:p>
    <w:p w:rsidR="00A11707" w:rsidRDefault="00000000">
      <w:r>
        <w:t xml:space="preserve">Or if I'm in the shop, I need 2 groomers. And here's the thing, where are you charging accordingly for that hundred and twenty pound golden retriever that needs two people to do Okay? Also paying attention to your coworkers? All right? Are they distressed? Do you need to step in and then I had a friend and they had little squeaky ducks, All right, So if someone noticed, it was a very busy shop. So if somebody noticed another groomer having trouble, all right, that they would look like they were starting to get frustrated, someone would squeak the squeaky duck. </w:t>
      </w:r>
      <w:r>
        <w:br/>
      </w:r>
    </w:p>
    <w:p w:rsidR="00A11707" w:rsidRDefault="00000000">
      <w:r>
        <w:t xml:space="preserve">All right. And it helps to refocus. There is, you could put a decibel app on your phone and to know exactly how loud your facility is. So we know it's like we know dryers are loud but a high pitched bark. Ok so and then there's a decimal app you can put on your phone it's free. So if you have to explain to a owner that why you need ear protection and you have proof, understand as an employee, OSHA is there to watch your back. </w:t>
      </w:r>
      <w:r>
        <w:br/>
      </w:r>
    </w:p>
    <w:p w:rsidR="00A11707" w:rsidRDefault="00000000">
      <w:r>
        <w:t xml:space="preserve">Ok. Yeah, those little tiny screeches can blow out an eardrum. Ok, so basic first aid. What we're going to do is we're going to discuss assessing a first aid kit. 3 different bleeding </w:t>
      </w:r>
      <w:r>
        <w:lastRenderedPageBreak/>
        <w:t xml:space="preserve">scenarios will cover again, debriefing and veterinarian care. So start off with whenever there's an injury in your facility, stop a minute, take a deep breath, get that adrenaline clear out that adrenaline in your body. Ok now OSHA will require you to have a human first aid kit per three employees, right? If you are mobile, your household, or your home based, you can have a single one. </w:t>
      </w:r>
      <w:r>
        <w:br/>
      </w:r>
    </w:p>
    <w:p w:rsidR="00A11707" w:rsidRDefault="00000000">
      <w:r>
        <w:t xml:space="preserve">Now my first aid kit is going to be double duty or triple duty, so dog, cat, people friendly OKA larger shop should have several and they should be in key locations like one in the reception area, one in the grooming area, one in the bathing area, one in the drawing so that they're quick and they're easy to get a hold of. Okay and in the in the workbook is first aid kit okay. It's a couple things I just want to go over what should be in that kit band aids for you. Ki like veterin products because veterin products are both safe for dogs, people, cats, rabbits, bunnies, whatever it is you're grooming. </w:t>
      </w:r>
      <w:r>
        <w:br/>
      </w:r>
    </w:p>
    <w:p w:rsidR="00A11707" w:rsidRDefault="00000000">
      <w:r>
        <w:t xml:space="preserve">You don't have to worry about the Chlorhexidine being stabilized with citric acid because it's not chlorhexin right? Antibiotic cream. If you groom cats, make sure it's the single ingredient antibiotic cream, not the triple because while it's a very rare allergy, if a cat is allergic to the combination of the three ingredients and triple, it is a fatal allergy okay i like nonstick gauze because what you put it on, you won't if you have to change the bed, it's not going to remove the scab on it. </w:t>
      </w:r>
      <w:r>
        <w:br/>
      </w:r>
    </w:p>
    <w:p w:rsidR="00A11707" w:rsidRDefault="00000000">
      <w:r>
        <w:t xml:space="preserve">Hydrogen peroxide for that is a poisoning for dogs only not for cats. Oka black tea bag as a blood clotter all right. Not sugar because sugar can elevate blood sugar can be really dangerous in the cat and any pet that is diabetic or prediabetic. Black tea contains tannins and it's just the wet not even wet dry tea bag right on the wounds. Ok And those are things i'm OK let me have a question. </w:t>
      </w:r>
      <w:r>
        <w:br/>
      </w:r>
    </w:p>
    <w:p w:rsidR="00A11707" w:rsidRDefault="00000000">
      <w:r>
        <w:t xml:space="preserve">Yeah, it might make a mess, but keep your fingers on it. So I need to put it on and the dog bit it. But if they do bite it, all right, just make sure you get as much as the tea out of their mouth as possible, OK It's still way better than sugar OK so let's move that along. So again, the checklists are there so I have a wound care. First thing I'm going to do is I'm going to clean out the wound I'm going to use. </w:t>
      </w:r>
      <w:r>
        <w:br/>
      </w:r>
    </w:p>
    <w:p w:rsidR="00A11707" w:rsidRDefault="00000000">
      <w:r>
        <w:t xml:space="preserve">I'm not, I'm not going to use alcohol or hydroxide. I'm going to use something that is designed to clean out wounds. So if I'm not bringing cats, all right, Clara, Hexanine wound rinses are going to be fine because I do boom cats i'm using bittersyn products. Ok so I'm going to clean up the wound. I'm going to put a little bit of the antibiotic on it all right. </w:t>
      </w:r>
      <w:r>
        <w:br/>
      </w:r>
    </w:p>
    <w:p w:rsidR="00A11707" w:rsidRDefault="00000000">
      <w:r>
        <w:lastRenderedPageBreak/>
        <w:t xml:space="preserve">I'm cleaning it i'm going to make sure it's elevated all right, so we got a little doggy here, Okay. And hold on one second. I'm going to stop the share for a minute because it's going to be easier to see Okay. All right, So floppy here, got a little Boo Boo. And we're going to elevate the injury okay now, there's a middle rod in this leg by the way, right. But it just needs to be elevated above the heart. That's it it's a little bit about the heart. Okay, you can also do to restrict the blood flow if it's a good bleeder. So I've got it elevated. I'm going to do what's called the constricting handband and it's between a pressure for between the wound and the heart so between the wound here and the heart at the base of this leg here, I'm going to hold it for like 30 to 60 seconds okay. </w:t>
      </w:r>
      <w:r>
        <w:br/>
      </w:r>
    </w:p>
    <w:p w:rsidR="00A11707" w:rsidRDefault="00000000">
      <w:r>
        <w:t xml:space="preserve">And when I release, I'm going to release slowly. But where's my first little kit? Here we go. Look at that we have dogs OK so cleaned it out. Start off actually with gauze hold that for 30 to 60 seconds check by releasing fingers. I can do that three times, and if it's still bleeding, then I'm going to do the constricted handband That I want to really want to show you is how to wrap this in through roll of gauze. We see how it rolls off the roll, correct? So I've got the wounds here. I'm going to put the roll of gauze over, let me get this window out of the way it's annoying me. </w:t>
      </w:r>
      <w:r>
        <w:br/>
      </w:r>
    </w:p>
    <w:p w:rsidR="00A11707" w:rsidRDefault="00000000">
      <w:r>
        <w:t xml:space="preserve">There we go. Ok, And I am just going to roll it on the body like it rolls off the roll. See, by doing that it won't be too tight, it won't be too loose and I'm just going to that's how you wrap an injury. So let's go back to the share screen. So I'm going to wrong direction, so this is going to be a personal dog. It's my first day kit. This is Cecil Okay. So Cecil's got a little injury right here and you can see how I've got his leg elevated all right. </w:t>
      </w:r>
      <w:r>
        <w:br/>
      </w:r>
    </w:p>
    <w:p w:rsidR="00A11707" w:rsidRDefault="00000000">
      <w:r>
        <w:t xml:space="preserve">Then we add a little bit of gauze and the constricting handband again between the injury and the heart side. Keep in mind, what's not I did not do for Cecil here is I did not muzzle him. If this pet is in pain and I am manipulating him, this is a bite risk, OK So the first thing actually would be done would be the Muslim, OK And then I'm going to start wrapping off the roll, the guards on him and I'm going to make two ends and that's it on there now we're going to do another injury real quick and this is going to be an ear injury. </w:t>
      </w:r>
      <w:r>
        <w:br/>
      </w:r>
    </w:p>
    <w:p w:rsidR="00A11707" w:rsidRDefault="00000000">
      <w:r>
        <w:t xml:space="preserve">Ok so again, first thing we're going to do is we're going to take that deep breath, All right? So we nick the side of the ear, OK And that's a nonstick gauze on the top of his ear right there. And you see that I have got his ear resting on top of his head OK now I can't use a pressure point between the injury and the ear because the Cataroids right here are kind of blood to the brain so we don't want to do that. </w:t>
      </w:r>
      <w:r>
        <w:br/>
      </w:r>
    </w:p>
    <w:p w:rsidR="00A11707" w:rsidRDefault="00000000">
      <w:r>
        <w:t xml:space="preserve">However, on an ear injury, we can squeeze at the base of the ear, so won't be as good, but it's better than nothing. Ok now I've sandwiched the ear see there's gauze on both sides of this ear OK And now I'm going to wrap the ear to the head and when I'm starting the gauze </w:t>
      </w:r>
      <w:r>
        <w:lastRenderedPageBreak/>
        <w:t xml:space="preserve">roll, the good ear you'll see is out some wrapping behind the good ear and in front of the good ear so it just doesn't like slip right off. </w:t>
      </w:r>
      <w:r>
        <w:br/>
      </w:r>
    </w:p>
    <w:p w:rsidR="00A11707" w:rsidRDefault="00000000">
      <w:r>
        <w:t xml:space="preserve">Ok now Ricky here got vet wrapped on his head, but instead of using vet wrap could use a happy hoodie. And the basic thing you want to do is you want to make sure that ear is secured and stays on the head. Because what is going to happen when that ear is loose and if it's not secured to the top of the head when he sees the owners, he's going to go, oh wow, mom, Dad's here and they're going to start, you know, shaking and wagging and once they think that get that ear going, it's going to start bleeding all over again. And poor Ricky got Combs he was such a good now a pad injury, right? Same thing we could take that deep breath, right? So we've cleaned out the wounds. </w:t>
      </w:r>
      <w:r>
        <w:br/>
      </w:r>
    </w:p>
    <w:p w:rsidR="00A11707" w:rsidRDefault="00000000">
      <w:r>
        <w:t xml:space="preserve">We've got the gauze on the bottom of the pad, all right. I might put something a little firm there, like a used credit card and, you know, something that's not being used anymore, an old library card, a gift card, hotel room card. And I might do both sides because on one side with the card, because on the other side, just to have a little bit of stability for this part okay. And when I'm wrapping the leg, the pop, I'm going to make sure it's not very good. I'm going to make sure I go up past the first pot all right. So this is the padded pad right here. I'm just going to make sure I am wrapping up past up here so it doesn't slip off easily all right, So there's it locks it a little bit in place OK And the same thing with the vet wrap. </w:t>
      </w:r>
      <w:r>
        <w:br/>
      </w:r>
    </w:p>
    <w:p w:rsidR="00A11707" w:rsidRDefault="00000000">
      <w:r>
        <w:t xml:space="preserve">I'm going to vet wrap i'm going to vet wrap up to where there's hair because the vet wrap will stick to hair. Ok. Now the problem with vet wrap is that it self tightens. So if you don't change the vet wrap on a daily basis and cause a lot of problems, do you actually, one thing you know I would like to discuss for cat grooming because I go into more detail with the cat grooming class. Ok for protection for cats, right? I like frisk gloves. </w:t>
      </w:r>
      <w:r>
        <w:br/>
      </w:r>
    </w:p>
    <w:p w:rsidR="00A11707" w:rsidRDefault="00000000">
      <w:r>
        <w:t xml:space="preserve">All right. So the best brand of frisk gloves by the way, is Blauer BLAUER you can only get them from blauer.com or a police supply store, but because cats are punctured wounds, So what frisk gloves are okay is to protect police officers when they frisk down suspects they don't accidentally get stuck with like hypodermic needles. All right, so it offers protection here on your hands. The blowers fit better than other brands. You could probably Clipper with them. </w:t>
      </w:r>
      <w:r>
        <w:br/>
      </w:r>
    </w:p>
    <w:p w:rsidR="00A11707" w:rsidRDefault="00000000">
      <w:r>
        <w:t xml:space="preserve">It'll be a little difficult to scissor with them, Okay. I also wear a sweatshirt so the areas that a cat is most likely to bite is going to be protected either by the frisk club or the sweatshirt. And as far as a muzzle for a cat I'm going to use I you could use an E collar lampshade. The half air muzzle. I don't use full on air muzzles because they weigh 14 ounces and it's a little heavy for any sustained pressure on a cat's neck, but the half muzzles are fine. </w:t>
      </w:r>
      <w:r>
        <w:br/>
      </w:r>
    </w:p>
    <w:p w:rsidR="00A11707" w:rsidRDefault="00000000">
      <w:r>
        <w:lastRenderedPageBreak/>
        <w:t xml:space="preserve">I like happy hoodies because I could scooch it on. Whiskers are outside so the whiskers are a sensory organ, the mess to go over the face. They constantly touch the whiskers and that could be a little bit of overload Pork cat. So where was I? Overload for a cat and they can't hear them panting. But on a happy hoodie, you can whiskers are on the outside. You can tell the eyes are dialing you can tell the cat is panting. They can still bite and they're going to bite through the happy hoodie you have frisk gloves and a sweatshirt on. You're going to be well protected OKOK host in notepad. </w:t>
      </w:r>
      <w:r>
        <w:br/>
      </w:r>
    </w:p>
    <w:p w:rsidR="00A11707" w:rsidRDefault="00000000">
      <w:r>
        <w:t xml:space="preserve">I'm not understanding your question, Anita. Oh, it was a par wrap or was your question about the par wrap? I think we got a little auto correct going on here. Ok oh, a notepad. If it's OK like this size notepad, it's firm. You could probably use something like this. I guess it would be size magazine, but it would have to be you have to take anything out the paws are only so big so you don't want it extending past the paw just within the paw. Okay, that answer your question, Okay, we are going to take a break right here okay let's go back and understand that this we're going back pretty far. </w:t>
      </w:r>
      <w:r>
        <w:br/>
      </w:r>
    </w:p>
    <w:p w:rsidR="00A11707" w:rsidRDefault="00000000">
      <w:r>
        <w:t xml:space="preserve">It is in the workbook, this list here. Oh, there we go, There's your pet first aid kit, but this list is in the workbook. Do you have any questions on it? Ok, All right. Let's move it ahead. All right. We are going to take a quick break. Please stop the recording. </w:t>
      </w:r>
      <w:r>
        <w:br/>
      </w:r>
    </w:p>
    <w:sectPr w:rsidR="00A11707"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F2D92" w:rsidRDefault="00CF2D92">
      <w:pPr>
        <w:spacing w:after="0" w:line="240" w:lineRule="auto"/>
      </w:pPr>
      <w:r>
        <w:separator/>
      </w:r>
    </w:p>
  </w:endnote>
  <w:endnote w:type="continuationSeparator" w:id="0">
    <w:p w:rsidR="00CF2D92" w:rsidRDefault="00CF2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11707" w:rsidRDefault="00000000">
    <w:pPr>
      <w:pStyle w:val="Footer"/>
      <w:jc w:val="center"/>
    </w:pPr>
    <w:r>
      <w:t xml:space="preserve">Page </w:t>
    </w:r>
    <w:r>
      <w:fldChar w:fldCharType="begin"/>
    </w:r>
    <w:r>
      <w:instrText>PAGE</w:instrText>
    </w:r>
    <w:r w:rsidR="00C92C72">
      <w:fldChar w:fldCharType="separate"/>
    </w:r>
    <w:r w:rsidR="00C92C72">
      <w:rPr>
        <w:noProof/>
      </w:rPr>
      <w:t>1</w:t>
    </w:r>
    <w:r>
      <w:fldChar w:fldCharType="end"/>
    </w:r>
    <w:r>
      <w:t>/</w:t>
    </w:r>
    <w:r>
      <w:fldChar w:fldCharType="begin"/>
    </w:r>
    <w:r>
      <w:instrText>NUMPAGES</w:instrText>
    </w:r>
    <w:r w:rsidR="00C92C72">
      <w:fldChar w:fldCharType="separate"/>
    </w:r>
    <w:r w:rsidR="00C92C7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F2D92" w:rsidRDefault="00CF2D92">
      <w:pPr>
        <w:spacing w:after="0" w:line="240" w:lineRule="auto"/>
      </w:pPr>
      <w:r>
        <w:separator/>
      </w:r>
    </w:p>
  </w:footnote>
  <w:footnote w:type="continuationSeparator" w:id="0">
    <w:p w:rsidR="00CF2D92" w:rsidRDefault="00CF2D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011255">
    <w:abstractNumId w:val="8"/>
  </w:num>
  <w:num w:numId="2" w16cid:durableId="912811108">
    <w:abstractNumId w:val="6"/>
  </w:num>
  <w:num w:numId="3" w16cid:durableId="1759986773">
    <w:abstractNumId w:val="5"/>
  </w:num>
  <w:num w:numId="4" w16cid:durableId="1320958468">
    <w:abstractNumId w:val="4"/>
  </w:num>
  <w:num w:numId="5" w16cid:durableId="825442573">
    <w:abstractNumId w:val="7"/>
  </w:num>
  <w:num w:numId="6" w16cid:durableId="1978338515">
    <w:abstractNumId w:val="3"/>
  </w:num>
  <w:num w:numId="7" w16cid:durableId="1750494540">
    <w:abstractNumId w:val="2"/>
  </w:num>
  <w:num w:numId="8" w16cid:durableId="807358653">
    <w:abstractNumId w:val="1"/>
  </w:num>
  <w:num w:numId="9" w16cid:durableId="170529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A11707"/>
    <w:rsid w:val="00AA1D8D"/>
    <w:rsid w:val="00B47730"/>
    <w:rsid w:val="00C92C72"/>
    <w:rsid w:val="00CB0664"/>
    <w:rsid w:val="00CF2D9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4781DBAA-F623-5046-B53F-95A61772B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11510</Words>
  <Characters>65613</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76970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2023-07-25T00:21:00Z</dcterms:created>
  <dcterms:modified xsi:type="dcterms:W3CDTF">2023-07-25T00:21:00Z</dcterms:modified>
  <cp:category/>
</cp:coreProperties>
</file>