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4249" w:rsidRDefault="00000000">
      <w:pPr>
        <w:pStyle w:val="Title"/>
      </w:pPr>
      <w:r>
        <w:t>Planning For Accidents Part 2</w:t>
      </w:r>
    </w:p>
    <w:p w:rsidR="00E84249" w:rsidRDefault="00E84249"/>
    <w:p w:rsidR="00E84249" w:rsidRDefault="00000000">
      <w:r>
        <w:rPr>
          <w:b/>
        </w:rPr>
        <w:t>Date</w:t>
      </w:r>
      <w:r>
        <w:t xml:space="preserve">    2023-07-25</w:t>
      </w:r>
    </w:p>
    <w:p w:rsidR="00E84249" w:rsidRDefault="00E84249"/>
    <w:p w:rsidR="00E84249" w:rsidRDefault="00000000">
      <w:r>
        <w:t xml:space="preserve">OK so we are like now in the home stretch of the entire summit so we're going to be finishing up, planning for accidents so where we left off was on debriefing so I'm going to use the example that I talked about earlier so my friend Beth. So at Beth's case, this is how the debriefing would have gone. Ok So what happened? Beth ripped into the flank of a Yorkie that required three stitches okay how did it happen? Happens because she was using a skip tooth blade and she did not stretch the skin over the area where it was loose and it caught into the tines of the skip tooth and it ripped it okay. </w:t>
      </w:r>
      <w:r>
        <w:br/>
      </w:r>
    </w:p>
    <w:p w:rsidR="00E84249" w:rsidRDefault="00000000">
      <w:r>
        <w:t xml:space="preserve">What could have been done to prevent it? okay. Well today it would be like don't use a skin tooth on mad at dogs. It would also be when you don't hold up a dog and zip down with a skin tooth, you have to pull the skin tight so that there is no loose skin for those large breaks in between the times to get a hold of what how is it dealt with all right, they all had waivers about vet releases there, OK There was a vet on premise. </w:t>
      </w:r>
      <w:r>
        <w:br/>
      </w:r>
    </w:p>
    <w:p w:rsidR="00E84249" w:rsidRDefault="00000000">
      <w:r>
        <w:t xml:space="preserve">They simply took the dog from the grooming room over to the vet office where the dog was stitched up. And how could they have dealt with it better? All right. So in the case of what actually happened with Beth would be like not making her get back up on the horse and having the actual debriefing. Ok how things could have been handled better and might have to do with how is the wool treated, How did you handle the clients, any of those things? But that's what a debriefing is. And it doesn't matter how minor something is. Just because something is a minor accident for one person doesn't mean that same thing can be a major problem for somebody else. </w:t>
      </w:r>
      <w:r>
        <w:br/>
      </w:r>
    </w:p>
    <w:p w:rsidR="00E84249" w:rsidRDefault="00000000">
      <w:r>
        <w:t xml:space="preserve">And I'll use an example. Let's say mobile grooming, right? So I tripped on the hose and I just banged my head against the door to the cab. That's not a big deal, right? All right, but not doing a debriefing and realizing the reason I trip was the hose and maybe hoses shouldn't be on the floor because the next time I do it, maybe I trip outside and now there's a good two feet that I'm added to the depth of the fall i could have a concussion. I could break a neck so you could see how something, the same situation could be a minor, could be a major, right. </w:t>
      </w:r>
      <w:r>
        <w:br/>
      </w:r>
    </w:p>
    <w:p w:rsidR="00E84249" w:rsidRDefault="00000000">
      <w:r>
        <w:lastRenderedPageBreak/>
        <w:t xml:space="preserve">It's dealing with it and knowing what the problems are, yes, it can easily escalate, right. So any questions on debriefing, right, Having a medical person or veterinarian, like I'm in quotations on call. All right. So what does that mean it's a vet it's a trusted vet that you can call in case you need to be under veterinarian supervision. Then an example of that might be you have a bleeding injury it's really good bleeding injury and you need to use surgical glue. However, in most states, using surgical glue is considered practicing veterinarian medicine. </w:t>
      </w:r>
      <w:r>
        <w:br/>
      </w:r>
    </w:p>
    <w:p w:rsidR="00E84249" w:rsidRDefault="00000000">
      <w:r>
        <w:t xml:space="preserve">So if you just use it on your own, you may find yourself in a load of trouble with the with the, with the state board. But if you call a vet and say, hey, this is what happens, and the vet is telling you, yes, you need to use surgical glue and I know you know how to use it correctly because I've showed you how to do it OK And when I say surgical glue, I mean surgical glue, I do not mean crazy glue. </w:t>
      </w:r>
      <w:r>
        <w:br/>
      </w:r>
    </w:p>
    <w:p w:rsidR="00E84249" w:rsidRDefault="00000000">
      <w:r>
        <w:t xml:space="preserve">And I don't mean Super Glue, because Crazy Glue and Super Glue do not contain medically safe ingredients in fact, they contain medically unsafe ingredients, which can cause a whole lot of toxicity in the event that they're being used correct OK So that would be an example of being under veterinarian supervision, OK Or you have to bring a pet to a vet to order an ecropsy report. So get having that good relationship with a veterinarian and smooth that process over it a bit. Ok And again, making sure you have signed waivers from your clients authorizing you to take their pet to a veterinarian. </w:t>
      </w:r>
      <w:r>
        <w:br/>
      </w:r>
    </w:p>
    <w:p w:rsidR="00E84249" w:rsidRDefault="00000000">
      <w:r>
        <w:t xml:space="preserve">Ok now medical might be nowhere the closest urgent care is to you and make sure they've got you set up as a client, all right. That they have your insurance information. That if you have employees, that they have your workman's comp information. So that if there is a problem, you're just bypassing a step that needs forms and stuff and insurance things needs to be filled out. So find out where the nearest urgent care is and contact them about, you know, being and again, I'm using parentheses, you there on call doctor but the event that you have to bring somebody in for, and whether it's you or it's a client or an employee that they're already preset up to handle you and again, having that good relationship and leave for somebody that all you need is a phone call, right preparation, the best you can do is be prepared, hold on. </w:t>
      </w:r>
      <w:r>
        <w:br/>
      </w:r>
    </w:p>
    <w:p w:rsidR="00E84249" w:rsidRDefault="00000000">
      <w:r>
        <w:t xml:space="preserve">I'm like dying here, so the best you can do is to be prepared. And there's eight ways you can prepare. That's the insurance practice video and dash cams before and after pictures, your signed paperwork, walkthroughs, emergency disaster plans, and human, human and animal CPR program so let's start off with insurance. Read your policies, Okay and the conversation you want to have not with your insurance agent, but the insurance specialist at the insurance company because you are only insured as it appears on their end. </w:t>
      </w:r>
      <w:r>
        <w:br/>
      </w:r>
    </w:p>
    <w:p w:rsidR="00E84249" w:rsidRDefault="00000000">
      <w:r>
        <w:lastRenderedPageBreak/>
        <w:t xml:space="preserve">No matter what the agent told you, Okay know what your limits are as what is called Animal Bailey. Animal Bailey is your animal policy in the event of insurance. If your agent says, oh hey, you've got ten thousand dollars worth, of coverage yeah, you think that's great. But you learn from the insurance specialists at the insurance company is yes, you do have ten thousand dollars worth of Animal Bailey over the course of the year however, it's maxed out at a thousand dollars per claim, up to 10 claims. That's a huge difference, isn't it? right. All right. Yeah, exactly a lot of people don't know this. If your business changes structure, for example, let's say your business is currently in LLC and your accountant goes, hey, you're at a point, I think you need to be in escort. </w:t>
      </w:r>
      <w:r>
        <w:br/>
      </w:r>
    </w:p>
    <w:p w:rsidR="00E84249" w:rsidRDefault="00000000">
      <w:r>
        <w:t xml:space="preserve">That's great. You need to let your insurance company know that because the way your policy will reads will be grooming Company LLC is what is insured, but now you're a grooming company escorp. That's a totally different business, all right. In fact, in order to do that, you have to dissolve the LLC to become an ESCORP there's not like a box you switch up. So your insurance company knows needs to know that you are switching business structure. Again, if you don't tell them, you are not covered by insurance. Any conversation you have with your agent OK needs to be done via text or email or letter because there has to be proof, right? All agents have their own policy that says it's called errors and omissions, but it's only enforceable if you have it in some form of writing. </w:t>
      </w:r>
      <w:r>
        <w:br/>
      </w:r>
    </w:p>
    <w:p w:rsidR="00E84249" w:rsidRDefault="00000000">
      <w:r>
        <w:t xml:space="preserve">Ok If you are mobile, your vehicle policy and your business policy have to be connected OK And yes, it might be cheaper to have business insurance with company A but have vehicle insurance with company BOK But if those two policies are not connected, they may very well mean that you do not have business coverage unless you were parked in your own driveway because it goes by address. So yes, it might be a little bit more money to go with a company that will insure both the vehicle and the business under the same policy. All right, but the option maybe you may not have the coverage you think you have. </w:t>
      </w:r>
      <w:r>
        <w:br/>
      </w:r>
    </w:p>
    <w:p w:rsidR="00E84249" w:rsidRDefault="00000000">
      <w:r>
        <w:t xml:space="preserve">Oka phone call to the insurance specialist at the insurance company is going to be well worth your time. Under no. Under what circumstances you are not covered okay. We all get the policy thing in the mail it's like this thick right? And I could usually get through page five before my eyes start to glaze over and I have a headache. Okay, that phone call is going to save a lot of grief down the line, yes so i need to brings up a really good point about making sure mailing address and physical location are clearly stated in your policies, right so Anita is a brick and mortar, so it has to be the where the business is located. </w:t>
      </w:r>
      <w:r>
        <w:br/>
      </w:r>
    </w:p>
    <w:p w:rsidR="00E84249" w:rsidRDefault="00000000">
      <w:r>
        <w:t xml:space="preserve">All right so if you're a shop you're renting a space to make sure it clearly states I ate something before this OKI just went down the wrong pipe okay. Practice all right. Everything that we have talked about whether it's doing injuries or having a plan practice this okay now. I believe it was one of the president Bush's i don't know if it was the 1st or the second i don't, I don't remember. But they he, they were going into like San Francisco, </w:t>
      </w:r>
      <w:r>
        <w:lastRenderedPageBreak/>
        <w:t xml:space="preserve">San Diego or whatever. But it happened to be at the same time there was a huge first responder practice going on, OK they had the Coast Guard come in it was a huge, it's a huge thing that had been planned for a while. </w:t>
      </w:r>
      <w:r>
        <w:br/>
      </w:r>
    </w:p>
    <w:p w:rsidR="00E84249" w:rsidRDefault="00000000">
      <w:r>
        <w:t xml:space="preserve">Do you know what they did not cancel it. They went on with it, and I remember it because at the time, the person who was heading up and they didn't care that the president was coming in town, they needed to practice. And the reason that they practice is because practice makes muscle memory all right. So even if you're caught in those three apps to fight, flight or freeze, and your brain may not remember what to do if your body does, and when your body starts, starts some sort of motion, that motion also dissipates adrenaline, so you can think clearly. </w:t>
      </w:r>
      <w:r>
        <w:br/>
      </w:r>
    </w:p>
    <w:p w:rsidR="00E84249" w:rsidRDefault="00000000">
      <w:r>
        <w:t xml:space="preserve">That's like when my own dog had a heart attack and I didn't know what to do and I put my hand on them. Teach Pepper State i mean, come on, right. It's my dog, and he's agreeing with us. It was it was terrible but the second I put my hand on my that dog, I knew what to do because there was muscle memory on it okay. If you have employees, great set this up once a month. If you don't have employees, you're a single person and contact other area shops. All right, discuss this. Do a monthly, quarterly, do a lunch and this is what you discussed. You know, if you discuss business during lunch, it's tax deductible involved if you have a state association, involve the state association doing this, OK It's a great way to network with your other like areas like people in your area. </w:t>
      </w:r>
      <w:r>
        <w:br/>
      </w:r>
    </w:p>
    <w:p w:rsidR="00E84249" w:rsidRDefault="00000000">
      <w:r>
        <w:t xml:space="preserve">All right. Video camera systems, OK there's so many things to choose from here. Ok there are companies ring ways, Blink really easy to set up yourself. In fact in my office I have when I'm doing a class here I have a ring set up that when I am not teaching class it's in my garage pointed towards my garage doors OK they're easy to move to put them wherever it is you want to put them. The thing is with them you have there's if you want to keep the recordings, you have to have a subscription service with them, which I highly recommend. It's cheap. It's, I don't know, 30 bucks a year it's ridiculous. </w:t>
      </w:r>
      <w:r>
        <w:br/>
      </w:r>
    </w:p>
    <w:p w:rsidR="00E84249" w:rsidRDefault="00000000">
      <w:r>
        <w:t xml:space="preserve">Ridiculously cheap, OK And they'll keep the recordings for a certain amount of time. Whatever system you choose know the know the recording limits, how long they keep a recording. Ok everything is set up in the settings for like ring and blink. The way it was set up was when there was movement, it would start recording. When there was no movement, then it would stop recording, right? But those are all settings in the setting of whatever camera system that you're using. There are ones that can be wired into your facility, right? So like my house right here, right so I have the ring camera for my office, right also moves over to the garage and then I have an outside system set up that was set up by a professional, right? And I have recordings there for a year and I have the system set up in my house and I can change settings in that anytime I want. </w:t>
      </w:r>
      <w:r>
        <w:br/>
      </w:r>
    </w:p>
    <w:p w:rsidR="00E84249" w:rsidRDefault="00000000">
      <w:r>
        <w:lastRenderedPageBreak/>
        <w:t xml:space="preserve">But that's those obvious if you're mobile, it is as easy as yours in your phone, right you can get a flexible tripod, you can mount it up anywhere, right? The only problem with your phones is that those videos take off all the memory, okay. And you can't keep thousands of videos on your phone what you can do is you can set up a Google Drive and again, there's a free version and there's paid versions which again are stupidly cheap okay so what I would have is that I would have Google Drive folders with the name of each of my clients on it. </w:t>
      </w:r>
      <w:r>
        <w:br/>
      </w:r>
    </w:p>
    <w:p w:rsidR="00E84249" w:rsidRDefault="00000000">
      <w:r>
        <w:t xml:space="preserve">All right, I have the Google Drive app on my phone so I can move any video or photographs from my phone into their Drive folder. And I've been retired for four years now, and it was like last year that I ditched all of those folders. Ok, make sure you have signed waivers that you have such recordings OK And use them right. There are other ways in mobile vans too. You could put up a dash Cam and there is you can wire the dash Cam in or you could use a little one of those little ones that have the SD cards. </w:t>
      </w:r>
      <w:r>
        <w:br/>
      </w:r>
    </w:p>
    <w:p w:rsidR="00E84249" w:rsidRDefault="00000000">
      <w:r>
        <w:t xml:space="preserve">I actually prefer the ones with the SD cards because it doesn't have to be hooked up to like any cell service or anything like that. It just records on the little SD card, right? They're small and tiny make sure you date them so when you fill them up all right and they will rerecord over that. So if you need some recording off a dash Cam, my suggestion is to pull that out, label it, and put a new one in there so you don't accidentally rewrite over it, right? They can also be used in any area too, because they're just using an SD card, right? Ring ways and ways and blink they need they need wifi right? So know whether you need wifi or no wifi and then decide on the system that you need for your facilities. </w:t>
      </w:r>
      <w:r>
        <w:br/>
      </w:r>
    </w:p>
    <w:p w:rsidR="00E84249" w:rsidRDefault="00000000">
      <w:r>
        <w:t xml:space="preserve">Okay Friend of mine, Angie Coats, who is a frequent contributor to Positive educational training. She has external She puts everything on an external hard drive. All right, again, they're pretty cheap to get an external hard drive, and they can store terabytes of information on it. All right. What I would specifically be recording besides the groom. All right. Somebody entering with their pet and exiting with their pet, Any conversation that you have, you know, that whole husband comes in and says, Oh yeah, just shave the dog down the wife calls and she's in a little pissed. </w:t>
      </w:r>
      <w:r>
        <w:br/>
      </w:r>
    </w:p>
    <w:p w:rsidR="00E84249" w:rsidRDefault="00000000">
      <w:r>
        <w:t xml:space="preserve">But that's what your husband said and the husband's in the background i don't say that well, let's roll the tape. What's a stop to that hole he said she said nonsense. And the reason I say video of them exiting your facility. It was a mobile groomer upstate New York it was where the owner said the dog busted and jumped off the table and broke a leg. Friend of the owner was the one that picked up the dog all right. He didn't have control of the pet got away from him, got hit by a car all right, but that's not what he told his friend. </w:t>
      </w:r>
      <w:r>
        <w:br/>
      </w:r>
    </w:p>
    <w:p w:rsidR="00E84249" w:rsidRDefault="00000000">
      <w:r>
        <w:t xml:space="preserve">Okay, the only reason that this came to light. Is because of a video camera on the outside of an apartment building caught what happened if it wasn't for that, it would have been well, </w:t>
      </w:r>
      <w:r>
        <w:lastRenderedPageBreak/>
        <w:t xml:space="preserve">no, that didn't happen. And they're going to sue the groomer who can't prove it didn't happen. All right, so protect yourself. Ok Carla has 200 gigabytes iCloud storage for three bucks a month yeah, it is so stupidly cheap. I have Google Drive and I have, I'm paying, I think, 20 bucks a year and I have an absolutely stupid amount of storage on that. </w:t>
      </w:r>
      <w:r>
        <w:br/>
      </w:r>
    </w:p>
    <w:p w:rsidR="00E84249" w:rsidRDefault="00000000">
      <w:r>
        <w:t xml:space="preserve">All right, There's no reason not to do it okay. So moving it along before and after pictures OK back in the day all we had was like a Polaroid camera that, if you remember that was probably we could take before and after pictures with it. And actually Petco was really good. Now we're writing this with film. The one time we were really glad we had it was the time we ended up calling Animal Control. </w:t>
      </w:r>
      <w:r>
        <w:br/>
      </w:r>
    </w:p>
    <w:p w:rsidR="00E84249" w:rsidRDefault="00000000">
      <w:r>
        <w:t xml:space="preserve">And we were able to do so because we took before and after pictures. Tibetan Terrier was pelted, and as I'm removing the pelt, what are my oh, it was horrible. And so I called the store manager in and we were just we started to photograph as I was removing the pelt and then he says stop i'm calling animal control so and then I don't know what happened with that to be honest, but take before and after pictures, OK And the other one thing I will tell you with your before pictures, don't use it to shame your clients, OK Keep it for your own personal protection, right? That one star Yelp review. All right. Yeah, I would definitely be using before pictures in there. </w:t>
      </w:r>
      <w:r>
        <w:br/>
      </w:r>
    </w:p>
    <w:p w:rsidR="00E84249" w:rsidRDefault="00000000">
      <w:r>
        <w:t xml:space="preserve">I can't believe they shaved down my dog. Yeah, well, we had to peel the coat off your dog. This is OK So after that, we have signed paperwork. Ok All those forms I talked about, use them. Sign them. And if somebody doesn't want, this is what I tell clients if they don't want to sign it. Ok Thank you for your consideration. Good luck with them your next groomer, OKI had a client when I first got serious with my paperwork. I'm already well established. Ok so I get serious with my paperwork. And I gave my paperwork to this one guy he was a lawyer and he starts flipping through it and he goes lawyering up mary and I go, Yep. </w:t>
      </w:r>
      <w:r>
        <w:br/>
      </w:r>
    </w:p>
    <w:p w:rsidR="00E84249" w:rsidRDefault="00000000">
      <w:r>
        <w:t xml:space="preserve">And he's like, it's about time. So clients that won't sign my paperwork, okay, they're not my clients. It is it's honestly is as simple as that, right? And what I tell people, if you're concerned, well, I, you know, I need the clients. Take this into consideration. So I was grooming. My base was Danbury, connecticut which is a small city. Ok city, but a small city surrounded by many small towns. So in the city of Danbury alone there were 9000 licensed dogs and I knew that because one of my clients was Town clerk. That's not the unlicensed dogs and that's not the cats. But if I just base it on the city of Danbury only, not the surrounding towns, not the cats, and not the unlicensed pets, I can't groom 9000 pets. </w:t>
      </w:r>
      <w:r>
        <w:br/>
      </w:r>
    </w:p>
    <w:p w:rsidR="00E84249" w:rsidRDefault="00000000">
      <w:r>
        <w:t xml:space="preserve">Simply can't, all right? Part of knowing how well you charge is knowing what is, knowing what it costs to run your business and how many animals you really need, right? And as a mobile groomer, I needed 125 clients, not hundred. I need 125 pets, so not individual clients </w:t>
      </w:r>
      <w:r>
        <w:lastRenderedPageBreak/>
        <w:t xml:space="preserve">so if every household had, Just for math, every household had and I still need to use a calculator. If every household had five pets and I needed 125 how many pets is that how many clients do I need? Hundred and twenty five divided by five i mean, all I need is 25 clients. Ok know your numbers right? When you realize how the small number it is, you could start getting a little picky. </w:t>
      </w:r>
      <w:r>
        <w:br/>
      </w:r>
    </w:p>
    <w:p w:rsidR="00E84249" w:rsidRDefault="00000000">
      <w:r>
        <w:t xml:space="preserve">I want people on four weeks schedule OKOK don't know what it is about Auburn. What people here are don't take you well. Here's another thing, too. Ok now, one of the things I had going for me was mobile, all right? Which meant I could travel outside my area. Ok so let's just say nobody in Damary was ever going to pay my prices. That's a good half. Oki can go someplace else. But here's the thing, too. If you facilitate what is what somebody wants, they will travel. </w:t>
      </w:r>
      <w:r>
        <w:br/>
      </w:r>
    </w:p>
    <w:p w:rsidR="00E84249" w:rsidRDefault="00000000">
      <w:r>
        <w:t xml:space="preserve">So think about how you set yourself apart so but anyway, this is not a business workshop, it is a safety workshop. Ok, so that's another thing. All right. Moving on to inspections. All right, inspections. We see things every single day. And sometimes because we see things, everything's, we don't notice okay. Now here's the thing. If you have employees and no should decides to go, they're going to make an example of you and they're going to come out and they're going to inspect. They're going to inspect you and they find problems. They're going to find you and then they're going to give you a certain amount of time to complete those, right. </w:t>
      </w:r>
      <w:r>
        <w:br/>
      </w:r>
    </w:p>
    <w:p w:rsidR="00E84249" w:rsidRDefault="00000000">
      <w:r>
        <w:t xml:space="preserve">So you have other options. One is you can contact OSHA and you can say, hey, I want to make sure I'm in compliance. I'm asking for a voluntary inspection, OK Which means they come out, they inspect things, they tell you what the problems are and now they give you a time limit to fix them before they find OK or there are businesses that this is what they do. They if you Google business safety inspections for your area, there are companies not that are not OSHA that will come out and doing an inspection and tell you where the problems are. </w:t>
      </w:r>
      <w:r>
        <w:br/>
      </w:r>
    </w:p>
    <w:p w:rsidR="00E84249" w:rsidRDefault="00000000">
      <w:r>
        <w:t xml:space="preserve">Ok The difference is that first OSHA inspection that you request is free and business safety inspections are not. But it also might give you more time to make sure you fix the problems before OSHA comes in. All right, I've seen from what little Googling I have done on it. I have seen it as low as 150 bucks to come out and inspect which again is a business expense which is a write off okay. So moving in along your emergency and disaster plan. </w:t>
      </w:r>
      <w:r>
        <w:br/>
      </w:r>
    </w:p>
    <w:p w:rsidR="00E84249" w:rsidRDefault="00000000">
      <w:r>
        <w:t xml:space="preserve">In the workbook I have included some sheets. Now these sheets okay. So what an emergency and disaster plan is and it has to do with either an evacuation or a shelter in place. Ok again, if you have employees, OSHA requires you to have an emergency and disaster plan. And again, depending on the number of employees you have, it will determine </w:t>
      </w:r>
      <w:r>
        <w:lastRenderedPageBreak/>
        <w:t xml:space="preserve">if it has to be a written plan or it's just something that is discussed like at an employee meeting. Ok So there are two scenarios and one in which you would either actually leave or shelter in place. So why is this important to have a plan, Okay, It's how you can keep more employees safe during an event let me get in the water, Okay. </w:t>
      </w:r>
      <w:r>
        <w:br/>
      </w:r>
    </w:p>
    <w:p w:rsidR="00E84249" w:rsidRDefault="00000000">
      <w:r>
        <w:t xml:space="preserve">So the question I have is, I'm going to ask you and we're talking here for business, all right, Not a personal emergency disaster plan, the whole of the program by the way, before business, can you at any point either shelter in place with all the animals in your care or can you evacuate all the animals in your care? So what might be scenarios OK it might be as your business within 2 miles of an Interstate. </w:t>
      </w:r>
      <w:r>
        <w:br/>
      </w:r>
    </w:p>
    <w:p w:rsidR="00E84249" w:rsidRDefault="00000000">
      <w:r>
        <w:t xml:space="preserve">Because if your business is within 2 miles of an Interstate where travels on Interstate all the chemicals, all the nuclear waste, all the things. Or two miles from a from a railroad tracks that if there's a spill they're going to evacuate or a shelter in place two mile radius, right? Most likely they want an evacuation. During an evacuation, and if you're not planning or practicing what it is you're doing, those three f 's are going to come and bite you in your butt because you don't know what to do. Now you're worried and stressed and your body is dumping adrenaline in it. And it's not that animals read us very well, it's that they smell us very well. </w:t>
      </w:r>
      <w:r>
        <w:br/>
      </w:r>
    </w:p>
    <w:p w:rsidR="00E84249" w:rsidRDefault="00000000">
      <w:r>
        <w:t xml:space="preserve">Animals will smell that adrenaline on you, this will stress them out. And a pet that is stressed, it's more likely to bite OK There could be a fire in the business next door i know, Anita, you're in a strip mall type of place i don't, Carla, I don't know where your business is located. What are there's a fire next door that has nothing to do with your business. Can you get those pets out of your business safely? right. When I lived in Connecticut, there was a strip mall and it was a standard strip mall. </w:t>
      </w:r>
      <w:r>
        <w:br/>
      </w:r>
    </w:p>
    <w:p w:rsidR="00E84249" w:rsidRDefault="00000000">
      <w:r>
        <w:t xml:space="preserve">There's something special about it. But until they erected a one of those concrete barriers in front of the lobby window every single year, nobody throws through the lobby of that bank, right. That affects the structure of the entire strip mall okay. All right, so what's in the workbook is from ready. Dot gov, one of the best websites that are out OK and all the forms in there are from there. So I'm going to briefly go over them and I will tell you to take the time to go over these things and fill them out. </w:t>
      </w:r>
      <w:r>
        <w:br/>
      </w:r>
    </w:p>
    <w:p w:rsidR="00E84249" w:rsidRDefault="00000000">
      <w:r>
        <w:t xml:space="preserve">The 1st is the disastrous and virus checklist. So it's just a simple checklist of everything that FEMA wants. It is important to know what we will get to it. So the first form has to do with fire production systems. This might be your carbon, carbon dioxide, your fire extinguishers, your fire alarms, Okay. After that, the next form is on Public Emergency Services, the contractor. Who are the people you're going to contact to in the event of an emergency, </w:t>
      </w:r>
      <w:r>
        <w:lastRenderedPageBreak/>
        <w:t xml:space="preserve">right it's a contact list. </w:t>
      </w:r>
      <w:r>
        <w:br/>
      </w:r>
    </w:p>
    <w:p w:rsidR="00E84249" w:rsidRDefault="00000000">
      <w:r>
        <w:t xml:space="preserve">Most importantly, and it's when putting together an emergency response plan, is to know what the problems are in your area, right so I'm in Washington, kind of Carla, you're in Washington. And So what are our problems here? Earthquake, tsunami, land sign and depending where you are in Washington, possibly volcano. You need to know what these problems are and how you would deal with them in the event and that it happens. Ok Other parts of the country might have hurricane. Ok brush fires too, again depending on what part of Washington you are in right oregon is not much difference adida right so you have to plan your business to what happens if the only real thing that you get noticed on are hurricanes. </w:t>
      </w:r>
      <w:r>
        <w:br/>
      </w:r>
    </w:p>
    <w:p w:rsidR="00E84249" w:rsidRDefault="00000000">
      <w:r>
        <w:t xml:space="preserve">Everything else is like surprises and you're not going to have much time to plan. So are you set up so it supplies to be a shelter in place? Can you get all of those animals in your care out of your vehicles? I mean out of your facility and someplace safe into a into a vehicle? All right, if you are a one person operation and you have 30 dogs there, is that feasible for you to evacuate with 30$ If you have to assume guardianship, how are you going to let people know where you are part of the communication fund OKI would take the time to take a look at each of these firms and fill them out. </w:t>
      </w:r>
      <w:r>
        <w:br/>
      </w:r>
    </w:p>
    <w:p w:rsidR="00E84249" w:rsidRDefault="00000000">
      <w:r>
        <w:t xml:space="preserve">If you have a Summit membership, there is an emergency and disaster planning workshop in the Mastermind library, right? Goes into a little bit more detail, so there's that. Any questions on why you should have an emergency disaster plan? Okay move it all safety programs so what are the safety programs oh, we got a question. Yeah, actually, you know what? Just for those who are watching this, who do not have a membership, it is really far more costeffective to have a membership and have longer access to these summits, plus access to the mastermind library OK Anita will tell you. </w:t>
      </w:r>
      <w:r>
        <w:br/>
      </w:r>
    </w:p>
    <w:p w:rsidR="00E84249" w:rsidRDefault="00000000">
      <w:r>
        <w:t xml:space="preserve">All right, so the different safety programs that you should be taking, you should take a pet first aid class. Hands on pet first aid class. Not a video, not sitting in a seminar. A hands on pet first aid. And if anyone who's watching this is having trouble finding a hands on pet first aid class, you contact me and I'll see if I can find some place for you to take a class. Oka Human first aid class. Ok this program. Ok other emergency and planning programs. Cert training that's CERT Community Emergency Response Team training. It is a free program. Your local Emergency Management office will have a list of them when they're offering them. </w:t>
      </w:r>
      <w:r>
        <w:br/>
      </w:r>
    </w:p>
    <w:p w:rsidR="00E84249" w:rsidRDefault="00000000">
      <w:r>
        <w:t xml:space="preserve">It is however, a commitment of your time. However, I will guarantee you it is going to be the best time spent learning. This is what they just consider the basics OK so hold on questions. I know a fair number of first aid instructor pet first aid instructors across this country, OK Many of whom I've actually trained. So whatever safety programs you can take them all </w:t>
      </w:r>
      <w:r>
        <w:lastRenderedPageBreak/>
        <w:t xml:space="preserve">right? And while I will tell you to take a Handson first aid training, whether it's human or have, once you've done that, taking the onlines or the seminar type ones as a refresher is also good to do. </w:t>
      </w:r>
      <w:r>
        <w:br/>
      </w:r>
    </w:p>
    <w:p w:rsidR="00E84249" w:rsidRDefault="00000000">
      <w:r>
        <w:t xml:space="preserve">Ok And to keep in mind that bad stuff happens in spite of all your prep this bad things can still happen. Ok There's a reason they call them accidents. So when that happens, these things you just need to remember, OK we've discussed debriefing several times. The briefing is important, right so when bad stuff happens, do that debriefing okay. Keep in mind that you may need to have better medical care, all right? And needing it, doing something immediately, and then contacting the owner if there's a problem you want to be able to tell the owner what you've already done, not contact them in a blind panic. </w:t>
      </w:r>
      <w:r>
        <w:br/>
      </w:r>
    </w:p>
    <w:p w:rsidR="00E84249" w:rsidRDefault="00000000">
      <w:r>
        <w:t xml:space="preserve">Oh my God come pick up your pet okay. Taking the time to plan, having a plan of action, knowing whether or not somebody needs vet or medical care and here's the thing too, with your employees, right? Make sure you have emergency contact information for that. So some let's just say your bather slips and falls, hits their head, is unconscious. Who are you going to call? You need to know who that person is so know who emergency contact is for any employees that you have. </w:t>
      </w:r>
      <w:r>
        <w:br/>
      </w:r>
    </w:p>
    <w:p w:rsidR="00E84249" w:rsidRDefault="00000000">
      <w:r>
        <w:t xml:space="preserve">Ok don't wait for the owners to come, All right? You have to go to the vet go to the vet. Ok So I think what really started this, why I expanded this program was OK So I had been contacted by a lawyer in Washington, I don't know, two ish years ago and he wanted to. He was an animal advocate lawyer. So people who were suing on behalf of their pets basically OK so he called me, he wanted to run a scenario by me to see what I thought happened. </w:t>
      </w:r>
      <w:r>
        <w:br/>
      </w:r>
    </w:p>
    <w:p w:rsidR="00E84249" w:rsidRDefault="00000000">
      <w:r>
        <w:t xml:space="preserve">Ok And so he did. And I was honest and told them what I thought and what the bottom line was that the groomer in question was negligent. Ok But the reason he was negligent is he didn't have proper training. That's where the negligent came in, because he didn't know what to do. And that was the core problem, OK And that case eventually settled out of court. But it just got me thinking that this is necessary, right because there's so many groomers and who don't know what to do. That whole thing that happened for PetSmart where they were mishandling a pet while doing the nail trim and the pet literally choked to death. </w:t>
      </w:r>
      <w:r>
        <w:br/>
      </w:r>
    </w:p>
    <w:p w:rsidR="00E84249" w:rsidRDefault="00000000">
      <w:r>
        <w:t xml:space="preserve">And the two of them are just standing there all right, looking like they're doing nothing. But I will tell you, it wasn't that they were doing nothing, it's just they froze. They didn't know what to do OK so planning and knowing what to do is huge. Ok there was a lot of things wrong with it, but what I saw was two grow 2 groomers from froze. Something happened, something bad happened and they didn't know what to do so they froze OK no it's very sad OK OSHA OK If an employee is injured you may have to report it to OSHA OK Their website </w:t>
      </w:r>
      <w:r>
        <w:lastRenderedPageBreak/>
        <w:t xml:space="preserve">is going to guide you on what your responsibilities are. </w:t>
      </w:r>
      <w:r>
        <w:br/>
      </w:r>
    </w:p>
    <w:p w:rsidR="00E84249" w:rsidRDefault="00000000">
      <w:r>
        <w:t xml:space="preserve">If it's a death or hospitalization, it has to be done within hours, so it's not something so if an employee ends up in the hospital or your employee dies, Ocean needs to be notified within hours, not the next day. All right, if it's 3:00 in the morning when this happens, they need to know at 3:00 in the morning that this happened. Ok If it's a treatable injury, you have a little leeway with it, but it's going to be very dependent on the severity if it's usually you may have a day or so to do it OK This is also rules as far as injuries concerned, as far as paperwork is concerned. </w:t>
      </w:r>
      <w:r>
        <w:br/>
      </w:r>
    </w:p>
    <w:p w:rsidR="00E84249" w:rsidRDefault="00000000">
      <w:r>
        <w:t xml:space="preserve">As far as your responsibility, All right, again, spending a little time on Osha's website whether you are an employer or employee is going to be really eye opening. Ok Lost pet right? Typically want to talk about this had sometimes get away from whenever I'm doing the first aid class and I asked this question and I'll have people raise their hands when pet got away from that OKA lot of hands raise a lot of them OK Because someone doesn't have control of the pet, OK And a pet gets away. So there is a checklist in there, all right? Things that should be done before you contact the owner. </w:t>
      </w:r>
      <w:r>
        <w:br/>
      </w:r>
    </w:p>
    <w:p w:rsidR="00E84249" w:rsidRDefault="00000000">
      <w:r>
        <w:t xml:space="preserve">If you've lost some pet that's in your care, that owner needs to know what it is you're doing. I'll get this pet back. So you're going to do the things, meaning you're going to send someone out to look for them, OK It means you're going to contact Animal Control to let them know, right? If you're going to put up posters, you're going to do that, you're going to dictate job, things to do and then you're going to contact the owner and say, hey, a pet got your pet got away from us, This is what we were already doing, Okay. </w:t>
      </w:r>
      <w:r>
        <w:br/>
      </w:r>
    </w:p>
    <w:p w:rsidR="00E84249" w:rsidRDefault="00000000">
      <w:r>
        <w:t xml:space="preserve">Have them join in the search thing, right? And make sure before you contact that owner, you've done you've done some things okay. Yeah collar you'll not be the only one, all right? I've had in my career, 3 pets get away from me. One was because the collar was too loose, but I didn't have control of the cat pet yet that was still the owner, but we managed to get the pet back in the house. And the other one was when I worked at Petco and the dog jumped the gate, got out, and I chased that dog for probably close to 45 minutes before other people were able to corral it, keeping that dog away from the main road. </w:t>
      </w:r>
      <w:r>
        <w:br/>
      </w:r>
    </w:p>
    <w:p w:rsidR="00E84249" w:rsidRDefault="00000000">
      <w:r>
        <w:t xml:space="preserve">And the third time was Jack, the ancient English setter, who couldn't walk but surely could run OK yeah, I about had a heart attack. All right, myself. Next property results, make sure you order that net crop to report yourself. Do not leave it to the owner because if it turns out it is a preexisting condition, the owner may not share that with you. I rate customers. Yeah a lot of us get into the pet industry because we think we're working with pets and we don't have to deal with clients, OK But we may have to deal with them and it can be hard. </w:t>
      </w:r>
      <w:r>
        <w:br/>
      </w:r>
    </w:p>
    <w:p w:rsidR="00E84249" w:rsidRDefault="00000000">
      <w:r>
        <w:lastRenderedPageBreak/>
        <w:t xml:space="preserve">So if you have a facility, we have more than one person and somebody is like really good at dealing with clients, that should be the designated person who deals with, all right. Don't put the person who's going to hem and Haw and they're going to walk all over them, right. So, true story, Back when I work corporate, same client, same dog OK We come in, we do exactly what I would tell him to do we're happy with what I did and didn't say Boo ever. When the other two groomers were there, they walked all over them. </w:t>
      </w:r>
      <w:r>
        <w:br/>
      </w:r>
    </w:p>
    <w:p w:rsidR="00E84249" w:rsidRDefault="00000000">
      <w:r>
        <w:t xml:space="preserve">They yelled at them, they screamed there why can't you do what I say? And they didn't do anything different than I did, OK They just couldn't know how to deal with irate clients. You can practice you can do role play, right you know. You know who the problem people are, All right, So you can role play on how to deal with Mrs smith who comes in all right and someone can play Mrs smith and the other person can play the groomer Again, that whole practice. So you can have answers ready for them in you get in the membership best of mine library is a problem called All those Red flags. </w:t>
      </w:r>
      <w:r>
        <w:br/>
      </w:r>
    </w:p>
    <w:p w:rsidR="00E84249" w:rsidRDefault="00000000">
      <w:r>
        <w:t xml:space="preserve">All right. Also a really great program to watch OK when they're leaving reviews is they're pissed. Ok so you'll respond to reviews and quickly and defensively because that's how it's going to be read. Every one star review I have ever read, all right, was to see how the owner responded. And sometimes the one star review was warranted and sometimes the person doing the one star review was being ridiculous. All right? And how I know the difference is because how the owner responded to it there are two groups on Facebook, all right? One is tactful communications for professional for pet professionals and the other one is unmoderated tactful communications for pet professionals. </w:t>
      </w:r>
      <w:r>
        <w:br/>
      </w:r>
    </w:p>
    <w:p w:rsidR="00E84249" w:rsidRDefault="00000000">
      <w:r>
        <w:t xml:space="preserve">Run your response to one of those groups for because no one there has any has a bone in this, all right? They could see it for what it is. They have no emotion attached to your business and a customer is truly problematic and you call the police 9-1-1 I have. I have someone in here who's day however you word it. All right. I have someone who here who I feel is a danger to myself and my employees okay. </w:t>
      </w:r>
      <w:r>
        <w:br/>
      </w:r>
    </w:p>
    <w:p w:rsidR="00E84249" w:rsidRDefault="00000000">
      <w:r>
        <w:t xml:space="preserve">I have a disruptive person. Okay Anita. All right, so Carla, last irate class, I took it too far. We simply ex his wife to wait up front while we turn the dogs nails. And he lost his mind when she lied, telling him we fired them the shop as the dogs were bad they were wonderful dogs. He kept texting, calling, leaving too many voicemail calling. Oh wow, all sorts of things. Yeah, that was a fired client correct Carla Good. So nice people have to be accountable for their bad behavior OK grief counseling. All right, This can involve the death of a pet. It can involve the death of a groomer. Ok somebody that you work with. </w:t>
      </w:r>
      <w:r>
        <w:br/>
      </w:r>
    </w:p>
    <w:p w:rsidR="00E84249" w:rsidRDefault="00000000">
      <w:r>
        <w:t xml:space="preserve">So this can be really devastating all right, so if you lose a coworker, say, outside of a coworker killed in a car accident or whatever, or a pet that dies in your care, OK it can be </w:t>
      </w:r>
      <w:r>
        <w:lastRenderedPageBreak/>
        <w:t xml:space="preserve">devastating. There are grief counselors. This is their specialty. Don't hesitate to pull somebody in to talk to your staff yourself about working through this. Grief can be debilitating. It can cause depression. Not just someone being depressed it can cause depression, right? So get any help that you or your staff okay again, we're going to finish up with any more questions and how to contact me Okay. </w:t>
      </w:r>
      <w:r>
        <w:br/>
      </w:r>
    </w:p>
    <w:p w:rsidR="00E84249" w:rsidRDefault="00000000">
      <w:r>
        <w:t xml:space="preserve">All right so we're done here. All right, Carla, Anita just left. Do you have any questions before I wrap this up? Good awesome i'm going to stop the recording. </w:t>
      </w:r>
      <w:r>
        <w:br/>
      </w:r>
    </w:p>
    <w:sectPr w:rsidR="00E84249"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30AC" w:rsidRDefault="003C30AC">
      <w:pPr>
        <w:spacing w:after="0" w:line="240" w:lineRule="auto"/>
      </w:pPr>
      <w:r>
        <w:separator/>
      </w:r>
    </w:p>
  </w:endnote>
  <w:endnote w:type="continuationSeparator" w:id="0">
    <w:p w:rsidR="003C30AC" w:rsidRDefault="003C3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84249" w:rsidRDefault="00000000">
    <w:pPr>
      <w:pStyle w:val="Footer"/>
      <w:jc w:val="center"/>
    </w:pPr>
    <w:r>
      <w:t xml:space="preserve">Page </w:t>
    </w:r>
    <w:r>
      <w:fldChar w:fldCharType="begin"/>
    </w:r>
    <w:r>
      <w:instrText>PAGE</w:instrText>
    </w:r>
    <w:r w:rsidR="00D72B60">
      <w:fldChar w:fldCharType="separate"/>
    </w:r>
    <w:r w:rsidR="00D72B60">
      <w:rPr>
        <w:noProof/>
      </w:rPr>
      <w:t>1</w:t>
    </w:r>
    <w:r>
      <w:fldChar w:fldCharType="end"/>
    </w:r>
    <w:r>
      <w:t>/</w:t>
    </w:r>
    <w:r>
      <w:fldChar w:fldCharType="begin"/>
    </w:r>
    <w:r>
      <w:instrText>NUMPAGES</w:instrText>
    </w:r>
    <w:r w:rsidR="00D72B60">
      <w:fldChar w:fldCharType="separate"/>
    </w:r>
    <w:r w:rsidR="00D72B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30AC" w:rsidRDefault="003C30AC">
      <w:pPr>
        <w:spacing w:after="0" w:line="240" w:lineRule="auto"/>
      </w:pPr>
      <w:r>
        <w:separator/>
      </w:r>
    </w:p>
  </w:footnote>
  <w:footnote w:type="continuationSeparator" w:id="0">
    <w:p w:rsidR="003C30AC" w:rsidRDefault="003C30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1906682">
    <w:abstractNumId w:val="8"/>
  </w:num>
  <w:num w:numId="2" w16cid:durableId="276955367">
    <w:abstractNumId w:val="6"/>
  </w:num>
  <w:num w:numId="3" w16cid:durableId="718865556">
    <w:abstractNumId w:val="5"/>
  </w:num>
  <w:num w:numId="4" w16cid:durableId="1965111881">
    <w:abstractNumId w:val="4"/>
  </w:num>
  <w:num w:numId="5" w16cid:durableId="1374037821">
    <w:abstractNumId w:val="7"/>
  </w:num>
  <w:num w:numId="6" w16cid:durableId="2109348043">
    <w:abstractNumId w:val="3"/>
  </w:num>
  <w:num w:numId="7" w16cid:durableId="454905089">
    <w:abstractNumId w:val="2"/>
  </w:num>
  <w:num w:numId="8" w16cid:durableId="687488356">
    <w:abstractNumId w:val="1"/>
  </w:num>
  <w:num w:numId="9" w16cid:durableId="1583904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C30AC"/>
    <w:rsid w:val="00AA1D8D"/>
    <w:rsid w:val="00B47730"/>
    <w:rsid w:val="00CB0664"/>
    <w:rsid w:val="00D72B60"/>
    <w:rsid w:val="00E8424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781DBAA-F623-5046-B53F-95A61772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5341</Words>
  <Characters>30450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2023-07-25T01:01:00Z</dcterms:created>
  <dcterms:modified xsi:type="dcterms:W3CDTF">2023-07-25T01:01:00Z</dcterms:modified>
  <cp:category/>
</cp:coreProperties>
</file>