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4E41" w:rsidRDefault="00000000">
      <w:pPr>
        <w:pStyle w:val="Title"/>
      </w:pPr>
      <w:r>
        <w:t>Sanitation Part 1</w:t>
      </w:r>
    </w:p>
    <w:p w:rsidR="00F24E41" w:rsidRDefault="00F24E41"/>
    <w:p w:rsidR="00F24E41" w:rsidRDefault="00000000">
      <w:r>
        <w:rPr>
          <w:b/>
        </w:rPr>
        <w:t>Date</w:t>
      </w:r>
      <w:r>
        <w:t xml:space="preserve">    2023-07-23</w:t>
      </w:r>
    </w:p>
    <w:p w:rsidR="00F24E41" w:rsidRDefault="00F24E41"/>
    <w:p w:rsidR="00F24E41" w:rsidRDefault="00000000">
      <w:r>
        <w:t xml:space="preserve">Hey everybody, Welcome to the Sanitation and Safety Summit. We're starting off with sanitation and safety all in, one big topic here from Angie. This is an updated program for her by the way. So Angie, it is all yours take it away okay welcome. Thank you for coming. This is worth PGC credit. So if you take the test, you email me the test and I will make sure at the very end that my email is on there and if you pass the test then you get the PGC credit and let's get into it. </w:t>
      </w:r>
      <w:r>
        <w:br/>
      </w:r>
    </w:p>
    <w:p w:rsidR="00F24E41" w:rsidRDefault="00000000">
      <w:r>
        <w:t xml:space="preserve">So this is me. I've actually been grooming now for 35 years. I'm the successful business owner of Furry Tales and this you can reach me the best way to reach me is Facebook or text me. My goal for today is to teach you the proper way to keep your tools, equipment, and your workspace clean, disinfected, and sanitized. Now on my end, there seems to be a bit of distortion on the screen image. Is it clear for you guys? Clear okay cool. </w:t>
      </w:r>
      <w:r>
        <w:br/>
      </w:r>
    </w:p>
    <w:p w:rsidR="00F24E41" w:rsidRDefault="00000000">
      <w:r>
        <w:t xml:space="preserve">All right. So also following best practices will reduce your chance of incurring an issue with the pet and reduce your personal risk as well. And that's the big thing, is reducing your personal risk. The information in this program is designed for educational purposes only it is solely advisory and the authors cannot be held responsible for actions taken regard to this program. We offer no warranty either implied or expressed, and all material is accurate to the best of my knowledge. The laundry list of topics we will be covering today Zoonosis, cleaning, disinfection, sanitation, air cleaners, tools and equipment, shampoo, bottles and product containers, Concerns by area concern for house calling, mobile creating a cleaning list and grooming safety. </w:t>
      </w:r>
      <w:r>
        <w:br/>
      </w:r>
    </w:p>
    <w:p w:rsidR="00F24E41" w:rsidRDefault="00000000">
      <w:r>
        <w:t xml:space="preserve">So let's dive right in. Zoonotics So the most common zoonosis in the US is brucellosis. Brucellosis is an infectious disease and it's caused by bacteria. People can get the disease when they're in contact with infected animals. Animal product contained with the bacteria. The ones that are most commonly that animals that most commonly have brucellosis are sheep, cattle, goats, pigs, dogs. And the most common way to be infected is by eating or drinking unpasteurized or raw dairy products. That's why in a lot of states they're not allowed to sell them. And when sheep, goats, cows or camels are infected, their milk becomes infected with the bacteria. </w:t>
      </w:r>
      <w:r>
        <w:br/>
      </w:r>
    </w:p>
    <w:p w:rsidR="00F24E41" w:rsidRDefault="00000000">
      <w:r>
        <w:lastRenderedPageBreak/>
        <w:t xml:space="preserve">Large dairies will do brucellosis checks routinely because if one has it then it just spreads right through the hurt, so that animal would have to be treated so dogs eating a raw diet can carry brucellosis. So for those that let dogs lick their faces, please know that if that dog is eating raw, you do have an increased chance of getting brucellosis, because in some raw diets, they're raw, they're not cooked so the bacteria that is in them on them does remain the dog consumes them, it is in their mouth, and then they share that with you by licking you. </w:t>
      </w:r>
      <w:r>
        <w:br/>
      </w:r>
    </w:p>
    <w:p w:rsidR="00F24E41" w:rsidRDefault="00000000">
      <w:r>
        <w:t xml:space="preserve">The next one is influenza, Kennel cough, canine influenza. Almost all dogs are susceptible to canine flu infection, and virus infection tends to spread among dogs housed in kennel shelters and grooming salons, so this is a huge one for us. Canine flu is thought to spread mainly among dogs through respiratory droplets. We are all familiar with the whole respiratory droplet thing to the nth degree at this point, and they're produced by coughing, sneezing from infected dogs, or through contact with contaminated surfaces, and therefore dog owners who dogs are coughing or showing other signs of respiratory disease should not expose their dog to other dogs or cats. </w:t>
      </w:r>
      <w:r>
        <w:br/>
      </w:r>
    </w:p>
    <w:p w:rsidR="00F24E41" w:rsidRDefault="00000000">
      <w:r>
        <w:t xml:space="preserve">Clothing, equipment, surfaces and hands should be cleaned and disinfected after exposure to dogs showing signs of respiratory disease. So the board at HeLa Vaccine protects against H3 and eight and H3 and two. But if a dog is coughing on intake and it's not known to have a heart condition, don't take the dog because there's a lot of other strains. So while they are vaccinated for kennel cough, kennel cough is simply an influenza strain. There are many like lots and lots of them. </w:t>
      </w:r>
      <w:r>
        <w:br/>
      </w:r>
    </w:p>
    <w:p w:rsidR="00F24E41" w:rsidRDefault="00000000">
      <w:r>
        <w:t xml:space="preserve">So even though they have the board Atella vaccine, they can still have it. Additionally, water bowls, shared water bowls so in grooming salons that do like a cage free, this is a huge concern because if dogs are sharing water bowls, they're also sharing any contaminants in their mouth. So that could be Bruce, Lois, it could be influenza, it could be anything that is respiratory spread. Ok so skip the shared water bowls and make sure you bleach and water all your water bowls in between dogs influenza, feline, so cats can be infected with the influenza virus as well, including avian influenza viruses so when they're killing a bird outside that's kind of wonky and then the cats like, oh great, and then they catch the bird, they eat the bird. </w:t>
      </w:r>
      <w:r>
        <w:br/>
      </w:r>
    </w:p>
    <w:p w:rsidR="00F24E41" w:rsidRDefault="00000000">
      <w:r>
        <w:t xml:space="preserve">Now they if it had avian flu, which is huge right here in Massachusetts at this time, then they can actually be carrying the avian flu virus and they can spread it to each other, cat to cat. So if you are like me and you're grooming cats in your salon, you have to be super careful about cleaning up after your cat clients and in between them. So influenza and cats is thought to spread the same way human flu spreads, through direct contact, playing or sleeping together, licking, nuzzling through the air droplets, from coughing, sneezing, and through </w:t>
      </w:r>
      <w:r>
        <w:lastRenderedPageBreak/>
        <w:t xml:space="preserve">contaminated surfaces such as shared food bowls, water bowls, cage surfaces. </w:t>
      </w:r>
      <w:r>
        <w:br/>
      </w:r>
    </w:p>
    <w:p w:rsidR="00F24E41" w:rsidRDefault="00000000">
      <w:r>
        <w:t xml:space="preserve">Some scientific studies suggest it is not uncommon for people to infect cats with their seasonal influenza viruses, so we can actually give it to them. If they're the person's cat is like my cat and they sleep like on your chest and you're breathing any if you have the flu and you're breathing that air droplets onto the cat, the cat is ingesting them and they can become infected. </w:t>
      </w:r>
      <w:r>
        <w:br/>
      </w:r>
    </w:p>
    <w:p w:rsidR="00F24E41" w:rsidRDefault="00000000">
      <w:r>
        <w:t xml:space="preserve">Influenza infection cats has generally resulted in mild illnesses in cats, and the CDC believes that the risk of human infection with the influenza virus from infected cats is low, but risk is dependent on the virus and the duration and intensity of the exposure. Lyme disease Lyme disease is the most common vector borne disease in the US The Lyme disease bacterium is spread through the bite of infected ticks. The blacklegged tick, deer tick is what most people call them, spreads the disease in the Northeastern, Mid-Atlantic and North Central US The western blacklegged tick spreads the disease on the Pacific Coast. </w:t>
      </w:r>
      <w:r>
        <w:br/>
      </w:r>
    </w:p>
    <w:p w:rsidR="00F24E41" w:rsidRDefault="00000000">
      <w:r>
        <w:t xml:space="preserve">So we just it's all over the country. And it did start on the East Coast. The plague. And right now you're going, what? The plague? Yep, the plague still exists. The bacteria that causes plague to maintain their existence in a cycle involving rodents and their fleas. So the plague occurs in rural and semi rural areas of the western US and primarily in semi arid upland forests, grasslands where many types of rodent species may be involved. </w:t>
      </w:r>
      <w:r>
        <w:br/>
      </w:r>
    </w:p>
    <w:p w:rsidR="00F24E41" w:rsidRDefault="00000000">
      <w:r>
        <w:t xml:space="preserve">Many types of animals such as rock squirrels, wood rats, ground squirrels, Prairie dogs, chipmunks, mice, bowls, all the little bitty rodents. They can be affected by the plague. Yet someone had commented that ticks are really bad and they're it's actually really bad all over the East Coast we've had a very humid and somewhat mildish summer and the Lyme and other tick borne diseases are really bad. So the plague transmission is flea bites. Now if you go back through history when half of Europe pretty much got wiped out, I think it was actually 1/3 of Europe was wiped out. </w:t>
      </w:r>
      <w:r>
        <w:br/>
      </w:r>
    </w:p>
    <w:p w:rsidR="00F24E41" w:rsidRDefault="00000000">
      <w:r>
        <w:t xml:space="preserve">The problem that they had was at the time cats were seen as issue, if you will, of the devil and they thought they were bringers of evil and people were killing cats. Well, the problem with that is you've reduced the predation on the mice and the rats. So the mice and the rats that carried the fleas brought, they increased in number because they're predators natural predators were gone because there were so few cats. </w:t>
      </w:r>
      <w:r>
        <w:br/>
      </w:r>
    </w:p>
    <w:p w:rsidR="00F24E41" w:rsidRDefault="00000000">
      <w:r>
        <w:t xml:space="preserve">And then the fleas would jump off of the mice and the rats, they would bite the people, the people would get the plague and it was just an endless cycle. And they didn't have enough predation on the vector, which is the mice and rats with the fleas. So transmission is flea </w:t>
      </w:r>
      <w:r>
        <w:lastRenderedPageBreak/>
        <w:t xml:space="preserve">bites, contaminated blood or tissue, plague bacteria, most often transmitted by the bite of infected flea. Humans can become infected when handling tissue or bodily fluids of plague infected animal or human being. And This is why it spreads so rapidly they didn't have the sanitation that we have now. So washing your hands, they didn't realize bacteria was a thing back then, so there was no washing of the hands they would see the plague doctors would see one patient, and if that patient had plague, they were cleaning them up. </w:t>
      </w:r>
      <w:r>
        <w:br/>
      </w:r>
    </w:p>
    <w:p w:rsidR="00F24E41" w:rsidRDefault="00000000">
      <w:r>
        <w:t xml:space="preserve">They would take those dirty hands, go see the next patient who may not have had yet the plague but now had the plague because they smeared that all over their bodies. So hand washing is such a really crucial thing. Cats are particularly susceptible to plague and can be infected by eating infected rodents. Sick cats pose a risk of transmitting infectious plague droplets to their owners or to veterinarians. Several cases of human plague have occurred in the US in the recent decades as a result of with infected cats. That's the feral cat populations that we have in some states that are quite large rabies. Ok rabies is one of the big ones. </w:t>
      </w:r>
      <w:r>
        <w:br/>
      </w:r>
    </w:p>
    <w:p w:rsidR="00F24E41" w:rsidRDefault="00000000">
      <w:r>
        <w:t xml:space="preserve">It is fatal but preventable viral disease. It can spread to people and pets if they are bitten or scratched by rabid animal. And in the US rabies is mostly found in wild animals like bass, raccoons, skunks, foxes, Opossums cannot get rabies. Their body is naturally immune, so you don't have to worry if you think a possum is acting weird you're like, oh, it might be rabbit it's not. And in many other countries, dogs still carry rabies, much less so in the US because of the vaccination program that we've been working on. </w:t>
      </w:r>
      <w:r>
        <w:br/>
      </w:r>
    </w:p>
    <w:p w:rsidR="00F24E41" w:rsidRDefault="00000000">
      <w:r>
        <w:t xml:space="preserve">But it is quite common. In some countries, like India, it's rabies isn't that people die from rabies all the time there, If a dog, a cat, is unvaccinated for rabies, don't groom them. I require a rabies shot for every pet that comes in my salon and you can too. And if the owners aren't okay with that, it's that's okay not it's not a law in every state, but it is a law in some states that pets must be vaccinated for rabies. </w:t>
      </w:r>
      <w:r>
        <w:br/>
      </w:r>
    </w:p>
    <w:p w:rsidR="00F24E41" w:rsidRDefault="00000000">
      <w:r>
        <w:t xml:space="preserve">And so, you know, I would do your due diligence and while I understand it's not our job to track their shot records, I do it for the protection of myself and my staff. It is, I believe Anita asked if it was a law across the board. I believe in all 50 states it is a law that they must be vaccinated for rabies and a dog, where we'll get more in depth into the symptoms and signs of rabies and once we get further in and Salmonella. </w:t>
      </w:r>
      <w:r>
        <w:br/>
      </w:r>
    </w:p>
    <w:p w:rsidR="00F24E41" w:rsidRDefault="00000000">
      <w:r>
        <w:t xml:space="preserve">Salmonella are bacteria that make people sick. They were first discovered by an American scientist named Doctor Daniel E Salmon in 1885 Hint, test, question. Salmonella live in the intestines of people and animals, and people can get a salmonella infection from a variety of sources, including eating contaminated food or drinking contaminated water, touching infected animals, their feces or their environment. So how do they spread direct contact? </w:t>
      </w:r>
      <w:r>
        <w:lastRenderedPageBreak/>
        <w:t xml:space="preserve">Direct contact is literally like touching the saliva, the blood, the urine, the mucus, the feces or other bodily fluids of an infected animal. In other words, what we do all day, every day, because I do not know a groomer alive that does not clean the mouth and the rear end of every single animal that we grow. </w:t>
      </w:r>
      <w:r>
        <w:br/>
      </w:r>
    </w:p>
    <w:p w:rsidR="00F24E41" w:rsidRDefault="00000000">
      <w:r>
        <w:t xml:space="preserve">That's what we do. So we are touching all of these areas that spread these diseases and we do it all day long. So examples include petting, touching, washing, bite, any bites, scratches and this also includes contact in your shoes. So if you're wearing the shoes you groom in into your house and wearing them around your house, you're spreading any bacteria from your salon all over your house. Don't do that. It's a bad idea. When I was in college, I was a bio major and in the microbiology lab we had to, we each got two Petri dishes and we had to grow something. </w:t>
      </w:r>
      <w:r>
        <w:br/>
      </w:r>
    </w:p>
    <w:p w:rsidR="00F24E41" w:rsidRDefault="00000000">
      <w:r>
        <w:t xml:space="preserve">So everybody was running around like crazy people trying to find the grossest thing that they could to swab and then put into the Petri dish so it would grow and they're out they all ran out of the lab looking for stuff. I literally didn't even move out of my chair, picked up my left shoe, swab the bottom of it, put that on one Petri dish, picked up my right shoe, swab the bottom of it, and put that in the other Petri dish, covered it and called it a day and mine. I won. I won the challenge i grew more goo than anybody else i had all different kinds of bacteria that it was like huge and thick. </w:t>
      </w:r>
      <w:r>
        <w:br/>
      </w:r>
    </w:p>
    <w:p w:rsidR="00F24E41" w:rsidRDefault="00000000">
      <w:r>
        <w:t xml:space="preserve">And it was from shoes. And people did the bathrooms, they did the toilets in the bathroom they did the sinks in the bathroom they did the public payphone. Yeah, I'm old there were actually public payphones back then. They did the stairs, the railing. They did door handles and none of them grew as well or as thickly as the bottom of shoes. So and I didn't like, do anything amazing with my shoes they were just regular old shoes, indirect contact, coming into contact with areas where animals live and roam or objects or surfaces that have been contaminated with germs. So aquarium tank, water habitats, chicken coops, barns, plants, soils, pet food, water dishes. Vector borne is being bitten by a tick or a flea or a mosquito. </w:t>
      </w:r>
      <w:r>
        <w:br/>
      </w:r>
    </w:p>
    <w:p w:rsidR="00F24E41" w:rsidRDefault="00000000">
      <w:r>
        <w:t xml:space="preserve">Food borne. Every single year, one in six Americans get sick from eating contaminated food. So you see it on the news, It's like, oh, lettuce. Lettuce has salmonella and you're like, what? How does lettuce have salmonella? Because they fertilize. So some of the fertilizer from the animals had salmonella. So those animals had salmonella. They defecated. That feces became part of the manure. That manure was then spread over the lettuce. And now this lettuce has salmonella. So foodborne is an issue they you see it in grapes, it was in a number of different foods through the years and you get the warning, You'll see it unpasteurized. </w:t>
      </w:r>
      <w:r>
        <w:br/>
      </w:r>
    </w:p>
    <w:p w:rsidR="00F24E41" w:rsidRDefault="00000000">
      <w:r>
        <w:t xml:space="preserve">Raw milk, undercooked meat or eggs, raw fruits, vegetables that are contaminated with feces from an infected animal. And contaminated foods can cause illness in people and </w:t>
      </w:r>
      <w:r>
        <w:lastRenderedPageBreak/>
        <w:t xml:space="preserve">animals, including pets. So waterborne drinking or coming in contact with water that has been contaminated with feces from an infected animal. You take your dog for a walk, hike through the woods, and you're walking along and the dog drinks out of a stream, a swamp. And you're like, oh, OK so you're thirsty you're drinking that well, here's the problem. </w:t>
      </w:r>
      <w:r>
        <w:br/>
      </w:r>
    </w:p>
    <w:p w:rsidR="00F24E41" w:rsidRDefault="00000000">
      <w:r>
        <w:t xml:space="preserve">Half an hour prior, a raccoon that carried Jardia. Pooped in that water because raccoons just poop in the woods. They just do. And so now they've ingested part of that fecal matter. And now that Giardia is in their system. And that's how every single summer we get somebody that ends up canceling their appointment because their pet has Giardia because they were walking through the woods and they always say, I don't know how he got it. </w:t>
      </w:r>
      <w:r>
        <w:br/>
      </w:r>
    </w:p>
    <w:p w:rsidR="00F24E41" w:rsidRDefault="00000000">
      <w:r>
        <w:t xml:space="preserve">And my first question is, have you gone hiking with the dog recently? And they say, yeah, so how did they get it from that and I'm like, did they drink out of the swamp, the stream, a puddle? Yeah, Well, that's how Giardia is spread. It's that's the like the number one way for it to spread. So these are the issues of concern for grooming. Just temper fleas, Giardia, rabies, ringworm and ticks, distemper, Canine distemper is a virus that affects A dog's respiratory, gastrointestinal, and central nervous system as well as conjunctable membranes of the eye. So you can see right here what it looks like, and it's like a thick, greenish yellow posse goo that covers that eyeball and the general symptoms of canine distemper. </w:t>
      </w:r>
      <w:r>
        <w:br/>
      </w:r>
    </w:p>
    <w:p w:rsidR="00F24E41" w:rsidRDefault="00000000">
      <w:r>
        <w:t xml:space="preserve">The first signs include sneezing, coughing, a thick mucus coming from the eyes and the nose, Fever, lethargy, sudden vomiting and diarrhea, depression and her loss of appetite. These are all symptoms of distemper, and they get it from its past dog to dog through direct contact of fresh urine. Blood, saliva, sneezing, coughing, sharing food and water bowls are always it can be passed on. </w:t>
      </w:r>
      <w:r>
        <w:br/>
      </w:r>
    </w:p>
    <w:p w:rsidR="00F24E41" w:rsidRDefault="00000000">
      <w:r>
        <w:t xml:space="preserve">Infected dogs can shed the virus for months, and mother dogs can pass it right to their puppies. It passes through to the placenta, and because distemper impacts wildlife contact, so they eat the dead thing they found in the woods or they chew on it. If it had distemper, now they have distemper, so there's been canine distemper outbreaks in raccoon populations, and so that signals a huge high risk for the dogs. So if you have any suspicion that your dog may have distemper, you need to see the vet absolutely immediately because it spreads so rapidly and aggressively. It's got to be treated as soon as it's discovered. </w:t>
      </w:r>
      <w:r>
        <w:br/>
      </w:r>
    </w:p>
    <w:p w:rsidR="00F24E41" w:rsidRDefault="00000000">
      <w:r>
        <w:t xml:space="preserve">I have shop requirements for my salon and we had a dog come in and his eyes were like this and my assistant Angie went hang on, she came and got me and because she was doing checking and I was like no and because she said oh i forgot my shot records and I said oh I'm sorry, I understand you forgot them and we can call the vet. However if you don't have them we're not taking your dog. Well he's an old dog and he can't get the shots and she ran </w:t>
      </w:r>
      <w:r>
        <w:lastRenderedPageBreak/>
        <w:t xml:space="preserve">around she called the vet and the vet's like, we haven't seen that dog in years and she always denies getting any vaccinations at all. </w:t>
      </w:r>
      <w:r>
        <w:br/>
      </w:r>
    </w:p>
    <w:p w:rsidR="00F24E41" w:rsidRDefault="00000000">
      <w:r>
        <w:t xml:space="preserve">The dog has never had vaccinations. It's never even had a rabies shot. And I'm like, Oh no, you go away. Turns out it wasn't back distemper and the dog was euthanized because it was old. So she tried to bring a dog with distemper into my salon. So it is something you may see during your career, you may not. But if you require the distempo distemper parvo then you won't have an issue with it. So the results of a distemper test are not always reliable. So you your vent has to look at the whole picture rather than just testing you don't doing a blood drop because it depends on the dog symptoms, health, history and a positive result can help confirm an infection. </w:t>
      </w:r>
      <w:r>
        <w:br/>
      </w:r>
    </w:p>
    <w:p w:rsidR="00F24E41" w:rsidRDefault="00000000">
      <w:r>
        <w:t xml:space="preserve">But a dog can still be positive even if the test comes up negative. So puppies and adolescent dogs who have not been vaccinated are the most vulnerable to the distemporary virus. They are typically rescues with an unknown vaccination histories or have been bought from puppy stores you know the pet stores Serious infections are most often seen in puppies or adolescent dogs. And puppies younger than seven weeks born to mothers who haven't been vaccinated are extremely susceptible. Once infected, they're very weak and the virus travels to the brain causing seizures, shaking, and trembling. </w:t>
      </w:r>
      <w:r>
        <w:br/>
      </w:r>
    </w:p>
    <w:p w:rsidR="00F24E41" w:rsidRDefault="00000000">
      <w:r>
        <w:t xml:space="preserve">And a weakened immune system leaves the infected dog open to secondary infections like pneumonia. And it is fairly likely that they will end up passing away fleas. Oh, how I hate fleas. There are four life stages, so you can see them here it starts with eggs, it goes to larva, then it goes to pupa, and then it goes to adult. Now the eggs and the larva are super teeny tiny. You're really not going to see them. The pupa is also exceptionally small. You're really not going to see that. </w:t>
      </w:r>
      <w:r>
        <w:br/>
      </w:r>
    </w:p>
    <w:p w:rsidR="00F24E41" w:rsidRDefault="00000000">
      <w:r>
        <w:t xml:space="preserve">You may not even see the adult flea. However, what you will see is a pepper like substance that is in the coat usually in the back end for the you're looking for the heat areas and so flea poop is blood that the fleas have consumed and they've excreted back onto the pet. And when you put a dog who has fleas or has had fleas so they can be treated and still have the flea poop all over them, of course, because the flea prevention, the, you know, the pills and the topicals that do kill the fleas, it doesn't do anything about the flea poop. </w:t>
      </w:r>
      <w:r>
        <w:br/>
      </w:r>
    </w:p>
    <w:p w:rsidR="00F24E41" w:rsidRDefault="00000000">
      <w:r>
        <w:t xml:space="preserve">So when you run that water down the dog, it's going to run blood red because that's what it is. It's blood, That's what fleas eat that's what they excrete. So don't panic. It is fairly common that a dog with fleas is going to have this issue and so rinse them off and then wash as normal. The adults live on animals like your dog where they lay their eggs and the eggs are spread through everywhere that dog goes, In the yard, in the couch, in the rug. </w:t>
      </w:r>
      <w:r>
        <w:br/>
      </w:r>
    </w:p>
    <w:p w:rsidR="00F24E41" w:rsidRDefault="00000000">
      <w:r>
        <w:lastRenderedPageBreak/>
        <w:t xml:space="preserve">Fleas are awful and then they hatch. However, you can have a like a delayed. So you go camping at a cabin in the woods and you rent this cabin and no one's been in it for three years and your dog does not have fleas and you bring your dog into the place and the earthquake syndrome of you stepping onto the floor. What it does is it actually awakens the hibernating fleas because there was no food for them to eat. So they will wait in stasis and then once there is something they can eat, then they come out and it could not even be your dog, it could be you. </w:t>
      </w:r>
      <w:r>
        <w:br/>
      </w:r>
    </w:p>
    <w:p w:rsidR="00F24E41" w:rsidRDefault="00000000">
      <w:r>
        <w:t xml:space="preserve">So you walking around, now they're awakened. They go from larvae to pupa to adult, and now you're covered in fleas and you're like, what how did my dog bring these fleas here no one's been here for years. No, it was because they were already there. So they like nice warm environments 65 to 80 degrees and humidity levels of 75 to 85 %. So you're not going to see them much in like the desert so in Las Vegas, it's too hot and there's not enough humidity for a flea. So it's really not going to be an issue there. In the desert areas, in the more humid areas of Nevada, you may see it, but in like the desert proper, it's you're not going to have that issue. </w:t>
      </w:r>
      <w:r>
        <w:br/>
      </w:r>
    </w:p>
    <w:p w:rsidR="00F24E41" w:rsidRDefault="00000000">
      <w:r>
        <w:t xml:space="preserve">So in many areas of the southern US fleas can survive and bother a pet all year round because it's never cold enough for them to not be in hibernation. And here in New England, that is the one thing I'm thankful for is snow. Gets rid of them. Go away, you little blood suckers, at least for a while. Fleas can't fly. However, they can jump 12 feet and at 90 miles an hour, so you're not even going to see them because it's too fast you're going to. </w:t>
      </w:r>
      <w:r>
        <w:br/>
      </w:r>
    </w:p>
    <w:p w:rsidR="00F24E41" w:rsidRDefault="00000000">
      <w:r>
        <w:t xml:space="preserve">You might catch movement out of your eye, but it's flying at 90 miles or jumping at 90 miles an hour, and it can jump up to 12 feet away. So while you have a dog with fleas in the tub and you're doing all the things to protect keeping the fleas on the dog, you know you're doing the ring around the neck and you're doing all the stuff those fleas are leaving and going to Fluffy and down the hall, they're already there. It's two hops and they're 24 feet away. </w:t>
      </w:r>
      <w:r>
        <w:br/>
      </w:r>
    </w:p>
    <w:p w:rsidR="00F24E41" w:rsidRDefault="00000000">
      <w:r>
        <w:t xml:space="preserve">And I don't know too many people that have hundreds and hundreds of square feet length to their salons. So This is why I don't take pets with fleas i don't, I don't want them in my salon. I don't want to expose the other pets to fleas so the flea bites can cause itching for the dog or the cat or whatever pet it happens to be on either or you. Especially if they're flea allergic now, if they're flea allergic, one bite can cause flea bite dermatitis so what happens is because when fleas bite, there is a small amount of invenomation that takes place. </w:t>
      </w:r>
      <w:r>
        <w:br/>
      </w:r>
    </w:p>
    <w:p w:rsidR="00F24E41" w:rsidRDefault="00000000">
      <w:r>
        <w:t xml:space="preserve">It's like a numbing agent and every flea bite once per minute. So as groomers, we've seen dogs that were literally infested with fleas. You have a thousand fleas on this dog. Know that in every minute that pet is bitten a thousand times, so they will become anemic. They will </w:t>
      </w:r>
      <w:r>
        <w:lastRenderedPageBreak/>
        <w:t xml:space="preserve">itch all over and cats are much less likely to show any symptoms of fleas. So you won't see them being very itchy or ripping out hair. They just for some reason deal with it. I don't understand how or why, but they do and where a dog is, they'll rip out their fur. They have secondary skin infections from ripping out the fur and chewing and gnawing, and it's just that they're hypersensitive to the saliva that the flea has. </w:t>
      </w:r>
      <w:r>
        <w:br/>
      </w:r>
    </w:p>
    <w:p w:rsidR="00F24E41" w:rsidRDefault="00000000">
      <w:r>
        <w:t xml:space="preserve">Ok so flea dirt Fleas are dark copper color and about the size of the head of a pin. They dislike light. So your best chance of spotting fleas on a dog is to look within the furry areas, the belly, the inner thigh, the tail set. You'll see the flea dirt in there and they look like dark spots of pepper scattered on the skin surface. And what you can do is if somebody says no that's just dirt that's because he was rolling around in the. So what you do is you get a wet paper towel and you apply it to the peppery substance And if it melts, red because I had people say that, Oh no, we just have you know, he was rolling around in the sand or whatever okay however, sand doesn't bleed. </w:t>
      </w:r>
      <w:r>
        <w:br/>
      </w:r>
    </w:p>
    <w:p w:rsidR="00F24E41" w:rsidRDefault="00000000">
      <w:r>
        <w:t xml:space="preserve">So yeah, bye. Because I'm not taking pets with fleas in my salon. Common flea symptoms excessive scratching, itching, biting, licking, loss of hair, scabs, flea bites, Abnormal red patches, Small bumps around the body or the neck, Yeast and bacterial infections, skin infections, ear infections, flea, dirt and I don't. I will never take fleas back when dogs or cats with fleas. Back when I was in my early twenties, I was just it was bathing and then at the I would bathe all the dogs and then I'd groom. </w:t>
      </w:r>
      <w:r>
        <w:br/>
      </w:r>
    </w:p>
    <w:p w:rsidR="00F24E41" w:rsidRDefault="00000000">
      <w:r>
        <w:t xml:space="preserve">You guys remember what it was like when you started. You'd groom that one or two dogs at the end of the day after you bathed everybody else. We were open six days a week for 12 hours from six a m to six p m. So I would go in at six a m and I'd start prepping and bathing the dogs, and every dog had fleas back then we used flea shampoo on everyone and we would put a baby pool out in the parking lot and once a month we would do dip day and everybody would line up with their dogs and they would come in i would stand in muck boots and I would pour the dip over the dogs. </w:t>
      </w:r>
      <w:r>
        <w:br/>
      </w:r>
    </w:p>
    <w:p w:rsidR="00F24E41" w:rsidRDefault="00000000">
      <w:r>
        <w:t xml:space="preserve">Well, after a few years of grooming, I ended up with ovarian cancer. So I talked to my oncologist i was like, what how do I? I don't understand how do I did I get ovarian cancer? And his sister was a pet groomer and she worked up in Maine and he said same way my sister got it he said you wear an apron. I said yeah. And he said jeans and tshirt. I said yeah because back then uniforms weren't a thing that they didn't have. It wasn't a thing. And he said, so the flea shampoo you use, and it was a common brand back in the days what everybody used. </w:t>
      </w:r>
      <w:r>
        <w:br/>
      </w:r>
    </w:p>
    <w:p w:rsidR="00F24E41" w:rsidRDefault="00000000">
      <w:r>
        <w:t xml:space="preserve">And I said, yeah, it's all natural, It's made of marigolds. He said, yeah, it's pyrethrins. He said, you do realize arsenic is all natural too, and it will kill you just the same. And I was like, </w:t>
      </w:r>
      <w:r>
        <w:lastRenderedPageBreak/>
        <w:t xml:space="preserve">okay, I realized it now that you say it, but I didn't think about it before now. And So what happened was the flea shampoo, while it is safe for the dogs, it's safe for the dogs because they're getting it once 1 bath every eight weeks. </w:t>
      </w:r>
      <w:r>
        <w:br/>
      </w:r>
    </w:p>
    <w:p w:rsidR="00F24E41" w:rsidRDefault="00000000">
      <w:r>
        <w:t xml:space="preserve">So they're getting small doses of poisoning. Where I was getting mega doses of poisoning because it was on my face cause dog shake. It was in my hair, it was on my chest and of course as wearing an apron with jeans and tshirt, it was saturated around my waistband where the apron ties where it holds all that water in there. So I had ovarian cancer. I went back, I told my boss I said I have ovarian cancer from the flea shampoo and she said the same thing I did, but it's all natural. </w:t>
      </w:r>
      <w:r>
        <w:br/>
      </w:r>
    </w:p>
    <w:p w:rsidR="00F24E41" w:rsidRDefault="00000000">
      <w:r>
        <w:t xml:space="preserve">And I said, well I said that to him and he said that arsenic's all natural too. And she was like, Oh my God, she was a good boss. That was the first one I was at and she actually threw away the all the flea shampoo that we had and we went for a different path on that. We ended up using a cactus that it didn't really so much kill the flea like the flea shampoo did by depositing poison on the pet. What it did is it eroded the waxy exoskeleton which killed the fleece. But here's the thing. </w:t>
      </w:r>
      <w:r>
        <w:br/>
      </w:r>
    </w:p>
    <w:p w:rsidR="00F24E41" w:rsidRDefault="00000000">
      <w:r>
        <w:t xml:space="preserve">When you are giving a flea bath, fleas will run into the eyes and into the eyelids, up the nose, in the mouth, in the ears, up a penis shaft shaft, into the anus. So the only way to get all of the fleas off the pet would be to submerge the pet for a number of minutes. However, you will drown the pet, so don't do that. So there's really no way for you to bathe the fleas off of a pet. You can't it's impossible because you can't flush out their ear to the point where it flushes out all the fleas. You can't shoot the water up their nose to get all the fleas out from the inside of their nose. </w:t>
      </w:r>
      <w:r>
        <w:br/>
      </w:r>
    </w:p>
    <w:p w:rsidR="00F24E41" w:rsidRDefault="00000000">
      <w:r>
        <w:t xml:space="preserve">It None of these are a thing. So a flea bath can assist in the immediate, but it is certainly not a solution where there's topicals and pills that are very simple. That's why I require my customers to not have fleas. I don't care what topical, what not they use i don't care what pill they use i don't care what topical they use. I don't care if they pick them off with tweezers. Whatever it is, if that pet has fleas, it's not coming in my salon. So grooming salons, if you look online, just Google greatest flea threat to pets. It's going to say grooming salon, like hundreds of articles and most of them are veterinary articles. </w:t>
      </w:r>
      <w:r>
        <w:br/>
      </w:r>
    </w:p>
    <w:p w:rsidR="00F24E41" w:rsidRDefault="00000000">
      <w:r>
        <w:t xml:space="preserve">So like actual veterinarians saying, oh, fleas, they come from grooming salons, primarily because we pass them around and we spread them because people come in with fleas. We take the dog with fleas. So we put the dog in the tub. The fleas jump off the pet at 90 miles an hour and can jump 12 feet onto another pet. They take that pet home. Now that pet has fleas and every other pet in the salon has fleas. All right, So what do you do if the pet has fleas? If you inadvertently take a pet with fleas, do say, matting, covering the pet and you </w:t>
      </w:r>
      <w:r>
        <w:lastRenderedPageBreak/>
        <w:t xml:space="preserve">can't actually see the skin. Or if you still take pets with fleas, you need to quarantine them before and after the groom. </w:t>
      </w:r>
      <w:r>
        <w:br/>
      </w:r>
    </w:p>
    <w:p w:rsidR="00F24E41" w:rsidRDefault="00000000">
      <w:r>
        <w:t xml:space="preserve">Because like I we were I was saying earlier, you can't guarantee all those fleas are dead because they're not they're hiding in little hidey holes and orifices and crevices. So keep all the tools and brushes that you used on that pet in one place. Make sure you clean and disinfect all of the tools and brushes as soon as you are done. You V them for at least 15 minutes because you can't see the eggs that you are brushing out of the coat and off of that coat. So when you're drying and you're using your high velocity dryer, know that if there are any eggs on that flea, you're blowing them out of that coat and across the room, possibly into your hair or your smock, where you will be taking them home to your pets. </w:t>
      </w:r>
      <w:r>
        <w:br/>
      </w:r>
    </w:p>
    <w:p w:rsidR="00F24E41" w:rsidRDefault="00000000">
      <w:r>
        <w:t xml:space="preserve">Many years ago, probably 25 years ago, I brought fleas home to my cat from the grooming salon because back then everybody had fleas. She was an indoor cat, had never been outside and I gave her fleas so I had to treat her for the fleas that I gave my cat. So keep the infected dog separate from all of the other dogs. Now keep in mind that 12 in the 12 foot jump factor and be sure to clean all the places that are that the infected dog has gone. </w:t>
      </w:r>
      <w:r>
        <w:br/>
      </w:r>
    </w:p>
    <w:p w:rsidR="00F24E41" w:rsidRDefault="00000000">
      <w:r>
        <w:t xml:space="preserve">Once the dog has left, make sure that the kennel they were in the table they were on in the tub all get cleaned with bleach and are vacuumed. So let that bleach, 10 % bleach and water mixture set for a few minutes before wiping everything down. So you need to let it sit for 10 minutes. And you, I'm talking floors, mats, tables, everything and everything around that you may have blown the fleas flea eggs onto when you were blowing out the dog and you should absolutely charge extra for that or simply not take pets with fleas giardia. </w:t>
      </w:r>
      <w:r>
        <w:br/>
      </w:r>
    </w:p>
    <w:p w:rsidR="00F24E41" w:rsidRDefault="00000000">
      <w:r>
        <w:t xml:space="preserve">This is actually what Giardia looks like. They are repulsive. So Giardia is a single celled parasite and it lives in the intestines of dogs, cats, raccoons, mammals in general, birds, even frogs, amphibians. There are several different types of Giardia, which is the scientific term used to describe this, all the different subspecies. So each type targets a certain group of animals so like, there's the amphibian Giardia and there's the mammal Giardia and then there's the avian Giardia. So the life cycle of Giardia is composed of two different life stages. There's the mature parasites that look like this dude on the screen and they live in the small intestine and they multiply and they become a cyst within. </w:t>
      </w:r>
      <w:r>
        <w:br/>
      </w:r>
    </w:p>
    <w:p w:rsidR="00F24E41" w:rsidRDefault="00000000">
      <w:r>
        <w:t xml:space="preserve">It's like a ball inside the intestine and that's the infection stage. And they shed into the feces as the feces runs through the small intestine, then it hits the cyst the cyst spreads itself all over the fecal matter comes out and then if that is a raccoon that is pooping in a stream that is being drunk by a dog, you see the pattern that we're going for here And they can survive for several weeks and in the environment assists and when they are ingested by an </w:t>
      </w:r>
      <w:r>
        <w:lastRenderedPageBreak/>
        <w:t xml:space="preserve">unsuspecting host we have a repeat of the life cycle. </w:t>
      </w:r>
      <w:r>
        <w:br/>
      </w:r>
    </w:p>
    <w:p w:rsidR="00F24E41" w:rsidRDefault="00000000">
      <w:r>
        <w:t xml:space="preserve">So we do this all over again. Giardia has to be ingested in order for him to get the parasite so you say okay well, in my salon it's going to be very difficult for them to ingest i'm not going to be letting them ingest something. It's actually easier than you think, because Fluffy comes in. Fluffy has Giardia. His mom didn't really know. You didn't know there's no outward sign, per se, of the fact that this dog is going to have explosive diarrhea all over their crate in the three minutes before you put them in the bathtub. So you take that, take Fluffy out, and you wipe everything down with a cleaner, and then you put Fluffy in the tub. </w:t>
      </w:r>
      <w:r>
        <w:br/>
      </w:r>
    </w:p>
    <w:p w:rsidR="00F24E41" w:rsidRDefault="00000000">
      <w:r>
        <w:t xml:space="preserve">You wash Fluffy, put Fluffy back in the crate, finish Fluffy, you know, clean the tub, Finish Fluffy, put Fluffy on the table, finish them up, they go back in the crate, then they go home. So in Fluffy's crate, it wasn't cleaned after Fluffy left, so now Spot comes in spot goes in Fluffy's crate because you only have so many crates and a Spot licks his feet while he's waiting for you to prepare the tub for him to go on the tub, Well, he just walked in because you didn't disinfect with bleach to kill all of the Giardia after Fluffy had left. </w:t>
      </w:r>
      <w:r>
        <w:br/>
      </w:r>
    </w:p>
    <w:p w:rsidR="00F24E41" w:rsidRDefault="00000000">
      <w:r>
        <w:t xml:space="preserve">Spot is now ingesting that on his feet because his nails are long and they haven't been cut in a really long time, and his feet are tender because he's had to walk in from the car. So he's noshing on his nails and he's just ingested the Giardia that he's just stepped through by walking into that crate. So infection in a salon is not only possible, it's likely if you don't have good cleaning, disinfecting, and sanitization protocols. </w:t>
      </w:r>
      <w:r>
        <w:br/>
      </w:r>
    </w:p>
    <w:p w:rsidR="00F24E41" w:rsidRDefault="00000000">
      <w:r>
        <w:t xml:space="preserve">So once the parasite is in your dog's intestines, they can spread it through explosive diarrhea like I just described. And although transmission from dogs to dog to cat or cat to dog is unlikely, there is a remote possibility so. But if you just if you're doing everything too properly and you have proper protocols in place, you don't have to worry about anybody spreading anything. So Jardian dogs does not always cause problems, but when it does and it inhibits the dog's ability to actually absorb nutrients to absorb water, electrolytes which lead to diarrhea, weight loss, dehydration and the diarrhea can be intermittent or continual. </w:t>
      </w:r>
      <w:r>
        <w:br/>
      </w:r>
    </w:p>
    <w:p w:rsidR="00F24E41" w:rsidRDefault="00000000">
      <w:r>
        <w:t xml:space="preserve">So if you have somebody that says, oh he had diarrhea for like 3 days but he seems to be okay now I'd like a vet check on that please. And I'd like a fecal done before you return to the salon because if they're a dog that does go hiking, you know if it's 14 year old monkeys and never leaves his house, the chances of him getting Jardia and he lives with an 80 year old lady who doesn't have any visitors and doesn't go hiking. Okay, it's probably not that it's probably more like the, you know, the sandwich that she shared with him. </w:t>
      </w:r>
      <w:r>
        <w:br/>
      </w:r>
    </w:p>
    <w:p w:rsidR="00F24E41" w:rsidRDefault="00000000">
      <w:r>
        <w:lastRenderedPageBreak/>
        <w:t xml:space="preserve">However, it if it is a dog that does go hiking and is in the woods with their owner, then this is a very real possibility. So symptoms diarrhea, weight loss, failure to gain weight, vomiting, dehydration and poor coat appearance. And if you notice that your dog is having diarrhea, called that if you have a client who has a dog that has had diarrhea for three days, four days, 2 days even really bad for a day, call the vet. Because dehydration and all of these other issues, this is that's a problem. If there is diarrhea for any length of time beyond one, Oh well you know he ate the two pepperoni that fell on the floor and he is very sensitive stomach. </w:t>
      </w:r>
      <w:r>
        <w:br/>
      </w:r>
    </w:p>
    <w:p w:rsidR="00F24E41" w:rsidRDefault="00000000">
      <w:r>
        <w:t xml:space="preserve">Yeah that'll give him diarrhea. It's a it's a thing. But otherwise, call a vet and require that they go see a vet before they returning your salon. Rabies, initially a dog who's been infected can show behavioral changes such as restlessness, apprehension, aggression, Friendly dogs that like the sweetest dog in the world can be irritable. Excitable animals can be more docile. A dog may bite or snap at any form of stimulus, attacking other animals, humans, even inanimate objects, so they can constantly lick, bite, and chew at the site where they were bitten, and a fever may be present as well. As the virus progresses, an infected dog may become hypersensitive to touch, light, and sound. </w:t>
      </w:r>
      <w:r>
        <w:br/>
      </w:r>
    </w:p>
    <w:p w:rsidR="00F24E41" w:rsidRDefault="00000000">
      <w:r>
        <w:t xml:space="preserve">So imagine the worst migraine you've ever had, amplified by 10, and paralysis of the throat and jaw muscles may follow. This is what happened when this is how they die. They can't swallow and they can't take in food they can't take in water. They become disoriented, their lack of coordination staggering them out and the paralysis of the hind legs. So you have loss of appetite, weakness, seizures and sudden literally sudden death many it was probably 20 years ago, they had to exhume a cemetery due to flooding and Edgar Allan Poe was in that cemetery and there was some question about how he had died. </w:t>
      </w:r>
      <w:r>
        <w:br/>
      </w:r>
    </w:p>
    <w:p w:rsidR="00F24E41" w:rsidRDefault="00000000">
      <w:r>
        <w:t xml:space="preserve">It was believed that he had passed away due to an injury from a physical altercation with a neighbor. Come to find that when they exhumed his body, they did some testing and they found that in fact he was rabid. He had gotten the rabies from something in his flat in his apartment and he was in fact infected with rabies, which is why at the end of his life he was acting so erratically and aggressively and rationally because he was rabid. There is no cure for rabies. </w:t>
      </w:r>
      <w:r>
        <w:br/>
      </w:r>
    </w:p>
    <w:p w:rsidR="00F24E41" w:rsidRDefault="00000000">
      <w:r>
        <w:t xml:space="preserve">It is fatal if left untreated and rabies infection is caused by the rabies virus and it is spread through the saliva of infected animals and they can spread it by through bites, saliva to blood, saliva to saliva to mouth or eyes. If a rabid animal licks a cut on your skin, you can be rabies exposed and it takes 2 to 8 weeks before the signs are noticeable and you're it's too late at that point. </w:t>
      </w:r>
      <w:r>
        <w:br/>
      </w:r>
    </w:p>
    <w:p w:rsidR="00F24E41" w:rsidRDefault="00000000">
      <w:r>
        <w:lastRenderedPageBreak/>
        <w:t xml:space="preserve">Now the length of time depends upon where the bite occurs. So if the bite occurs like on the neck of say, a cat, then transmission to spinal fluid from that injection site here is going to be significantly quicker than if it's on, say a back foot. So it will take longer to reach the brain from there. Because this is what happens is it goes all the way up and it goes into the brain and then they die. But it's a horrible way to go. So the ones that are most at risk for contracting rabies are the unvaccinated. And now many people say, oh, you know, like I was saying earlier, I don't want to deal with shot records and keeping track of all that. </w:t>
      </w:r>
      <w:r>
        <w:br/>
      </w:r>
    </w:p>
    <w:p w:rsidR="00F24E41" w:rsidRDefault="00000000">
      <w:r>
        <w:t xml:space="preserve">If you have a grooming software, it will track all that for you. I know my grooming software does, and it's very easy to put in. Granted, I groom a lot of bunnies, and bunnies cannot get a rabies vaccine simply because if something bites a rabbit, they're not going to live long enough to actually get rabies. They're not going to survive the incubation period and they're herbivores, so they're not going to be eating something else that may carry the disease. However, I get a lot of people that because I do a lot of cats and I get a lot of he's an indoor cat, he's never been outside. </w:t>
      </w:r>
      <w:r>
        <w:br/>
      </w:r>
    </w:p>
    <w:p w:rsidR="00F24E41" w:rsidRDefault="00000000">
      <w:r>
        <w:t xml:space="preserve">My Last Post exposure series to rabies was because of an indoor cat that has never been outside, and in fact he had never been outside. He had never even left the house to go see a veterinarian his entire life. However, a bat came in and when the bat came in a cat did the cat did what cats do, it chased the cat or it chased the bat. It caught the bat. It ate the bat. The bat was rabid. The cat was then rabid. The cat bit the seven-year old girl, the mother and the father. The cat was acting a little bit strange after a few days and they brought it to the bat and the cat was aggressive. </w:t>
      </w:r>
      <w:r>
        <w:br/>
      </w:r>
    </w:p>
    <w:p w:rsidR="00F24E41" w:rsidRDefault="00000000">
      <w:r>
        <w:t xml:space="preserve">It was dehydrated, it was acting erratically it was like it was drunk. So we had the cat there for three days. My day two, it had bitten almost everyone. By day three it had bitten everyone in the clinic and the veterinarian said Okay. I'm pretty sure this cat is rabid and on that day he's like, so can you call the owners and you know, let them know that we're going to have to use the eyes and test this cat for rabies. When the call was made, the owner said, Oh yeah, we found a bat under the couch and it looks like the cat had eaten it yep. </w:t>
      </w:r>
      <w:r>
        <w:br/>
      </w:r>
    </w:p>
    <w:p w:rsidR="00F24E41" w:rsidRDefault="00000000">
      <w:r>
        <w:t xml:space="preserve">Ok so the cat was immediately euthanized. The head was sent off to Jamaica Plains because that's what they do, is they sever the head and then the head is what's tested because they're testing the brain material. And so in fact the cat was rabid. Their entire family, including the seven-year old girl had to go for rabies series post exposure. All of us at the clinic already had our preexposure shots many the moons prior, so then we did have to go for post exposure. However, it wasn't as bad as those who had never had their rabies series. I go every year for a titer on mine and it's been quite some time since I've had to have a an update on my rabies series. </w:t>
      </w:r>
      <w:r>
        <w:br/>
      </w:r>
    </w:p>
    <w:p w:rsidR="00F24E41" w:rsidRDefault="00000000">
      <w:r>
        <w:lastRenderedPageBreak/>
        <w:t xml:space="preserve">But at present I am vaccinated for rabies, so you don't have to get vaccinated for rabies that's not, I'm not recommending that at all it's just I already had it so I, you know, keep it up to date. But I do require every single pet, regardless of indoor cat or indoor dog, because bats and other things can get in that are rabbit and then they can adjust them and then take it every rabies. </w:t>
      </w:r>
      <w:r>
        <w:br/>
      </w:r>
    </w:p>
    <w:p w:rsidR="00F24E41" w:rsidRDefault="00000000">
      <w:r>
        <w:t xml:space="preserve">And I'm not exposing my staff to that. No way. Ringworm is awful. It is literally awful it is like, the most horrible thing. It's also not a worm. It's actually a fungus, and it's a fungal infection on the surface of the skin. And you'll see the little spot on this guy's nose. Sometimes it's round, sometimes it's elliptical, but it always looks like this. And it can be on the nose, it can be on the ears, it can be around the eyes, anywhere on the muzzle, it can be really anywhere on the body but you will almost always see some of it on the face. </w:t>
      </w:r>
      <w:r>
        <w:br/>
      </w:r>
    </w:p>
    <w:p w:rsidR="00F24E41" w:rsidRDefault="00000000">
      <w:r>
        <w:t xml:space="preserve">And it's a round, raised, red, angry looking ring. And it's a it's a lesion. They can present as polka dots, like a rash, but it's the fungal infection what it does is that there it belongs to a certain group called dermatophytes. And what they do is they erode the they feed on the keratin that's in skin and hair and nails. And what happens is all of that hair falls out in that area so you're not going to have like a bump that looks like a mosquito bite. You're going to have small round polka dots in an area so but it won't look like a raised bite like a mosquito and so when they feed on the carrots and the hair falls out because there's nothing to keep the hair together so it presents with that. </w:t>
      </w:r>
      <w:r>
        <w:br/>
      </w:r>
    </w:p>
    <w:p w:rsidR="00F24E41" w:rsidRDefault="00000000">
      <w:r>
        <w:t xml:space="preserve">They usually appear as alopecia and are roughly circular, and as they get larger the central area heels and the hair may begin to regrow, so it'll look like a donut. If it's let go for some time. They're not usually itchy, but they can be inflamed and develop like a scabby kind of yucky sort of covering to it. So it's almost like a pussy yellow sort of thing. </w:t>
      </w:r>
      <w:r>
        <w:br/>
      </w:r>
    </w:p>
    <w:p w:rsidR="00F24E41" w:rsidRDefault="00000000">
      <w:r>
        <w:t xml:space="preserve">Occasionally fungal infections of the nails can occur and This is why you need to clean your Dremel between every single pet. Either put the if you use the sandpaper bands, put it in the UV If you use the diamond heads, then get the cleaner and disinfection for it and scrub it because it's real easy to spread fungal infection from pet to pet when you're grinding that into from one nail into another pet's nail. So you can have actually have what they call asymptomatic carriers. They have no symptoms of ringworm at all. However, they have ringworm. And here's the creepy The creepy, creepy thing is it's transmitted by direct contact with the fungus. </w:t>
      </w:r>
      <w:r>
        <w:br/>
      </w:r>
    </w:p>
    <w:p w:rsidR="00F24E41" w:rsidRDefault="00000000">
      <w:r>
        <w:t xml:space="preserve">So of course we're going to be touching these animals and it can be passed by handling contaminated objects, touching contaminated surfaces. And the fungal spores can remain dormant on Combs, brushes, food bowls, furniture for 18 months. So in order to kill the ringworm infection, I actually if you ever end up with ringworm in your salon, I highly </w:t>
      </w:r>
      <w:r>
        <w:lastRenderedPageBreak/>
        <w:t xml:space="preserve">recommend you contact a crime scene management company to come in and disinfect your entire salon because they have the means to do that. A regular cleaner that comes in to clean your salon is not going to have the a way to do that and we'll get into the cleaning of the tools and the methods a little bit later in the program. </w:t>
      </w:r>
      <w:r>
        <w:br/>
      </w:r>
    </w:p>
    <w:p w:rsidR="00F24E41" w:rsidRDefault="00000000">
      <w:r>
        <w:t xml:space="preserve">So I don't worry, I don't leave that out i will show you exactly how it's done and provide video for it as well. So contact doesn't always necessarily result in an infection. The amount of environmental contamination is an important factor in the development of the ringworm infection, as is the age of the exposed person or the animal. Healthy adult humans are usually resistant to the infection unless there's a break in the skin or scratch like it what every groomer's hands and arms look like all the time because that dog pot at you to get the treat and it you got a little scratch on your hand or that cat was holding on to you in the tub because it who you know you're watching my bum. </w:t>
      </w:r>
      <w:r>
        <w:br/>
      </w:r>
    </w:p>
    <w:p w:rsidR="00F24E41" w:rsidRDefault="00000000">
      <w:r>
        <w:t xml:space="preserve">So you have little dots and scratches all over your hands and arms. Most of the time we don't know where they came from. So if a child is ringworm, they may have acquired it from a pet or even another child at school. If you have family members that have suspicious skin lesions, check with your family physician immediately. The incubation period between exposure and development is up to three weeks it could take anywhere depending upon their immune system and all that. </w:t>
      </w:r>
      <w:r>
        <w:br/>
      </w:r>
    </w:p>
    <w:p w:rsidR="00F24E41" w:rsidRDefault="00000000">
      <w:r>
        <w:t xml:space="preserve">It could be as little as seven days it may be as many as 21 so identification can be done with the typical ringworm lesion on the skin. It's not very accurate though, because there's a lot of different things that can cause like you see this cat here actually has ringworm. It could simply be just this cat's fur is falling out for some other reason. Fluorescence of the hairs under a what they call a woods lamp. It's a type of black light and canine ringworm glows with a yellow green fluorescence when the skin and coat are examined in her dark room with a woods lamp. </w:t>
      </w:r>
      <w:r>
        <w:br/>
      </w:r>
    </w:p>
    <w:p w:rsidR="00F24E41" w:rsidRDefault="00000000">
      <w:r>
        <w:t xml:space="preserve">But not all cases will fluoresce and some different types of oils that we use in grooming that are in our products and in our shampoos will actually fluoresce under a woods lamp even though there's no ringworm present. So you can get a false positive. So diagnosis with a woods lamp is kind of sketchy. The most accurate method is a fungal culture and it can be confirmed but takes a couple days because you have to send it out to IDEX IDEX we'll look it over and then they'll confirm yes or no, this isn't ringworm, these aren't fungal spores on the skin and coat that when they do the scraping it's treated with. There's two different methods so there's a topical that you put all over the ringworm areas of the pet person, what have you, and then there's an oral antibiotic. </w:t>
      </w:r>
      <w:r>
        <w:br/>
      </w:r>
    </w:p>
    <w:p w:rsidR="00F24E41" w:rsidRDefault="00000000">
      <w:r>
        <w:lastRenderedPageBreak/>
        <w:t xml:space="preserve">If the owner of the pet will say is a dog, does not do both and follow the exact instructions, it's going to remain active. So you will want again a note saying that the ringworm is gone and it is no longer on the pet because you don't want this kind of issue in your salon. It's too expensive to deal with this. You just every intake has got to be done for every pet, every time to avoid these issues. </w:t>
      </w:r>
      <w:r>
        <w:br/>
      </w:r>
    </w:p>
    <w:p w:rsidR="00F24E41" w:rsidRDefault="00000000">
      <w:r>
        <w:t xml:space="preserve">You don't want these issues. There's no reason for it. And we shouldn't have to take these pets. If you work in a veterinary hospital, I understand that you're stuck. But you, the veterinarian there, will have the means and methods to deal with this kind of thing. So this is ringworm on a human being. And there was a groomer who was kind enough to let me use the slide. I offered Photo Credit they said no, thank you. No, please don't. So infected hairs contain numerous microscopic fungal spores that can be shed into the environment. </w:t>
      </w:r>
      <w:r>
        <w:br/>
      </w:r>
    </w:p>
    <w:p w:rsidR="00F24E41" w:rsidRDefault="00000000">
      <w:r>
        <w:t xml:space="preserve">Infection about their animals and humans can occur either by direct contact with an infected dog, through contact with a fungal spores in a contaminated environment, so like they're already there in your grooming salon. And in addition to minimizing direct contact with an infected dog, it's important to keep the environment as free of spores as possible. So vacuuming, Lots and lots of vacuuming. I know sweeping is quicker, it's easier. But transition your salon into vacuuming everything after a pet. </w:t>
      </w:r>
      <w:r>
        <w:br/>
      </w:r>
    </w:p>
    <w:p w:rsidR="00F24E41" w:rsidRDefault="00000000">
      <w:r>
        <w:t xml:space="preserve">It will help you deal with the fleas. It will help you deal with any skin stuff that's floating around. Just vacuum. And for years I used a broom because that's what was available in the salon that I was working at. And after doing some research and taking many courses and doing my own study, I found that I will never use a broom again i'm just going right to the vacuum. Right to the vacuum. I will use a dust pan and brush to get up the majority of hair. So that way I don't have to, you know, vacuum all the time and throw that right in the trash and then I'll vacuum. </w:t>
      </w:r>
      <w:r>
        <w:br/>
      </w:r>
    </w:p>
    <w:p w:rsidR="00F24E41" w:rsidRDefault="00000000">
      <w:r>
        <w:t xml:space="preserve">But I recommend that's something that you do as well. So if you have a pet that is being treated for ringworm, you'll need to restrict them to rooms of the house that are easy to clean. And that means pretty much everything in that room is tossed aside from the bedding that they're sleeping on, that you can easily wash, and that vacuuming and cleaning of that should be done daily. Fabiola asked if I recommend having an air extraction system as well absolutely i absolutely recommend air cleaning as well and that is you'll we'll get to that as well a little bit later in the program. </w:t>
      </w:r>
      <w:r>
        <w:br/>
      </w:r>
    </w:p>
    <w:p w:rsidR="00F24E41" w:rsidRDefault="00000000">
      <w:r>
        <w:t xml:space="preserve">But yes, you need to clean all facets of your facility, and that doesn't in fact include the air. Fungal Spores can be killed with a solution of chlorine, bleach and water using dilution of 1 pint of bleach in a gallon of water. So two cups, 2 cups of bleach, 2 gallon of water, ten to one bleach. And so this should be used in shelters, salons, anywhere where there has been </w:t>
      </w:r>
      <w:r>
        <w:lastRenderedPageBreak/>
        <w:t xml:space="preserve">ringworm infected pets remain contagious for about 3 weeks if an aggressive treatment is used. Here's the key. If so, you're trusting that owner to have been diligent about this, and that's why I would require a veterinary sign off saying okay no, they've done what they're supposed to do they've done everything that they're supposed to do before taking this pet back into my salon. </w:t>
      </w:r>
      <w:r>
        <w:br/>
      </w:r>
    </w:p>
    <w:p w:rsidR="00F24E41" w:rsidRDefault="00000000">
      <w:r>
        <w:t xml:space="preserve">Symptoms may recur if the treatment is discontinued too early or it's not aggressive enough so if they only did the topical, didn't do the oral because oh, they give him a belly ache they don't make him, they don't, he doesn't feel good. You know, you guys have heard the stuff if any people in the house develop skin lesions, thickening, reddening with raised scaly edges. Seek medical attention. If you end up with a rash that's like this, Seek medical attention and know that the ringworm fungus can remain infected for 18 months in the environment if it's not cleaned and dealt with. </w:t>
      </w:r>
      <w:r>
        <w:br/>
      </w:r>
    </w:p>
    <w:p w:rsidR="00F24E41" w:rsidRDefault="00000000">
      <w:r>
        <w:t xml:space="preserve">So always in between every pet, in between every intake, wash your hands. Just washing every time. Ticks are disgusting. They are absolutely disgusting here in this picture. If you look closely, you will see this is a hard tick. And the reason you know it's a hard tick is you see the armor plating on the top of the back it's like a little circle at the very top of the tick. That's considered a hard shell tick. The soft shell ticks don't have that little circular plating. Sometimes there's a white dot on it, sometimes it's all black, sometimes it's a black ring. And they these are all different types of hard shell ticks. </w:t>
      </w:r>
      <w:r>
        <w:br/>
      </w:r>
    </w:p>
    <w:p w:rsidR="00F24E41" w:rsidRDefault="00000000">
      <w:r>
        <w:t xml:space="preserve">So there's hard shell ticks, and then there's soft shell ticks. And there are many types of hard shell ticks, and there are many types of soft shell ticks. And they are different, and we'll get into why they are different in just a minute. So ticks require blood to complete their life cycle. So that means they're like spiders. So they're arachnids they have 8 legs and they've been around for 90 million years. </w:t>
      </w:r>
      <w:r>
        <w:br/>
      </w:r>
    </w:p>
    <w:p w:rsidR="00F24E41" w:rsidRDefault="00000000">
      <w:r>
        <w:t xml:space="preserve">How awful is that, these horrible little creatures? There are 800 species of ticks, but again two families, hard shell ticks and soft shell ticks. Hard ticks have that plate where soft shell ticks do not. They can be difficult to spot because they can be what we call nymph ticks, which are super teeny tiny. And so it looks like just a Fleck of dirt. You don't even notice that it's actually a tick it's just it's so tiny. If you ever hit a engorge tick with a Clipper blade, it is going to create a huge mess. </w:t>
      </w:r>
      <w:r>
        <w:br/>
      </w:r>
    </w:p>
    <w:p w:rsidR="00F24E41" w:rsidRDefault="00000000">
      <w:r>
        <w:t xml:space="preserve">So you want to detick any pet that you're giving a haircut to you Because if you were to run it over with the Clipper, it's going to squirt black blood all over the pet. And it is exceptionally difficult to keep to clean up because one, it's waxy and two, it's it smells disgusting because it's just it's rotting blood that's being digested by the tick. Most tick bites </w:t>
      </w:r>
      <w:r>
        <w:lastRenderedPageBreak/>
        <w:t xml:space="preserve">do not transmit harmful microbes. </w:t>
      </w:r>
      <w:r>
        <w:br/>
      </w:r>
    </w:p>
    <w:p w:rsidR="00F24E41" w:rsidRDefault="00000000">
      <w:r>
        <w:t xml:space="preserve">There are a ton of different tick borne diseases and there's a huge range of symptoms that develop it from days to weeks depending upon what the disease is and the tick that bit them and any tick bite that is occurs to a human being if you get bit by a tick, then you clean it and apply antibiotic ointment immediately. You do want to get the heads out as well When you're pulling a tick, just take the whole thing because otherwise it'll cause an infection in the skin. Ticks have a complex life cycle and it's the same sort of thing that we had going on with the fleas. </w:t>
      </w:r>
      <w:r>
        <w:br/>
      </w:r>
    </w:p>
    <w:p w:rsidR="00F24E41" w:rsidRDefault="00000000">
      <w:r>
        <w:t xml:space="preserve">That's goes eggs, larvae, nymphs so eggs, larvae the same nymphs rather than the pupa for the fleas, nymphs or seed ticks some folks call them, And then the adult. The female adult is the one that causes the most bites in the hard ticks. And because the males die after mating, they ticks do not fly, jump, or drop. What they do instead is they will climb up a weed or a grass and they wave their arms in the air and they'll catch on to something as it goes by. </w:t>
      </w:r>
      <w:r>
        <w:br/>
      </w:r>
    </w:p>
    <w:p w:rsidR="00F24E41" w:rsidRDefault="00000000">
      <w:r>
        <w:t xml:space="preserve">So they're basically hitching a ride on whatever creature happens to go by. And earlier in the chat, people were saying that the ticks were so bad in their area that she had gone outside and they were all over her. It's because they caught on to the bottom of a shoe, a shoelace, a sock and hitched a ride and then, you know, climbed aboard and that's how they, you know how they ride up you to ingest your blood. </w:t>
      </w:r>
      <w:r>
        <w:br/>
      </w:r>
    </w:p>
    <w:p w:rsidR="00F24E41" w:rsidRDefault="00000000">
      <w:r>
        <w:t xml:space="preserve">And this they do the same thing with the dogs. That's why oftentimes in the summer owners will ask can you make the skirt a little bit higher on the skirted dogs that are small because they're trying to keep the skirt above the grass, hoping that you know that space in there will be enough for the ticks to not catch on. And I suppose it works to a degree. You know, whatever you got to do, Okay so although some larva of ticks, I have a preferred host, most ticks in the name for adult phase will attach and get blood from anything. </w:t>
      </w:r>
      <w:r>
        <w:br/>
      </w:r>
    </w:p>
    <w:p w:rsidR="00F24E41" w:rsidRDefault="00000000">
      <w:r>
        <w:t xml:space="preserve">They don't care they're not picky. I saw a tick on the back of a frog once. I picked it off and then I stomped on it. But you know, not the frog, the tick. And sent the frog on his way because the rotten little thing was right next to his little eyeball, too. And so, except for a few species of larval tics, the immature phases are less selective about where they get their blood meal. Larvae are very small. They're about one thirty second of an inch with they have six legs, and the nymphs are one sixteenth to one eighth of an inch with eight legs, and adults are three sixteenths to a quarter of an inch with eight legs. </w:t>
      </w:r>
      <w:r>
        <w:br/>
      </w:r>
    </w:p>
    <w:p w:rsidR="00F24E41" w:rsidRDefault="00000000">
      <w:r>
        <w:t xml:space="preserve">Although when they're engorged they can be quite large, and I have seen some that were as long as an inch, maybe even an inch, and a half when they're fully engorged, they look like </w:t>
      </w:r>
      <w:r>
        <w:lastRenderedPageBreak/>
        <w:t xml:space="preserve">an actual grape. It's disgusting. Hard Ticks tend to attach and feed for hours to days, so they're there for a long time. Disease transmission usually occurs near the end of a meal as the tick becomes full of blood, and so this may take hours before a hard tick transmits the pathogens. </w:t>
      </w:r>
      <w:r>
        <w:br/>
      </w:r>
    </w:p>
    <w:p w:rsidR="00F24E41" w:rsidRDefault="00000000">
      <w:r>
        <w:t xml:space="preserve">Soft ticks usually feed for less than an hour. Disease transmission can occur in less than a minute. So when your customers come in and they say I don't understand it, he got Lyme disease, but he's unpreventative. He is unpreventative. However, when tick is vomiting their disease into the pet as they're feeding off of them, they're taking in what is going to kill them but at the same time they're injecting what is going to infect the pet from the soft tick in that one minute time frame. So if a pet is on a preventative and they end up with Lyme, anaplasmosis, ehrlichiosis, tularemia, any of the there's so many tick borne diseases, it's because it was given to them by a soft tick. </w:t>
      </w:r>
      <w:r>
        <w:br/>
      </w:r>
    </w:p>
    <w:p w:rsidR="00F24E41" w:rsidRDefault="00000000">
      <w:r>
        <w:t xml:space="preserve">So you can help your clients to understand why now that you know why OK ticks are transmitters of diseases for humans and animals. Ticks act as vectors when microbes in their saliva and mouth secretions get into the host skin and blood. Ticks were understood to be vectors of disease in the mid eighteen hundreds they knew these rotten little blood suckers were awful 200 years ago. There are many common names for various ticks, dog tick, deer tick, African tick, and so that's the genus they're still under the two main headings, Hard and Soft Tick. They have a complex life cycle that includes eggs and larva and know that transmission, it literally can take less than one minute. </w:t>
      </w:r>
      <w:r>
        <w:br/>
      </w:r>
    </w:p>
    <w:p w:rsidR="00F24E41" w:rsidRDefault="00000000">
      <w:r>
        <w:t xml:space="preserve">That's really important for you to know and remember. All right, So what diseases? There's a lot of them, and I mean a lot of them. We're just going to lightly cover all of them, but because there are so many and we have this is a marathon, not a Sprint, we've got a lot to cover here. So to Loremia, there is another page of diseases after this one. So this is some of them. So we have anaplasmosis is I was called HGA and this is a hard tick disease. So they'll have people that get it will have fever, headache, chills, muscle aches, doxy. </w:t>
      </w:r>
      <w:r>
        <w:br/>
      </w:r>
    </w:p>
    <w:p w:rsidR="00F24E41" w:rsidRDefault="00000000">
      <w:r>
        <w:t xml:space="preserve">Doxycycline is the drug of choice for dogs and human beings that end up with anaplasmosis. Know that when it comes to the doxycycline it can cause severe stomach upset and massive bouts of diarrhea and other issues. So expect that your pet, while they are being treated is going to have some real rough ride with it. Sorry about that. I try to swallow it and breathe at the same time. For some reason it doesn't really work. Not a fish exactly. </w:t>
      </w:r>
      <w:r>
        <w:br/>
      </w:r>
    </w:p>
    <w:p w:rsidR="00F24E41" w:rsidRDefault="00000000">
      <w:r>
        <w:t xml:space="preserve">Ok Babesiosis is caused by microscopic parasites that infect red blood cells and are sped by certain ticks. So this is a flu like symptoms that occur and it fever, chills, sweats, that kind of thing. And in the US it's the Northeast and upper Midwest in the warm months that you're going to find this and then Colorado tick fever is, I'll give you one guess where that comes </w:t>
      </w:r>
      <w:r>
        <w:lastRenderedPageBreak/>
        <w:t xml:space="preserve">from, Colorado area. And they have the, what happens with this is they get what they call a biphasic fever. They have several days of fever, they feel better for a few days and then they get it again. </w:t>
      </w:r>
      <w:r>
        <w:br/>
      </w:r>
    </w:p>
    <w:p w:rsidR="00F24E41" w:rsidRDefault="00000000">
      <w:r>
        <w:t xml:space="preserve">I had a student of mine in class i taught in Atlanta and her husband had been dealing with this for over a year and it was a horrible cycle. He ended up having he's on disability because he couldn't work because this actually knocked him out and they kept treating and it was just cyclical. It was gone, it was there, it was gone it was there over and over and over. It was really sad because you know, to me he was a kid, he was in his twenties so very unfortunate that he was. </w:t>
      </w:r>
      <w:r>
        <w:br/>
      </w:r>
    </w:p>
    <w:p w:rsidR="00F24E41" w:rsidRDefault="00000000">
      <w:r>
        <w:t xml:space="preserve">He was dealing with this on a consistent basis and it just wouldn't, wouldn't kick erlechiosis. Now this came to the US from the importation of pets from other countries and we didn't used to have this. And now it's everywhere, primarily in South, Central and eastern United States, Wisconsin and Minnesota. This is another one. This is from the Lone Star ticks. People with their licchiosis have fever, chills, headache, muscle aches and sometimes an upset stomach. This is another one for doxy Lyme disease. Lyme disease is from deer ticks and white footed mouse ticks. These are hard ticks and vectors species for Lyme disease is most common in the West, and the blacklegged tick or the deer tick is in the northeastern part, the Mid-Atlantic and North Central US So the western blacklegged tick covers the Pacific Coast. </w:t>
      </w:r>
      <w:r>
        <w:br/>
      </w:r>
    </w:p>
    <w:p w:rsidR="00F24E41" w:rsidRDefault="00000000">
      <w:r>
        <w:t xml:space="preserve">So we have a wide array of ticks that are just spreading it Willy nilly all over the country in the US Aren't we lucky? So the powers on virus is does cause severe disease including encephalitis and meningitis. So this could be a killer. This is really bad one in 10 people that get this actually die. They have recurring headaches, loss of muscle mass, and there's nothing they can do to treat this. They have not found anything that can help treat this there's no medication, not even Doxy will touch this, and Doxy pretty much deals with all the rest of them. </w:t>
      </w:r>
      <w:r>
        <w:br/>
      </w:r>
    </w:p>
    <w:p w:rsidR="00F24E41" w:rsidRDefault="00000000">
      <w:r>
        <w:t xml:space="preserve">Rocky Mountain Spotted Fever is this is another hard tick disease and the primary vectors are the brown dog tick. It's a hard tick and it's in the This is in the southern US and they'll people that get this will have Rocky Mountain Spotted fever, will have fever, headache or rash. This can be confused with lupus. When I was first diagnosed with prior to being diagnosed with lupus, they actually thought, because I was a pet rumor, that I had Rocky Mountain Spotted Fever despite living in the Eastern US and had never haven't traveled to the Rocky Mountains since for over 15 years at that point. </w:t>
      </w:r>
      <w:r>
        <w:br/>
      </w:r>
    </w:p>
    <w:p w:rsidR="00F24E41" w:rsidRDefault="00000000">
      <w:r>
        <w:t xml:space="preserve">So they said no, it's Rocky Mountain Spotted Fever then they did another test and found, Oh no, it's not. So they can be misconstrued because you have the same basic things you have </w:t>
      </w:r>
      <w:r>
        <w:lastRenderedPageBreak/>
        <w:t xml:space="preserve">the fever, you have the rash, you have the headache which is created by the fever so but some patients who are not cared for when they have Rocky Mountain Spotted fever are left with permanent damage including amputation of arms, legs, fingers and toes. From damage to the blood vessels in those areas, they can have hearing loss, paralysis, and even mental disability. Things are awful. They're just awful, horrible creatures. I wish there was a way we could just target them and get rid of them all together. </w:t>
      </w:r>
      <w:r>
        <w:br/>
      </w:r>
    </w:p>
    <w:p w:rsidR="00F24E41" w:rsidRDefault="00000000">
      <w:r>
        <w:t xml:space="preserve">Tularemia is the American dog tick. Several species are known as the wood tick or the Lone Star tick and is it's serious illness and it's sudden fevers, chills, headaches, diarrhea you guys are seeing a pattern here. Muscle aches, joint pain, dry cough, progressive weakness and they can actually people can develop pneumonia and it all depends. There are other symptoms but it all depends on how you are exposed. Okay, Heartland virus disease. And this was actually discovered only in 2012 so yay, a new one. Most patients have fever, fatigue, decreased appetite, headache, nausea, diarrhea, joint muscle pain. You guys are seeing the pattern and just over and over and the incubation for this one is unknown but they most people say it's been about two weeks since they were bitten by a tick. </w:t>
      </w:r>
      <w:r>
        <w:br/>
      </w:r>
    </w:p>
    <w:p w:rsidR="00F24E41" w:rsidRDefault="00000000">
      <w:r>
        <w:t xml:space="preserve">There are this one. No vaccines and no medications for this tick borne relapsing fever is the African tick and this is western US and is usually linked with cabins that have a lot of rodents and in the mountains and in Texas it's in cave like people go spillunking and the ticks in there carry this and fever, headache, muscle joint aches and nausea. Bourbon virus disease, This disease caused by an RNA was identified in 2014 in Kansas. </w:t>
      </w:r>
      <w:r>
        <w:br/>
      </w:r>
    </w:p>
    <w:p w:rsidR="00F24E41" w:rsidRDefault="00000000">
      <w:r>
        <w:t xml:space="preserve">It is rare currently currently and it is tick vector borne, but they don't know which tick they're guessing it's the Lone Star tick, but they're not 100 % sure. I, Missouri State, a park employee, died from it in 2017 Then last but certainly not least, we have Starry which is the southern tick associated rash illness and a rash similar to Lyme disease has been described in humans following bites of Lone Star tick and it's again fever, fatigue, headache, muscle joint pains and the cause of it is unknown but they know it's ticks but they don't know what caused it prior to cleaning up after the blood suckers after removing tick, place it in their tick jar in which you place rubbing alcohol, 1/3 alcohol, 1/3 Dawn dish detergent and 1/3 water. </w:t>
      </w:r>
      <w:r>
        <w:br/>
      </w:r>
    </w:p>
    <w:p w:rsidR="00F24E41" w:rsidRDefault="00000000">
      <w:r>
        <w:t xml:space="preserve">Be sure to vacuum all around your table, the crate and all walkway areas the pet has been UV your tools clean, disinfect shears and blades, and if you do squash a tick after the bath, clean up with a waterless shampoo and wash your hands immediately. So you're going to clean off the pet and clean all of the black blood off of them with like a waterless shampoo. </w:t>
      </w:r>
      <w:r>
        <w:br/>
      </w:r>
    </w:p>
    <w:p w:rsidR="00F24E41" w:rsidRDefault="00000000">
      <w:r>
        <w:t xml:space="preserve">And then you are going to put the dog up. And then you are going to go into your bathroom and you are going to wash your hands with soap and water all the way up to the elbows </w:t>
      </w:r>
      <w:r>
        <w:lastRenderedPageBreak/>
        <w:t xml:space="preserve">immediately. Because while you're grooming, you're going to go and you're going to wipe your face because you're going to get hair on it or you're going to have a fuzz in your eye you're going to put it directly in your eyeball. Don't do that. This happens and there's a tick. Put the dog up, go wash your hands, come back and then finish the pet it. Trust me, it's not worth it to not do this please i'm literally begging you all right now. </w:t>
      </w:r>
      <w:r>
        <w:br/>
      </w:r>
    </w:p>
    <w:p w:rsidR="00F24E41" w:rsidRDefault="00000000">
      <w:r>
        <w:t xml:space="preserve">We're done with the absolutely disgusting part. So on to the much cleaner part of this presentation. Cleaning, disinfecting, and sanitization. Aren't they all the same thing? no. All right? Basic rule, cleaners don't disinfect well, disinfectants don't clean well, and disinfectants work better on clean surfaces okay. So cleaning is accomplished with soap and water or a detergent and water could be like a shampoo. Anything that creates a that removes grime. So like when you wash your floors at home, you know, you use the mop and you squirt the stuff and you run over it so you have a detergent and water and you're spraying it on an area and you're using that to clean that area. </w:t>
      </w:r>
      <w:r>
        <w:br/>
      </w:r>
    </w:p>
    <w:p w:rsidR="00F24E41" w:rsidRDefault="00000000">
      <w:r>
        <w:t xml:space="preserve">So some portion of germs on the given surface will be taken away because soap and water does kill germs is why we wash our hands we know that works. Disinfecting, on the other hand, refers to killing a high percentage of the germs on a surface or rendering them incapable of reproducing. So that's a huge amount of the germs are now dead because of this disinfectant than whatever we are using after we have cleaned. Sanitizing lowers the number of germs on the surface to a safe level, as judged by public health standards or requirements. So the process works by cleaning, disinfection and then sanitization, and then you're good to go. </w:t>
      </w:r>
      <w:r>
        <w:br/>
      </w:r>
    </w:p>
    <w:p w:rsidR="00F24E41" w:rsidRDefault="00000000">
      <w:r>
        <w:t xml:space="preserve">So there is some confusion. Salon sanitation is what this type of program has been caused called for a very long time. Sanitation simply means to clean. But we need much more than that we need much more than just cleaning we need cleaning, disinfection and sanitization, which is that extra step. And that's what's going to put us over the top to ensure that we don't spread all the stuff that we just spent the last hour and a half going over to us, to other pets, to any of them. Ok so types of cleaners, soap and water Works great. It's good stuff, Vinegar and water. Vinegar, usually with salt, can kill bacteria. </w:t>
      </w:r>
      <w:r>
        <w:br/>
      </w:r>
    </w:p>
    <w:p w:rsidR="00F24E41" w:rsidRDefault="00000000">
      <w:r>
        <w:t xml:space="preserve">However, it doesn't kill viruses, so you're not disinfecting. Vinegar is actually considered a disinfectant. However, because it doesn't kill viruses, this is not a disinfectant we can use in salon and have it be considered a disinfectant. So while it will treat and kill E coli, salmonella, Listeria, it's not going to kill parvo or kennel cough or feline Luke. And since that's our focus is to disinfect against these very things, vinegar and water is not viable as anything more than a cleaning agent, not a disinfecting agent. </w:t>
      </w:r>
      <w:r>
        <w:br/>
      </w:r>
    </w:p>
    <w:p w:rsidR="00F24E41" w:rsidRDefault="00000000">
      <w:r>
        <w:lastRenderedPageBreak/>
        <w:t xml:space="preserve">So vacuuming you the floor around your table should be done after every single pet, every single time, every single day. It's a slip and fall risk, and if you want your work area to be clean, it should actually be clean. So we got to suck that all up with the vacuum. I do not get paid to say this. However, I've had very many vacuums in my years and I will tell you straight up rigid from Home Depot is the bomb dignity. This is literally the vacuum. The one I have has the large hose on it and it's like this big around. </w:t>
      </w:r>
      <w:r>
        <w:br/>
      </w:r>
    </w:p>
    <w:p w:rsidR="00F24E41" w:rsidRDefault="00000000">
      <w:r>
        <w:t xml:space="preserve">You can peel off a pelted mat doodle's ear, fur and it can hit the floor and it will be as big as this soda bottle and that vacuum will go and it sucks it right up and not even like a hiccup it's just like, yeah, give me more and it's the bomb. We I've had that one for four years. It get you gets used constantly by three groomers a day, every single day. And it's rigid, RIGID you get it at Home Depot. They are a little bit pricey. Take an old crummy slicker brush and every time you empty it, scrape the filter on it to clean it and your filters will last longer and so worth it it's worth every penny all right, so waste. </w:t>
      </w:r>
      <w:r>
        <w:br/>
      </w:r>
    </w:p>
    <w:p w:rsidR="00F24E41" w:rsidRDefault="00000000">
      <w:r>
        <w:t xml:space="preserve">I see so many posts. My shop always smells like poop. What sprays can I get to cover the poop smell? Don't cover the poop smell. Clean the salon straight up. You don't need to mask it. Clean it. Feces should be deposited either in a toilet or an outside bin. Do not store feces in your salon just don't. There's no reason. And the bins outside, you know if you have a back door, you can put one there i have a tiny trash can. It's about this big and it's a step lid and any poo that occurs in the salon goes outside and that little thing is right next to the front door and it's tiny and it's cute and it's painted and it looks like a little guy and I do we put the poop in there. </w:t>
      </w:r>
      <w:r>
        <w:br/>
      </w:r>
    </w:p>
    <w:p w:rsidR="00F24E41" w:rsidRDefault="00000000">
      <w:r>
        <w:t xml:space="preserve">So if you flush it, if you put it outside, whatever works for you. Either one. But don't store it where you're grooming your pets. Don't just don't. That's you shouldn't be breathing that, and you shouldn't have that in your salon. So when a dog defecates, don't just pick up the feces. You have to wash the area underneath it. So clean it with soap and water. So take the remove the pet. You probably have to walk them anyway because of their poop and they're probably got to pee. So take them out, do their thing, bring them back in, put them in their crate. </w:t>
      </w:r>
      <w:r>
        <w:br/>
      </w:r>
    </w:p>
    <w:p w:rsidR="00F24E41" w:rsidRDefault="00000000">
      <w:r>
        <w:t xml:space="preserve">Now you're going to clean and paper towels from urine need to be bagged and tossed into a sealed poop bag and then tossed in the outside bin. Then you're going to disinfect after that and you're going to take a bleach wipe and you can buy these or you can just use a bleach and water in a spray bottle and any feces or urine needs to be finished. Process needs to be finished with bleaching water. </w:t>
      </w:r>
      <w:r>
        <w:br/>
      </w:r>
    </w:p>
    <w:p w:rsidR="00F24E41" w:rsidRDefault="00000000">
      <w:r>
        <w:t xml:space="preserve">So your disinfectant can be bleaching water. You can do soap and water to start clean that up and then a bleaching water spray, a bleaching water wipe. We use the wipes in my salon </w:t>
      </w:r>
      <w:r>
        <w:lastRenderedPageBreak/>
        <w:t xml:space="preserve">simply because it's easier because it's a little cloth and it's going to be covered in poop so I'm going to want to get rid of it and throw it in a poop bag anyway. And you can get them on Amazon. Or i'm sure you can find them other places that's just where I get mine. </w:t>
      </w:r>
      <w:r>
        <w:br/>
      </w:r>
    </w:p>
    <w:p w:rsidR="00F24E41" w:rsidRDefault="00000000">
      <w:r>
        <w:t xml:space="preserve">All right so your outside bin should be emptied regularly. We empty ours at the end of the day, need or not so because of the three gallon trash bag and you can get 48 of them for like 2 bucks. So why not empty it at the end of the day, and especially in the heat that's some stanky stuff. Half full is full enough. The trash bags aren't that expensive, so you should have a secondary set of clothes right down to your under squares, like all of your under squares whatever squares of under you have, they should You should have a complete set so that when you get defecated on or urinated on, you can change everything so you don't have to have your body exposed to that waste all day you don't have to be breathing it, you don't have to be touching it, and it shouldn't be on your person for a full day. </w:t>
      </w:r>
      <w:r>
        <w:br/>
      </w:r>
    </w:p>
    <w:p w:rsidR="00F24E41" w:rsidRDefault="00000000">
      <w:r>
        <w:t xml:space="preserve">You can. If you don't have anywhere to store it at work, leave it in your car, stick it in a zip lock bag and throw it in your back seat throw it in your trunk. That's what I had to do for years i didn't have anywhere to put it in the salon, but I did keep it. A full set of clothes in even socks in the back of my vehicle in is a block bag. Tools for cleaning. So cloths, you're going to use these for wiping things down. Tables, crates, dryers. Now I'm going to ask you question. </w:t>
      </w:r>
      <w:r>
        <w:br/>
      </w:r>
    </w:p>
    <w:p w:rsidR="00F24E41" w:rsidRDefault="00000000">
      <w:r>
        <w:t xml:space="preserve">Would you clean your bathroom at home with a cloth, wash that cloth, and then use that cloth to wash your face the next day? Honest question. For me that's a hard pass. I am not putting a cloth that I put in my toilet on my face or person nope i have cleaning cloths and then I have clothes that go on my body. So even if you have washed something, there may be remnants of cleaner in that cloth. </w:t>
      </w:r>
      <w:r>
        <w:br/>
      </w:r>
    </w:p>
    <w:p w:rsidR="00F24E41" w:rsidRDefault="00000000">
      <w:r>
        <w:t xml:space="preserve">And I am not going to wash my face with a cloth that I have cleaned a toilet with. I'm just I I'm open out at that i have cleaning rags and I have body rags and they are very different and never the twain shall meet. So by the same token don't do that to the pets that you grew. So if you are using a cloth on a pet to say you know for the old ones when you know or the ones with the eye boogies when you have to get in here and they can be kind of grouchy so when they come in, you put the conditioner there to soften it up. </w:t>
      </w:r>
      <w:r>
        <w:br/>
      </w:r>
    </w:p>
    <w:p w:rsidR="00F24E41" w:rsidRDefault="00000000">
      <w:r>
        <w:t xml:space="preserve">And then while you're getting the tub ready, they're waiting in the crate and then you do this last and then you shampoo it and it just kind of wipes away because you use the cloth. Because if you use a tool, because they're old and grouchy, they're going to bite the tool. But if you use a cloth, they're okay with it. So we have color-coded cloths in my salon. </w:t>
      </w:r>
      <w:r>
        <w:br/>
      </w:r>
    </w:p>
    <w:p w:rsidR="00F24E41" w:rsidRDefault="00000000">
      <w:r>
        <w:lastRenderedPageBreak/>
        <w:t xml:space="preserve">Orange is for the dogs, blue is for cleaning, white is a drool rag so that is actually applied to a dog's face, yellow is for cleaning in the cat room, and green it goes on cat bodies. The reason for this? And yes, they do all get washed in the same washing machine. However, in the dog area, there are ingredients in shampoos that may be toxic to cats. The drool rags are never exposed to cleaner because I'm going to be putting that on and somewhat in a dog's mouth to clean up the drool. We take pictures of every pet that we groom. So when I have a bore bowl, I have a an elderly bore bowl that I groom every month and when he is in the picture room he drools like a sieve. </w:t>
      </w:r>
      <w:r>
        <w:br/>
      </w:r>
    </w:p>
    <w:p w:rsidR="00F24E41" w:rsidRDefault="00000000">
      <w:r>
        <w:t xml:space="preserve">So I have to go in with white cloth and dry everything up. That white cloth goes right in the washing machine and everything gets bleached. So because the white ones will never touch anything but a dog's face. All right, so paper towels, that's for your urine in your feces. You don't want to be picking up urine with a cloth that you even though you're going to wash it, you're going to be putting it on somebody's body. You don't want to be peeing on a towel and then use it to dry yourself. We know that towels that have been peed on still smell like pee, even if they've been bleached and washed. </w:t>
      </w:r>
      <w:r>
        <w:br/>
      </w:r>
    </w:p>
    <w:p w:rsidR="00F24E41" w:rsidRDefault="00000000">
      <w:r>
        <w:t xml:space="preserve">For those with a an acute sense of smell, you can still smell it. And I know because I can still smell it. So you vacuum the hair toothbrush i got this tip from Mary Aquindo many years ago and it was one of the best tips I have gotten in my entire career. Go to the dollar store and you can get this long strip of toothbrushes and there it's like you can get it for like a buck twenty. Five for like 6 or 7 brushes. Occasionally Amazon will have the cheapies on sale to where it's about the same equivalent price. </w:t>
      </w:r>
      <w:r>
        <w:br/>
      </w:r>
    </w:p>
    <w:p w:rsidR="00F24E41" w:rsidRDefault="00000000">
      <w:r>
        <w:t xml:space="preserve">This is for cleaning your Clipper blades and they are phenomenal they fit right in between the teeth. You can get everything in the back. They are great nylon scrub brush. You use that for your table at the end of the day, and you can get those at the dollar store. It's a buck twenty. Five and so you take the soap and water and you scrub out your table to get anything that's in the nooks and the crannies and then you disinfect over on top of it. There you go. And if you have a UV wand, run the UV wand over that and it's literally clean, disinfected and sanitized all right. </w:t>
      </w:r>
      <w:r>
        <w:br/>
      </w:r>
    </w:p>
    <w:p w:rsidR="00F24E41" w:rsidRDefault="00000000">
      <w:r>
        <w:t xml:space="preserve">There's a lot of different types of disinfectants, so first we have alcohols. When diluted in water, alcohols are affected effective against a wide range of bacteria, though higher concentrations are often needed to disinfect wet surfaces. The downside? They evaporate super fast, and they're not necessarily on the surface long enough to actually kill anything because they haven't reached a contact time. They're also flammable. </w:t>
      </w:r>
      <w:r>
        <w:br/>
      </w:r>
    </w:p>
    <w:p w:rsidR="00F24E41" w:rsidRDefault="00000000">
      <w:r>
        <w:t xml:space="preserve">They may not have organic soil tolerance claims, meaning they may not be effective when organic matter is present. Aldehydes very effective against bacteria that can cause TB but </w:t>
      </w:r>
      <w:r>
        <w:lastRenderedPageBreak/>
        <w:t xml:space="preserve">they need a high part per million to be effective for disinfection. So some bacteria have developed a resistance to aldehydes and have been found to cause asthma and other health issues and they leave a greasy residue and they have to be Internet and alkaline solution. So this is just this is a hard pass. So alcohols aren't going to work simply because they evaporate too fast. You have to use such a dense concentration that you're talking skin burning, you're talking also talking metal eating, and you're not going to hit the contact time unless you're standing there going anytime it even remotely gets to evaporating or putting on so much that it's simply not costeffective it's just not a good alcohol is not a good disinfection. </w:t>
      </w:r>
      <w:r>
        <w:br/>
      </w:r>
    </w:p>
    <w:p w:rsidR="00F24E41" w:rsidRDefault="00000000">
      <w:r>
        <w:t xml:space="preserve">Nothing reasonable for us, especially in mass when you're cleaning a crate, you would have to go through literally gallons of it in order to in a week in order to hit your contact time for cleaning crates and tables and everything else. Skip the alcohol. So chlorine compounds kill a whole bunch of different things, including resistant viruses. And so this is bleachers, and they're great for cleaning bodily fluids that you're in feces, right? They're inexpensive, they have quick contact times, kill times, and but they can be corrosive and cause discoloration as well as irritation if not used as directed you got to be really careful with bleach guys never mix anything at all with bleach except water ever for any reason. </w:t>
      </w:r>
      <w:r>
        <w:br/>
      </w:r>
    </w:p>
    <w:p w:rsidR="00F24E41" w:rsidRDefault="00000000">
      <w:r>
        <w:t xml:space="preserve">Don't do it. Just water bleach. You can throw it into soap and water, nothing else. So if you have just regular old soap and water, great, do that. Anything else please don't you can actually kill yourself doing that because you will create a toxic gas. So it's great in healthcare setting. However, this is a huge thing. My assistant, like many people, has a bleach allergy. Now the bleach allergy can go from an irritation in mucous membranes to straight up where they can have anaphylaxis by being exposed to bleach. </w:t>
      </w:r>
      <w:r>
        <w:br/>
      </w:r>
    </w:p>
    <w:p w:rsidR="00F24E41" w:rsidRDefault="00000000">
      <w:r>
        <w:t xml:space="preserve">So know when you're hiring someone, ask them. You know after you've hired them the first question out of your mouth is do you have a chlorine bleach allergy before they go anywhere near any chlorine bleach in your salon? Because if they do or if they don't know, have them find out, ask their family, ask their parents. Because, I mean, now we have kids that don't know they've never done like their own laundry or even use bleach or been exposed to it. So that's generally A genetic thing. Chlorhexidine is an antiseptic agent and this differs from an antibiotic because it only targets specific classes of bacteria. </w:t>
      </w:r>
      <w:r>
        <w:br/>
      </w:r>
    </w:p>
    <w:p w:rsidR="00F24E41" w:rsidRDefault="00000000">
      <w:r>
        <w:t xml:space="preserve">It would be an antiseptic agent like bleach. However, it is more skin safe than bleach, but it is not, quote unquote skin safe. It can cause lesions and other issues with those that have a sensitivity to chlorhexine essential oils. No, just no. Essential oils are not a disinfectant. They're not. They never were. They never will be. They are not. Do not consider them disinfectant. They do not kill viruses. That is what we need didn't kill. So you are not disinfecting anything when you're using an essential oil. </w:t>
      </w:r>
      <w:r>
        <w:br/>
      </w:r>
    </w:p>
    <w:p w:rsidR="00F24E41" w:rsidRDefault="00000000">
      <w:r>
        <w:lastRenderedPageBreak/>
        <w:t xml:space="preserve">Someone else, if it was okay to soak leads and loops daily in chlorhex, absolutely. That's what we do after every single PET, whatever it is, their muzzle, their whatever it is goes in the PET, in the tub. And when the tub is chlorhex down, all of that gets chlorhex as well. So yes, it is perfectly fine. Hydrogen peroxide you can get in the brown bottle at the store and the problem with this is the contact time. </w:t>
      </w:r>
      <w:r>
        <w:br/>
      </w:r>
    </w:p>
    <w:p w:rsidR="00F24E41" w:rsidRDefault="00000000">
      <w:r>
        <w:t xml:space="preserve">So hydrogen peroxide 2 % has a 10 minute contact time. So unless you're using a massive amount, it's going to evaporate before 10 minutes. And it also has a really short shelf life. It's super sensitive to sunlight, it's super sensitive to heat. So you're going to get breakdown. And that also goes for your first aid kits as well. Replace your hydrogen peroxide for your first aid kits at least every six months, if not three to six months because eventually it just turns to water hydrogen peroxide based cleaner so now this is a little bit different this is a cleaner or rather a hydrogen peroxide based disinfectant. </w:t>
      </w:r>
      <w:r>
        <w:br/>
      </w:r>
    </w:p>
    <w:p w:rsidR="00F24E41" w:rsidRDefault="00000000">
      <w:r>
        <w:t xml:space="preserve">So this is a disinfectant that kills pretty much everything we need to kill, but there's no guarantee on the Giardia. So if Giardia isn't an issue in your area, very feasible, very reasonable If Giardia is, or unless you use a secondary cleanser routinely, a secondary disinfection. So if you're trading it up then this could work but there may be some metal corrosive issues when it comes to crates and creating and size of tables. So be aware of that Ida force can be used for disinfecting some semi critical medical equipment but they stay in surfaces so this is your Iodines, you know we you've all seen the iodine the what's the other one that's I think it's called Bactine Bedadine, there we are. </w:t>
      </w:r>
      <w:r>
        <w:br/>
      </w:r>
    </w:p>
    <w:p w:rsidR="00F24E41" w:rsidRDefault="00000000">
      <w:r>
        <w:t xml:space="preserve">Bedadine, thank you. So Bedadine iodine, they stain, you get that on your fingers and that's like on you for weeks at a time. You don't want to stain all your grooming stuff we work way too hard to have our large crates covered in like a brown goo color phenolic compounds so effective against pathogenic bacteria like TB and funguses. But it's super toxic and super corrosive and that's just a no. And then we have the Quats. Last but not least, our beloved quats. A top choice for disinfection because it's low cost, it has a relatively quick contact time and they can they do a decent job with cleaning, but they do a great job with disinfection. </w:t>
      </w:r>
      <w:r>
        <w:br/>
      </w:r>
    </w:p>
    <w:p w:rsidR="00F24E41" w:rsidRDefault="00000000">
      <w:r>
        <w:t xml:space="preserve">And we have so many available that are specific to our industry there. I mean I can't even count all the different companies that make them. There's more than six or seven and they're all pretty much the same thing and they all work great big fan and they come in different flavors and colors and you know, you can get whatever makes sense to you. So what we have left out of that whole long list is we have chlorine compounds, which is bleach, we have the Chlorhexidine, we have the hydrogen based, the hydrogen peroxide based disinfectants and we have the quatz. </w:t>
      </w:r>
      <w:r>
        <w:br/>
      </w:r>
    </w:p>
    <w:p w:rsidR="00F24E41" w:rsidRDefault="00000000">
      <w:r>
        <w:lastRenderedPageBreak/>
        <w:t xml:space="preserve">So again, the hydrogen peroxide based disinfectants may not be effective against Jardia. All right, so we are at 2 minutes of two. So before we get, we dive into this whole thing. I will get into the cat safe disinfectant section. It's coming. Have No Fear. That's one of my biggest pet peeves is that it's not clear enough why and how for cats, what is safe for Tools for disinfecting, for all that stuff so I make sure to be very clear about it for my class. You will know more than you ever want to know all right. Can we, are we going to break now It's at we're at the two hour market though we were to go 2 and a half hours. </w:t>
      </w:r>
      <w:r>
        <w:br/>
      </w:r>
    </w:p>
    <w:p w:rsidR="00F24E41" w:rsidRDefault="00000000">
      <w:r>
        <w:t xml:space="preserve">No, because I'm the next part kind of leads into the next so we're going to why don't we do an hour break now and then after the two hour mark will take like a quick 15 minute okay that works. All right so my time it is 11:00 o'clock actually let me stop the recording we don't need this other recording hold on. Stop recording. </w:t>
      </w:r>
      <w:r>
        <w:br/>
      </w:r>
    </w:p>
    <w:sectPr w:rsidR="00F24E41"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A2423" w:rsidRDefault="004A2423">
      <w:pPr>
        <w:spacing w:after="0" w:line="240" w:lineRule="auto"/>
      </w:pPr>
      <w:r>
        <w:separator/>
      </w:r>
    </w:p>
  </w:endnote>
  <w:endnote w:type="continuationSeparator" w:id="0">
    <w:p w:rsidR="004A2423" w:rsidRDefault="004A2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4E41" w:rsidRDefault="00000000">
    <w:pPr>
      <w:pStyle w:val="Footer"/>
      <w:jc w:val="center"/>
    </w:pPr>
    <w:r>
      <w:t xml:space="preserve">Page </w:t>
    </w:r>
    <w:r>
      <w:fldChar w:fldCharType="begin"/>
    </w:r>
    <w:r>
      <w:instrText>PAGE</w:instrText>
    </w:r>
    <w:r w:rsidR="006C3FF0">
      <w:fldChar w:fldCharType="separate"/>
    </w:r>
    <w:r w:rsidR="006C3FF0">
      <w:rPr>
        <w:noProof/>
      </w:rPr>
      <w:t>1</w:t>
    </w:r>
    <w:r>
      <w:fldChar w:fldCharType="end"/>
    </w:r>
    <w:r>
      <w:t>/</w:t>
    </w:r>
    <w:r>
      <w:fldChar w:fldCharType="begin"/>
    </w:r>
    <w:r>
      <w:instrText>NUMPAGES</w:instrText>
    </w:r>
    <w:r w:rsidR="006C3FF0">
      <w:fldChar w:fldCharType="separate"/>
    </w:r>
    <w:r w:rsidR="006C3FF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A2423" w:rsidRDefault="004A2423">
      <w:pPr>
        <w:spacing w:after="0" w:line="240" w:lineRule="auto"/>
      </w:pPr>
      <w:r>
        <w:separator/>
      </w:r>
    </w:p>
  </w:footnote>
  <w:footnote w:type="continuationSeparator" w:id="0">
    <w:p w:rsidR="004A2423" w:rsidRDefault="004A24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27736093">
    <w:abstractNumId w:val="8"/>
  </w:num>
  <w:num w:numId="2" w16cid:durableId="1116482531">
    <w:abstractNumId w:val="6"/>
  </w:num>
  <w:num w:numId="3" w16cid:durableId="781190878">
    <w:abstractNumId w:val="5"/>
  </w:num>
  <w:num w:numId="4" w16cid:durableId="2109152232">
    <w:abstractNumId w:val="4"/>
  </w:num>
  <w:num w:numId="5" w16cid:durableId="1090420493">
    <w:abstractNumId w:val="7"/>
  </w:num>
  <w:num w:numId="6" w16cid:durableId="707802216">
    <w:abstractNumId w:val="3"/>
  </w:num>
  <w:num w:numId="7" w16cid:durableId="909271951">
    <w:abstractNumId w:val="2"/>
  </w:num>
  <w:num w:numId="8" w16cid:durableId="160046476">
    <w:abstractNumId w:val="1"/>
  </w:num>
  <w:num w:numId="9" w16cid:durableId="1060592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A2423"/>
    <w:rsid w:val="006C3FF0"/>
    <w:rsid w:val="00AA1D8D"/>
    <w:rsid w:val="00B47730"/>
    <w:rsid w:val="00CB0664"/>
    <w:rsid w:val="00F24E4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5BC058ED-C00A-E246-9319-B6BBF2007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12418</Words>
  <Characters>70783</Characters>
  <Application>Microsoft Office Word</Application>
  <DocSecurity>0</DocSecurity>
  <Lines>589</Lines>
  <Paragraphs>166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83035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2023-07-23T19:23:00Z</dcterms:created>
  <dcterms:modified xsi:type="dcterms:W3CDTF">2023-07-23T19:23:00Z</dcterms:modified>
  <cp:category/>
</cp:coreProperties>
</file>